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Weather: as quatro estações</w:t>
      </w:r>
    </w:p>
    <w:p>
      <w:r>
        <w:rPr>
          <w:color w:val="6B6B6B"/>
          <w:sz w:val="18"/>
        </w:rPr>
        <w:t>4º ano e 5º ano · Weather and seasons (clima)</w:t>
      </w:r>
    </w:p>
    <w:p>
      <w:pPr>
        <w:pStyle w:val="Heading2"/>
      </w:pPr>
      <w:r>
        <w:t>1. Reading</w:t>
      </w:r>
    </w:p>
    <w:p>
      <w:r>
        <w:rPr>
          <w:i/>
        </w:rPr>
        <w:t>Read the text and choose the correct answer.</w:t>
      </w:r>
    </w:p>
    <w:p>
      <w:r>
        <w:rPr>
          <w:b/>
        </w:rPr>
        <w:t>The Four Seasons</w:t>
      </w:r>
    </w:p>
    <w:p>
      <w:pPr>
        <w:ind w:left="340"/>
      </w:pPr>
      <w:r>
        <w:t>In many countries, the year has four seasons: spring, summer, autumn, and winter. In spring, the weather is mild and flowers start to bloom. Summer is usually hot and sunny, perfect for swimming. In autumn, the leaves change color and the weather becomes cooler. Winter is often cold, and in some places, it snows. Every season has its own special weather and activities.</w:t>
      </w:r>
    </w:p>
    <w:p>
      <w:pPr>
        <w:keepNext/>
        <w:spacing w:before="120"/>
      </w:pPr>
      <w:r>
        <w:t>1. 📅  How many seasons are mentioned in the text?</w:t>
      </w:r>
    </w:p>
    <w:p>
      <w:pPr>
        <w:spacing w:after="0"/>
        <w:ind w:left="454"/>
      </w:pPr>
      <w:r>
        <w:t>(   ) a) Two</w:t>
      </w:r>
    </w:p>
    <w:p>
      <w:pPr>
        <w:spacing w:after="0"/>
        <w:ind w:left="454"/>
      </w:pPr>
      <w:r>
        <w:t>(   ) b) Three</w:t>
      </w:r>
    </w:p>
    <w:p>
      <w:pPr>
        <w:spacing w:after="0"/>
        <w:ind w:left="454"/>
      </w:pPr>
      <w:r>
        <w:t>(   ) c) Four</w:t>
      </w:r>
    </w:p>
    <w:p>
      <w:pPr>
        <w:keepNext/>
        <w:spacing w:before="120"/>
      </w:pPr>
      <w:r>
        <w:t>2. ☀️  What is the weather like in summer?</w:t>
      </w:r>
    </w:p>
    <w:p>
      <w:pPr>
        <w:spacing w:after="0"/>
        <w:ind w:left="454"/>
      </w:pPr>
      <w:r>
        <w:t>(   ) a) Hot and sunny</w:t>
      </w:r>
    </w:p>
    <w:p>
      <w:pPr>
        <w:spacing w:after="0"/>
        <w:ind w:left="454"/>
      </w:pPr>
      <w:r>
        <w:t>(   ) b) Cold and snowy</w:t>
      </w:r>
    </w:p>
    <w:p>
      <w:pPr>
        <w:spacing w:after="0"/>
        <w:ind w:left="454"/>
      </w:pPr>
      <w:r>
        <w:t>(   ) c) Mild and rainy</w:t>
      </w:r>
    </w:p>
    <w:p>
      <w:pPr>
        <w:keepNext/>
        <w:spacing w:before="120"/>
      </w:pPr>
      <w:r>
        <w:t>3. 🍂  What happens to the leaves in autumn?</w:t>
      </w:r>
    </w:p>
    <w:p>
      <w:pPr>
        <w:spacing w:after="0"/>
        <w:ind w:left="454"/>
      </w:pPr>
      <w:r>
        <w:t>(   ) a) They grow bigger.</w:t>
      </w:r>
    </w:p>
    <w:p>
      <w:pPr>
        <w:spacing w:after="0"/>
        <w:ind w:left="454"/>
      </w:pPr>
      <w:r>
        <w:t>(   ) b) They change color.</w:t>
      </w:r>
    </w:p>
    <w:p>
      <w:pPr>
        <w:spacing w:after="0"/>
        <w:ind w:left="454"/>
      </w:pPr>
      <w:r>
        <w:t>(   ) c) They turn into flowers.</w:t>
      </w:r>
    </w:p>
    <w:p>
      <w:pPr>
        <w:keepNext/>
        <w:spacing w:before="120"/>
      </w:pPr>
      <w:r>
        <w:t>4. ❄️  What can happen in winter, according to the text?</w:t>
      </w:r>
    </w:p>
    <w:p>
      <w:pPr>
        <w:spacing w:after="0"/>
        <w:ind w:left="454"/>
      </w:pPr>
      <w:r>
        <w:t>(   ) a) It can be very hot.</w:t>
      </w:r>
    </w:p>
    <w:p>
      <w:pPr>
        <w:spacing w:after="0"/>
        <w:ind w:left="454"/>
      </w:pPr>
      <w:r>
        <w:t>(   ) b) Flowers start to bloom.</w:t>
      </w:r>
    </w:p>
    <w:p>
      <w:pPr>
        <w:spacing w:after="0"/>
        <w:ind w:left="454"/>
      </w:pPr>
      <w:r>
        <w:t>(   ) c) It can snow.</w:t>
      </w:r>
    </w:p>
    <w:p>
      <w:pPr>
        <w:keepNext/>
        <w:spacing w:before="120"/>
      </w:pPr>
      <w:r>
        <w:t>5. 🌍  What is the main idea of the text?</w:t>
      </w:r>
    </w:p>
    <w:p>
      <w:pPr>
        <w:spacing w:after="0"/>
        <w:ind w:left="454"/>
      </w:pPr>
      <w:r>
        <w:t>(   ) a) Summer is the best season.</w:t>
      </w:r>
    </w:p>
    <w:p>
      <w:pPr>
        <w:spacing w:after="0"/>
        <w:ind w:left="454"/>
      </w:pPr>
      <w:r>
        <w:t>(   ) b) Each season has its own weather and activities.</w:t>
      </w:r>
    </w:p>
    <w:p>
      <w:pPr>
        <w:spacing w:after="0"/>
        <w:ind w:left="454"/>
      </w:pPr>
      <w:r>
        <w:t>(   ) c) It snows in every country.</w:t>
      </w:r>
    </w:p>
    <w:p>
      <w:pPr>
        <w:pStyle w:val="Heading2"/>
      </w:pPr>
      <w:r>
        <w:t>2. Weather words</w:t>
      </w:r>
    </w:p>
    <w:p>
      <w:r>
        <w:rPr>
          <w:i/>
        </w:rPr>
        <w:t>Complete with the correct weather word.</w:t>
      </w:r>
    </w:p>
    <w:p>
      <w:r>
        <w:rPr>
          <w:b/>
        </w:rPr>
        <w:t>Word bank:  sunny  |  cold  |  rainy  |  windy</w:t>
      </w:r>
    </w:p>
    <w:p>
      <w:pPr>
        <w:keepNext/>
        <w:spacing w:before="120"/>
      </w:pPr>
      <w:r>
        <w:t>1. 🏖️  In summer, the weather is usually hot and ______________.</w:t>
      </w:r>
    </w:p>
    <w:p>
      <w:pPr>
        <w:keepNext/>
        <w:spacing w:before="120"/>
      </w:pPr>
      <w:r>
        <w:t>2. ☔  Bring an umbrella! It's ______________ today.</w:t>
      </w:r>
    </w:p>
    <w:p>
      <w:pPr>
        <w:keepNext/>
        <w:spacing w:before="120"/>
      </w:pPr>
      <w:r>
        <w:t>3. 🧥  In winter, it's often ______________, so wear a coat.</w:t>
      </w:r>
    </w:p>
    <w:p>
      <w:pPr>
        <w:keepNext/>
        <w:spacing w:before="120"/>
      </w:pPr>
      <w:r>
        <w:t>4. 💨  Hold on to your hat — it's very ______________ outside!</w:t>
      </w:r>
    </w:p>
    <w:p>
      <w:pPr>
        <w:pStyle w:val="Heading2"/>
      </w:pPr>
      <w:r>
        <w:t>3. Choose the correct word</w:t>
      </w:r>
    </w:p>
    <w:p>
      <w:r>
        <w:rPr>
          <w:i/>
        </w:rPr>
        <w:t>Choose the correct word.</w:t>
      </w:r>
    </w:p>
    <w:p>
      <w:pPr>
        <w:keepNext/>
        <w:spacing w:before="120"/>
      </w:pPr>
      <w:r>
        <w:t>1. ☀️  In summer, it's usually ___.</w:t>
      </w:r>
    </w:p>
    <w:p>
      <w:pPr>
        <w:spacing w:after="0"/>
        <w:ind w:left="454"/>
      </w:pPr>
      <w:r>
        <w:t>(   ) a) snowy</w:t>
      </w:r>
    </w:p>
    <w:p>
      <w:pPr>
        <w:spacing w:after="0"/>
        <w:ind w:left="454"/>
      </w:pPr>
      <w:r>
        <w:t>(   ) b) sunny</w:t>
      </w:r>
    </w:p>
    <w:p>
      <w:pPr>
        <w:keepNext/>
        <w:spacing w:before="120"/>
      </w:pPr>
      <w:r>
        <w:t>2. ⛄  In winter, it's often ___.</w:t>
      </w:r>
    </w:p>
    <w:p>
      <w:pPr>
        <w:spacing w:after="0"/>
        <w:ind w:left="454"/>
      </w:pPr>
      <w:r>
        <w:t>(   ) a) cold</w:t>
      </w:r>
    </w:p>
    <w:p>
      <w:pPr>
        <w:spacing w:after="0"/>
        <w:ind w:left="454"/>
      </w:pPr>
      <w:r>
        <w:t>(   ) b) hot</w:t>
      </w:r>
    </w:p>
    <w:p>
      <w:pPr>
        <w:keepNext/>
        <w:spacing w:before="120"/>
      </w:pPr>
      <w:r>
        <w:t>3. 🌧️  When it rains, you need an ___.</w:t>
      </w:r>
    </w:p>
    <w:p>
      <w:pPr>
        <w:spacing w:after="0"/>
        <w:ind w:left="454"/>
      </w:pPr>
      <w:r>
        <w:t>(   ) a) sunhat</w:t>
      </w:r>
    </w:p>
    <w:p>
      <w:pPr>
        <w:spacing w:after="0"/>
        <w:ind w:left="454"/>
      </w:pPr>
      <w:r>
        <w:t>(   ) b) umbrella</w:t>
      </w:r>
    </w:p>
    <w:p>
      <w:r>
        <w:br w:type="page"/>
      </w:r>
    </w:p>
    <w:p>
      <w:pPr>
        <w:pStyle w:val="Heading2"/>
      </w:pPr>
      <w:r>
        <w:t>Gabarito (Answer key)</w:t>
      </w:r>
    </w:p>
    <w:p>
      <w:r>
        <w:rPr>
          <w:b/>
        </w:rPr>
        <w:t>1. Reading</w:t>
      </w:r>
    </w:p>
    <w:p>
      <w:pPr>
        <w:spacing w:after="0"/>
      </w:pPr>
      <w:r>
        <w:t>1) c) Four</w:t>
      </w:r>
    </w:p>
    <w:p>
      <w:pPr>
        <w:spacing w:after="0"/>
      </w:pPr>
      <w:r>
        <w:t>2) a) Hot and sunny</w:t>
      </w:r>
    </w:p>
    <w:p>
      <w:pPr>
        <w:spacing w:after="0"/>
      </w:pPr>
      <w:r>
        <w:t>3) b) They change color.</w:t>
      </w:r>
    </w:p>
    <w:p>
      <w:pPr>
        <w:spacing w:after="0"/>
      </w:pPr>
      <w:r>
        <w:t>4) c) It can snow.</w:t>
      </w:r>
    </w:p>
    <w:p>
      <w:pPr>
        <w:spacing w:after="0"/>
      </w:pPr>
      <w:r>
        <w:t>5) b) Each season has its own weather and activities.</w:t>
      </w:r>
    </w:p>
    <w:p>
      <w:r>
        <w:rPr>
          <w:b/>
        </w:rPr>
        <w:t>2. Weather words</w:t>
      </w:r>
    </w:p>
    <w:p>
      <w:pPr>
        <w:spacing w:after="0"/>
      </w:pPr>
      <w:r>
        <w:t>1) sunny</w:t>
      </w:r>
    </w:p>
    <w:p>
      <w:pPr>
        <w:spacing w:after="0"/>
      </w:pPr>
      <w:r>
        <w:t>2) rainy</w:t>
      </w:r>
    </w:p>
    <w:p>
      <w:pPr>
        <w:spacing w:after="0"/>
      </w:pPr>
      <w:r>
        <w:t>3) cold</w:t>
      </w:r>
    </w:p>
    <w:p>
      <w:pPr>
        <w:spacing w:after="0"/>
      </w:pPr>
      <w:r>
        <w:t>4) windy</w:t>
      </w:r>
    </w:p>
    <w:p>
      <w:r>
        <w:rPr>
          <w:b/>
        </w:rPr>
        <w:t>3. Choose the correct word</w:t>
      </w:r>
    </w:p>
    <w:p>
      <w:pPr>
        <w:spacing w:after="0"/>
      </w:pPr>
      <w:r>
        <w:t>1) b) sunny</w:t>
      </w:r>
    </w:p>
    <w:p>
      <w:pPr>
        <w:spacing w:after="0"/>
      </w:pPr>
      <w:r>
        <w:t>2) a) cold</w:t>
      </w:r>
    </w:p>
    <w:p>
      <w:pPr>
        <w:spacing w:after="0"/>
      </w:pPr>
      <w:r>
        <w:t>3) b) umbrella</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2026-09-30T00:00:00Z</dcterms:created>
  <dcterms:modified xsi:type="dcterms:W3CDTF">2026-09-30T00:00:00Z</dcterms:modified>
  <cp:category/>
</cp:coreProperties>
</file>