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D92D37"/>
          <w:sz w:val="20"/>
        </w:rPr>
        <w:t>SchoolWork · Atividades de Inglês</w:t>
      </w:r>
    </w:p>
    <w:p>
      <w:r>
        <w:t>Name: ____________________________________   Class: _______   Date: ___/___/______</w:t>
      </w:r>
    </w:p>
    <w:p>
      <w:pPr>
        <w:pStyle w:val="Heading1"/>
      </w:pPr>
      <w:r>
        <w:rPr>
          <w:color w:val="252525"/>
        </w:rPr>
        <w:t>Weather and seasons: o tempo e as estações</w:t>
      </w:r>
    </w:p>
    <w:p>
      <w:r>
        <w:rPr>
          <w:color w:val="6B6B6B"/>
          <w:sz w:val="18"/>
        </w:rPr>
        <w:t>4º ano e 5º ano · Weather and seasons (clima)</w:t>
      </w:r>
    </w:p>
    <w:p>
      <w:pPr>
        <w:pStyle w:val="Heading2"/>
      </w:pPr>
      <w:r>
        <w:t>1. What's the weather like?</w:t>
      </w:r>
    </w:p>
    <w:p>
      <w:r>
        <w:rPr>
          <w:i/>
        </w:rPr>
        <w:t>Look at the picture and choose. (Olhe a figura e escolha.)</w:t>
      </w:r>
    </w:p>
    <w:p>
      <w:pPr>
        <w:keepNext/>
        <w:spacing w:before="120"/>
      </w:pPr>
      <w:r>
        <w:t>1. ☀️  It's ___.</w:t>
      </w:r>
    </w:p>
    <w:p>
      <w:pPr>
        <w:spacing w:after="0"/>
        <w:ind w:left="454"/>
      </w:pPr>
      <w:r>
        <w:t>(   ) a) rainy</w:t>
      </w:r>
    </w:p>
    <w:p>
      <w:pPr>
        <w:spacing w:after="0"/>
        <w:ind w:left="454"/>
      </w:pPr>
      <w:r>
        <w:t>(   ) b) sunny</w:t>
      </w:r>
    </w:p>
    <w:p>
      <w:pPr>
        <w:spacing w:after="0"/>
        <w:ind w:left="454"/>
      </w:pPr>
      <w:r>
        <w:t>(   ) c) snowy</w:t>
      </w:r>
    </w:p>
    <w:p>
      <w:pPr>
        <w:keepNext/>
        <w:spacing w:before="120"/>
      </w:pPr>
      <w:r>
        <w:t>2. 🌧️  It's ___.</w:t>
      </w:r>
    </w:p>
    <w:p>
      <w:pPr>
        <w:spacing w:after="0"/>
        <w:ind w:left="454"/>
      </w:pPr>
      <w:r>
        <w:t>(   ) a) rainy</w:t>
      </w:r>
    </w:p>
    <w:p>
      <w:pPr>
        <w:spacing w:after="0"/>
        <w:ind w:left="454"/>
      </w:pPr>
      <w:r>
        <w:t>(   ) b) windy</w:t>
      </w:r>
    </w:p>
    <w:p>
      <w:pPr>
        <w:spacing w:after="0"/>
        <w:ind w:left="454"/>
      </w:pPr>
      <w:r>
        <w:t>(   ) c) hot</w:t>
      </w:r>
    </w:p>
    <w:p>
      <w:pPr>
        <w:keepNext/>
        <w:spacing w:before="120"/>
      </w:pPr>
      <w:r>
        <w:t>3. ❄️  It's ___.</w:t>
      </w:r>
    </w:p>
    <w:p>
      <w:pPr>
        <w:spacing w:after="0"/>
        <w:ind w:left="454"/>
      </w:pPr>
      <w:r>
        <w:t>(   ) a) sunny</w:t>
      </w:r>
    </w:p>
    <w:p>
      <w:pPr>
        <w:spacing w:after="0"/>
        <w:ind w:left="454"/>
      </w:pPr>
      <w:r>
        <w:t>(   ) b) cloudy</w:t>
      </w:r>
    </w:p>
    <w:p>
      <w:pPr>
        <w:spacing w:after="0"/>
        <w:ind w:left="454"/>
      </w:pPr>
      <w:r>
        <w:t>(   ) c) snowy</w:t>
      </w:r>
    </w:p>
    <w:p>
      <w:pPr>
        <w:keepNext/>
        <w:spacing w:before="120"/>
      </w:pPr>
      <w:r>
        <w:t>4. 💨  It's ___.</w:t>
      </w:r>
    </w:p>
    <w:p>
      <w:pPr>
        <w:spacing w:after="0"/>
        <w:ind w:left="454"/>
      </w:pPr>
      <w:r>
        <w:t>(   ) a) windy</w:t>
      </w:r>
    </w:p>
    <w:p>
      <w:pPr>
        <w:spacing w:after="0"/>
        <w:ind w:left="454"/>
      </w:pPr>
      <w:r>
        <w:t>(   ) b) sunny</w:t>
      </w:r>
    </w:p>
    <w:p>
      <w:pPr>
        <w:spacing w:after="0"/>
        <w:ind w:left="454"/>
      </w:pPr>
      <w:r>
        <w:t>(   ) c) rainy</w:t>
      </w:r>
    </w:p>
    <w:p>
      <w:pPr>
        <w:keepNext/>
        <w:spacing w:before="120"/>
      </w:pPr>
      <w:r>
        <w:t>5. ☁️  It's ___.</w:t>
      </w:r>
    </w:p>
    <w:p>
      <w:pPr>
        <w:spacing w:after="0"/>
        <w:ind w:left="454"/>
      </w:pPr>
      <w:r>
        <w:t>(   ) a) snowy</w:t>
      </w:r>
    </w:p>
    <w:p>
      <w:pPr>
        <w:spacing w:after="0"/>
        <w:ind w:left="454"/>
      </w:pPr>
      <w:r>
        <w:t>(   ) b) cloudy</w:t>
      </w:r>
    </w:p>
    <w:p>
      <w:pPr>
        <w:spacing w:after="0"/>
        <w:ind w:left="454"/>
      </w:pPr>
      <w:r>
        <w:t>(   ) c) hot</w:t>
      </w:r>
    </w:p>
    <w:p>
      <w:pPr>
        <w:pStyle w:val="Heading2"/>
      </w:pPr>
      <w:r>
        <w:t>2. The four seasons</w:t>
      </w:r>
    </w:p>
    <w:p>
      <w:r>
        <w:rPr>
          <w:i/>
        </w:rPr>
        <w:t>Complete with the words from the box.</w:t>
      </w:r>
    </w:p>
    <w:p>
      <w:r>
        <w:rPr>
          <w:b/>
        </w:rPr>
        <w:t>Word bank:  summer  |  winter  |  spring  |  autumn</w:t>
      </w:r>
    </w:p>
    <w:p>
      <w:pPr>
        <w:keepNext/>
        <w:spacing w:before="120"/>
      </w:pPr>
      <w:r>
        <w:t>1. 🌸  There are many flowers in ______________.</w:t>
      </w:r>
    </w:p>
    <w:p>
      <w:pPr>
        <w:keepNext/>
        <w:spacing w:before="120"/>
      </w:pPr>
      <w:r>
        <w:t>2. 🏖️  It's hot in ______________. Let's go to the beach!</w:t>
      </w:r>
    </w:p>
    <w:p>
      <w:pPr>
        <w:keepNext/>
        <w:spacing w:before="120"/>
      </w:pPr>
      <w:r>
        <w:t>3. 🍂  The leaves fall from the trees in ______________.</w:t>
      </w:r>
    </w:p>
    <w:p>
      <w:pPr>
        <w:keepNext/>
        <w:spacing w:before="120"/>
      </w:pPr>
      <w:r>
        <w:t>4. 🧣  It's cold in ______________. I wear a scarf.</w:t>
      </w:r>
    </w:p>
    <w:p>
      <w:pPr>
        <w:pStyle w:val="Heading2"/>
      </w:pPr>
      <w:r>
        <w:t>3. Reading</w:t>
      </w:r>
    </w:p>
    <w:p>
      <w:r>
        <w:rPr>
          <w:i/>
        </w:rPr>
        <w:t>Read the text. Then mark True or False.</w:t>
      </w:r>
    </w:p>
    <w:p>
      <w:r>
        <w:rPr>
          <w:b/>
        </w:rPr>
        <w:t>A postcard from Gramado</w:t>
      </w:r>
    </w:p>
    <w:p>
      <w:pPr>
        <w:ind w:left="340"/>
      </w:pPr>
      <w:r>
        <w:t>Hi, Grandma!</w:t>
      </w:r>
    </w:p>
    <w:p>
      <w:pPr>
        <w:ind w:left="340"/>
      </w:pPr>
      <w:r>
        <w:t>I'm in Gramado with Mom and Dad. It's winter here and it's very cold. Today it's cloudy and windy, but it isn't rainy. I'm wearing my new jacket and my gloves. Tomorrow we're going to drink hot chocolate!</w:t>
      </w:r>
    </w:p>
    <w:p>
      <w:pPr>
        <w:ind w:left="340"/>
      </w:pPr>
      <w:r>
        <w:t>Love,</w:t>
      </w:r>
    </w:p>
    <w:p>
      <w:pPr>
        <w:ind w:left="340"/>
      </w:pPr>
      <w:r>
        <w:t>Beatriz</w:t>
      </w:r>
    </w:p>
    <w:p>
      <w:pPr>
        <w:keepNext/>
        <w:spacing w:before="120"/>
      </w:pPr>
      <w:r>
        <w:t>1. 🥶  It's winter in Gramado.</w:t>
      </w:r>
    </w:p>
    <w:p>
      <w:pPr>
        <w:ind w:left="454"/>
      </w:pPr>
      <w:r>
        <w:t>(   ) True        (   ) False</w:t>
      </w:r>
    </w:p>
    <w:p>
      <w:pPr>
        <w:keepNext/>
        <w:spacing w:before="120"/>
      </w:pPr>
      <w:r>
        <w:t>2. ☀️  Today it's sunny.</w:t>
      </w:r>
    </w:p>
    <w:p>
      <w:pPr>
        <w:ind w:left="454"/>
      </w:pPr>
      <w:r>
        <w:t>(   ) True        (   ) False</w:t>
      </w:r>
    </w:p>
    <w:p>
      <w:pPr>
        <w:keepNext/>
        <w:spacing w:before="120"/>
      </w:pPr>
      <w:r>
        <w:t>3. 🌧️  Today it isn't rainy.</w:t>
      </w:r>
    </w:p>
    <w:p>
      <w:pPr>
        <w:ind w:left="454"/>
      </w:pPr>
      <w:r>
        <w:t>(   ) True        (   ) False</w:t>
      </w:r>
    </w:p>
    <w:p>
      <w:pPr>
        <w:keepNext/>
        <w:spacing w:before="120"/>
      </w:pPr>
      <w:r>
        <w:t>4. 🧥  Beatriz is wearing a jacket and gloves.</w:t>
      </w:r>
    </w:p>
    <w:p>
      <w:pPr>
        <w:ind w:left="454"/>
      </w:pPr>
      <w:r>
        <w:t>(   ) True        (   ) False</w:t>
      </w:r>
    </w:p>
    <w:p>
      <w:pPr>
        <w:keepNext/>
        <w:spacing w:before="120"/>
      </w:pPr>
      <w:r>
        <w:t>5. 🍦  Tomorrow they are going to eat ice cream.</w:t>
      </w:r>
    </w:p>
    <w:p>
      <w:pPr>
        <w:ind w:left="454"/>
      </w:pPr>
      <w:r>
        <w:t>(   ) True        (   ) False</w:t>
      </w:r>
    </w:p>
    <w:p>
      <w:r>
        <w:br w:type="page"/>
      </w:r>
    </w:p>
    <w:p>
      <w:pPr>
        <w:pStyle w:val="Heading2"/>
      </w:pPr>
      <w:r>
        <w:t>Gabarito (Answer key)</w:t>
      </w:r>
    </w:p>
    <w:p>
      <w:r>
        <w:rPr>
          <w:b/>
        </w:rPr>
        <w:t>1. What's the weather like?</w:t>
      </w:r>
    </w:p>
    <w:p>
      <w:pPr>
        <w:spacing w:after="0"/>
      </w:pPr>
      <w:r>
        <w:t>1) b) sunny</w:t>
      </w:r>
    </w:p>
    <w:p>
      <w:pPr>
        <w:spacing w:after="0"/>
      </w:pPr>
      <w:r>
        <w:t>2) a) rainy</w:t>
      </w:r>
    </w:p>
    <w:p>
      <w:pPr>
        <w:spacing w:after="0"/>
      </w:pPr>
      <w:r>
        <w:t>3) c) snowy</w:t>
      </w:r>
    </w:p>
    <w:p>
      <w:pPr>
        <w:spacing w:after="0"/>
      </w:pPr>
      <w:r>
        <w:t>4) a) windy</w:t>
      </w:r>
    </w:p>
    <w:p>
      <w:pPr>
        <w:spacing w:after="0"/>
      </w:pPr>
      <w:r>
        <w:t>5) b) cloudy</w:t>
      </w:r>
    </w:p>
    <w:p>
      <w:r>
        <w:rPr>
          <w:b/>
        </w:rPr>
        <w:t>2. The four seasons</w:t>
      </w:r>
    </w:p>
    <w:p>
      <w:pPr>
        <w:spacing w:after="0"/>
      </w:pPr>
      <w:r>
        <w:t>1) spring</w:t>
      </w:r>
    </w:p>
    <w:p>
      <w:pPr>
        <w:spacing w:after="0"/>
      </w:pPr>
      <w:r>
        <w:t>2) summer</w:t>
      </w:r>
    </w:p>
    <w:p>
      <w:pPr>
        <w:spacing w:after="0"/>
      </w:pPr>
      <w:r>
        <w:t>3) autumn</w:t>
      </w:r>
    </w:p>
    <w:p>
      <w:pPr>
        <w:spacing w:after="0"/>
      </w:pPr>
      <w:r>
        <w:t>4) winter</w:t>
      </w:r>
    </w:p>
    <w:p>
      <w:r>
        <w:rPr>
          <w:b/>
        </w:rPr>
        <w:t>3. Reading</w:t>
      </w:r>
    </w:p>
    <w:p>
      <w:pPr>
        <w:spacing w:after="0"/>
      </w:pPr>
      <w:r>
        <w:t>1) True</w:t>
      </w:r>
    </w:p>
    <w:p>
      <w:pPr>
        <w:spacing w:after="0"/>
      </w:pPr>
      <w:r>
        <w:t>2) False</w:t>
      </w:r>
    </w:p>
    <w:p>
      <w:pPr>
        <w:spacing w:after="0"/>
      </w:pPr>
      <w:r>
        <w:t>3) True</w:t>
      </w:r>
    </w:p>
    <w:p>
      <w:pPr>
        <w:spacing w:after="0"/>
      </w:pPr>
      <w:r>
        <w:t>4) True</w:t>
      </w:r>
    </w:p>
    <w:p>
      <w:pPr>
        <w:spacing w:after="0"/>
      </w:pPr>
      <w:r>
        <w:t>5) False</w:t>
      </w:r>
    </w:p>
    <w:sectPr w:rsidR="00FC693F" w:rsidRPr="0006063C" w:rsidSect="00034616">
      <w:footerReference w:type="default" r:id="rId9"/>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6B6B6B"/>
        <w:sz w:val="17"/>
      </w:rPr>
      <w:t>Atividade gratuita · atividades.schoolwork.com.br · Mais materiais em schoolwork.com.br</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