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Verb to be: apresentando pessoas</w:t>
      </w:r>
    </w:p>
    <w:p>
      <w:r>
        <w:rPr>
          <w:color w:val="6B6B6B"/>
          <w:sz w:val="18"/>
        </w:rPr>
        <w:t>6º ano · Verb to be · BNCC: EF06LI19, EF06LI09</w:t>
      </w:r>
    </w:p>
    <w:p>
      <w:pPr>
        <w:pStyle w:val="Heading2"/>
      </w:pPr>
      <w:r>
        <w:t>1. Reading</w:t>
      </w:r>
    </w:p>
    <w:p>
      <w:r>
        <w:rPr>
          <w:i/>
        </w:rPr>
        <w:t>Read the text and choose the correct answer.</w:t>
      </w:r>
    </w:p>
    <w:p>
      <w:r>
        <w:rPr>
          <w:b/>
        </w:rPr>
        <w:t>Meet my class!</w:t>
      </w:r>
    </w:p>
    <w:p>
      <w:pPr>
        <w:ind w:left="340"/>
      </w:pPr>
      <w:r>
        <w:t>Hi! My name is Lucas and I am 11 years old. I am from Salvador, Bahia. I am in the 6th grade at Escola Monteiro Lobato.</w:t>
      </w:r>
    </w:p>
    <w:p>
      <w:pPr>
        <w:ind w:left="340"/>
      </w:pPr>
      <w:r>
        <w:t>This is Ana. She is my best friend. She is 12 and she is very funny. Pedro and Rafa are twins. They are from São Paulo, but they aren't in my class.</w:t>
      </w:r>
    </w:p>
    <w:p>
      <w:pPr>
        <w:ind w:left="340"/>
      </w:pPr>
      <w:r>
        <w:t>Our English teacher is Mr. Carlos. He is from Manaus and he is very nice!</w:t>
      </w:r>
    </w:p>
    <w:p>
      <w:pPr>
        <w:keepNext/>
        <w:spacing w:before="120"/>
      </w:pPr>
      <w:r>
        <w:t>1. How old is Lucas?</w:t>
      </w:r>
    </w:p>
    <w:p>
      <w:pPr>
        <w:spacing w:after="0"/>
        <w:ind w:left="454"/>
      </w:pPr>
      <w:r>
        <w:t>(   ) a) 12</w:t>
      </w:r>
    </w:p>
    <w:p>
      <w:pPr>
        <w:spacing w:after="0"/>
        <w:ind w:left="454"/>
      </w:pPr>
      <w:r>
        <w:t>(   ) b) 11</w:t>
      </w:r>
    </w:p>
    <w:p>
      <w:pPr>
        <w:spacing w:after="0"/>
        <w:ind w:left="454"/>
      </w:pPr>
      <w:r>
        <w:t>(   ) c) 10</w:t>
      </w:r>
    </w:p>
    <w:p>
      <w:pPr>
        <w:keepNext/>
        <w:spacing w:before="120"/>
      </w:pPr>
      <w:r>
        <w:t>2. Who is Lucas's best friend?</w:t>
      </w:r>
    </w:p>
    <w:p>
      <w:pPr>
        <w:spacing w:after="0"/>
        <w:ind w:left="454"/>
      </w:pPr>
      <w:r>
        <w:t>(   ) a) Pedro</w:t>
      </w:r>
    </w:p>
    <w:p>
      <w:pPr>
        <w:spacing w:after="0"/>
        <w:ind w:left="454"/>
      </w:pPr>
      <w:r>
        <w:t>(   ) b) Mr. Carlos</w:t>
      </w:r>
    </w:p>
    <w:p>
      <w:pPr>
        <w:spacing w:after="0"/>
        <w:ind w:left="454"/>
      </w:pPr>
      <w:r>
        <w:t>(   ) c) Ana</w:t>
      </w:r>
    </w:p>
    <w:p>
      <w:pPr>
        <w:spacing w:after="0"/>
        <w:ind w:left="454"/>
      </w:pPr>
      <w:r>
        <w:t>(   ) d) Rafa</w:t>
      </w:r>
    </w:p>
    <w:p>
      <w:pPr>
        <w:keepNext/>
        <w:spacing w:before="120"/>
      </w:pPr>
      <w:r>
        <w:t>3. Where are Pedro and Rafa from?</w:t>
      </w:r>
    </w:p>
    <w:p>
      <w:pPr>
        <w:spacing w:after="0"/>
        <w:ind w:left="454"/>
      </w:pPr>
      <w:r>
        <w:t>(   ) a) São Paulo</w:t>
      </w:r>
    </w:p>
    <w:p>
      <w:pPr>
        <w:spacing w:after="0"/>
        <w:ind w:left="454"/>
      </w:pPr>
      <w:r>
        <w:t>(   ) b) Salvador</w:t>
      </w:r>
    </w:p>
    <w:p>
      <w:pPr>
        <w:spacing w:after="0"/>
        <w:ind w:left="454"/>
      </w:pPr>
      <w:r>
        <w:t>(   ) c) Manaus</w:t>
      </w:r>
    </w:p>
    <w:p>
      <w:pPr>
        <w:keepNext/>
        <w:spacing w:before="120"/>
      </w:pPr>
      <w:r>
        <w:t>4. Which sentence is TRUE?</w:t>
      </w:r>
    </w:p>
    <w:p>
      <w:pPr>
        <w:spacing w:after="0"/>
        <w:ind w:left="454"/>
      </w:pPr>
      <w:r>
        <w:t>(   ) a) Pedro and Rafa are in Lucas's class.</w:t>
      </w:r>
    </w:p>
    <w:p>
      <w:pPr>
        <w:spacing w:after="0"/>
        <w:ind w:left="454"/>
      </w:pPr>
      <w:r>
        <w:t>(   ) b) Mr. Carlos is the English teacher.</w:t>
      </w:r>
    </w:p>
    <w:p>
      <w:pPr>
        <w:spacing w:after="0"/>
        <w:ind w:left="454"/>
      </w:pPr>
      <w:r>
        <w:t>(   ) c) Ana is from Manaus.</w:t>
      </w:r>
    </w:p>
    <w:p>
      <w:pPr>
        <w:spacing w:after="0"/>
        <w:ind w:left="454"/>
      </w:pPr>
      <w:r>
        <w:t>(   ) d) Lucas is in the 7th grade.</w:t>
      </w:r>
    </w:p>
    <w:p>
      <w:pPr>
        <w:pStyle w:val="Heading2"/>
      </w:pPr>
      <w:r>
        <w:t>2. Am, is or are?</w:t>
      </w:r>
    </w:p>
    <w:p>
      <w:r>
        <w:rPr>
          <w:i/>
        </w:rPr>
        <w:t>Choose the correct form of the verb to be.</w:t>
      </w:r>
    </w:p>
    <w:p>
      <w:r>
        <w:rPr>
          <w:b/>
        </w:rPr>
        <w:t>Word bank:  am  |  is  |  are</w:t>
      </w:r>
    </w:p>
    <w:p>
      <w:pPr>
        <w:keepNext/>
        <w:spacing w:before="120"/>
      </w:pPr>
      <w:r>
        <w:t>1. My name ______________ Beatriz.</w:t>
      </w:r>
    </w:p>
    <w:p>
      <w:pPr>
        <w:keepNext/>
        <w:spacing w:before="120"/>
      </w:pPr>
      <w:r>
        <w:t>2. I ______________ a student.</w:t>
      </w:r>
    </w:p>
    <w:p>
      <w:pPr>
        <w:keepNext/>
        <w:spacing w:before="120"/>
      </w:pPr>
      <w:r>
        <w:t>3. Gabriel and I ______________ good friends.</w:t>
      </w:r>
    </w:p>
    <w:p>
      <w:pPr>
        <w:keepNext/>
        <w:spacing w:before="120"/>
      </w:pPr>
      <w:r>
        <w:t>4. Mrs. Souza ______________ our Science teacher.</w:t>
      </w:r>
    </w:p>
    <w:p>
      <w:pPr>
        <w:keepNext/>
        <w:spacing w:before="120"/>
      </w:pPr>
      <w:r>
        <w:t>5. You ______________ in my class this year.</w:t>
      </w:r>
    </w:p>
    <w:p>
      <w:pPr>
        <w:pStyle w:val="Heading2"/>
      </w:pPr>
      <w:r>
        <w:t>3. Negatives and questions</w:t>
      </w:r>
    </w:p>
    <w:p>
      <w:r>
        <w:rPr>
          <w:i/>
        </w:rPr>
        <w:t>Complete with the verb to be. Use the words in parentheses.</w:t>
      </w:r>
    </w:p>
    <w:p>
      <w:pPr>
        <w:keepNext/>
        <w:spacing w:before="120"/>
      </w:pPr>
      <w:r>
        <w:t>1. I ______________ (be / not) from Rio. I'm from Recife.</w:t>
      </w:r>
    </w:p>
    <w:p>
      <w:pPr>
        <w:keepNext/>
        <w:spacing w:before="120"/>
      </w:pPr>
      <w:r>
        <w:t>2. Júlia ______________ (be / not) 13. She's 12.</w:t>
      </w:r>
    </w:p>
    <w:p>
      <w:pPr>
        <w:keepNext/>
        <w:spacing w:before="120"/>
      </w:pPr>
      <w:r>
        <w:t>3. They ______________ (be / not) brothers. They're cousins.</w:t>
      </w:r>
    </w:p>
    <w:p>
      <w:pPr>
        <w:keepNext/>
        <w:spacing w:before="120"/>
      </w:pPr>
      <w:r>
        <w:t>4. ______________ you a new student? (be)</w:t>
      </w:r>
    </w:p>
    <w:p>
      <w:pPr>
        <w:pStyle w:val="Heading2"/>
      </w:pPr>
      <w:r>
        <w:t>4. True or false?</w:t>
      </w:r>
    </w:p>
    <w:p>
      <w:r>
        <w:rPr>
          <w:i/>
        </w:rPr>
        <w:t>Read the sentences about the grammar and mark T (true) or F (false).</w:t>
      </w:r>
    </w:p>
    <w:p>
      <w:pPr>
        <w:keepNext/>
        <w:spacing w:before="120"/>
      </w:pPr>
      <w:r>
        <w:t>1. We use "is" with he, she and it.</w:t>
      </w:r>
    </w:p>
    <w:p>
      <w:pPr>
        <w:ind w:left="454"/>
      </w:pPr>
      <w:r>
        <w:t>(   ) True        (   ) False</w:t>
      </w:r>
    </w:p>
    <w:p>
      <w:pPr>
        <w:keepNext/>
        <w:spacing w:before="120"/>
      </w:pPr>
      <w:r>
        <w:t>2. "They is my friends" is a correct sentence.</w:t>
      </w:r>
    </w:p>
    <w:p>
      <w:pPr>
        <w:ind w:left="454"/>
      </w:pPr>
      <w:r>
        <w:t>(   ) True        (   ) False</w:t>
      </w:r>
    </w:p>
    <w:p>
      <w:pPr>
        <w:keepNext/>
        <w:spacing w:before="120"/>
      </w:pPr>
      <w:r>
        <w:t>3. The short form of "you are" is "you're".</w:t>
      </w:r>
    </w:p>
    <w:p>
      <w:pPr>
        <w:ind w:left="454"/>
      </w:pPr>
      <w:r>
        <w:t>(   ) True        (   ) False</w:t>
      </w:r>
    </w:p>
    <w:p>
      <w:r>
        <w:br w:type="page"/>
      </w:r>
    </w:p>
    <w:p>
      <w:pPr>
        <w:pStyle w:val="Heading2"/>
      </w:pPr>
      <w:r>
        <w:t>Gabarito (Answer key)</w:t>
      </w:r>
    </w:p>
    <w:p>
      <w:r>
        <w:rPr>
          <w:b/>
        </w:rPr>
        <w:t>1. Reading</w:t>
      </w:r>
    </w:p>
    <w:p>
      <w:pPr>
        <w:spacing w:after="0"/>
      </w:pPr>
      <w:r>
        <w:t>1) b) 11</w:t>
      </w:r>
    </w:p>
    <w:p>
      <w:pPr>
        <w:spacing w:after="0"/>
      </w:pPr>
      <w:r>
        <w:t>2) c) Ana</w:t>
      </w:r>
    </w:p>
    <w:p>
      <w:pPr>
        <w:spacing w:after="0"/>
      </w:pPr>
      <w:r>
        <w:t>3) a) São Paulo</w:t>
      </w:r>
    </w:p>
    <w:p>
      <w:pPr>
        <w:spacing w:after="0"/>
      </w:pPr>
      <w:r>
        <w:t>4) b) Mr. Carlos is the English teacher.</w:t>
      </w:r>
    </w:p>
    <w:p>
      <w:r>
        <w:rPr>
          <w:b/>
        </w:rPr>
        <w:t>2. Am, is or are?</w:t>
      </w:r>
    </w:p>
    <w:p>
      <w:pPr>
        <w:spacing w:after="0"/>
      </w:pPr>
      <w:r>
        <w:t>1) is</w:t>
      </w:r>
    </w:p>
    <w:p>
      <w:pPr>
        <w:spacing w:after="0"/>
      </w:pPr>
      <w:r>
        <w:t>2) am</w:t>
      </w:r>
    </w:p>
    <w:p>
      <w:pPr>
        <w:spacing w:after="0"/>
      </w:pPr>
      <w:r>
        <w:t>3) are</w:t>
      </w:r>
    </w:p>
    <w:p>
      <w:pPr>
        <w:spacing w:after="0"/>
      </w:pPr>
      <w:r>
        <w:t>4) is</w:t>
      </w:r>
    </w:p>
    <w:p>
      <w:pPr>
        <w:spacing w:after="0"/>
      </w:pPr>
      <w:r>
        <w:t>5) are</w:t>
      </w:r>
    </w:p>
    <w:p>
      <w:r>
        <w:rPr>
          <w:b/>
        </w:rPr>
        <w:t>3. Negatives and questions</w:t>
      </w:r>
    </w:p>
    <w:p>
      <w:pPr>
        <w:spacing w:after="0"/>
      </w:pPr>
      <w:r>
        <w:t>1) am not</w:t>
      </w:r>
    </w:p>
    <w:p>
      <w:pPr>
        <w:spacing w:after="0"/>
      </w:pPr>
      <w:r>
        <w:t>2) isn't</w:t>
      </w:r>
    </w:p>
    <w:p>
      <w:pPr>
        <w:spacing w:after="0"/>
      </w:pPr>
      <w:r>
        <w:t>3) aren't</w:t>
      </w:r>
    </w:p>
    <w:p>
      <w:pPr>
        <w:spacing w:after="0"/>
      </w:pPr>
      <w:r>
        <w:t>4) Are</w:t>
      </w:r>
    </w:p>
    <w:p>
      <w:r>
        <w:rPr>
          <w:b/>
        </w:rPr>
        <w:t>4. True or false?</w:t>
      </w:r>
    </w:p>
    <w:p>
      <w:pPr>
        <w:spacing w:after="0"/>
      </w:pPr>
      <w:r>
        <w:t>1) True</w:t>
      </w:r>
    </w:p>
    <w:p>
      <w:pPr>
        <w:spacing w:after="0"/>
      </w:pPr>
      <w:r>
        <w:t>2) False</w:t>
      </w:r>
    </w:p>
    <w:p>
      <w:pPr>
        <w:spacing w:after="0"/>
      </w:pPr>
      <w:r>
        <w:t>3) True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