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To be, have/has, pronomes e plural</w:t>
      </w:r>
    </w:p>
    <w:p>
      <w:r>
        <w:rPr>
          <w:color w:val="6B6B6B"/>
          <w:sz w:val="18"/>
        </w:rPr>
        <w:t>2º ano e 3º ano · Verb to be</w:t>
      </w:r>
    </w:p>
    <w:p>
      <w:pPr>
        <w:pStyle w:val="Heading2"/>
      </w:pPr>
      <w:r>
        <w:t>1. Am, is or are?</w:t>
      </w:r>
    </w:p>
    <w:p>
      <w:r>
        <w:rPr>
          <w:i/>
        </w:rPr>
        <w:t>Complete com am, is ou are. (Complete with am, is or are.)</w:t>
      </w:r>
    </w:p>
    <w:p>
      <w:r>
        <w:rPr>
          <w:b/>
        </w:rPr>
        <w:t>Word bank:  am  |  is  |  are</w:t>
      </w:r>
    </w:p>
    <w:p>
      <w:pPr>
        <w:keepNext/>
        <w:spacing w:before="120"/>
      </w:pPr>
      <w:r>
        <w:t>1. 😊  I ______________ happy.</w:t>
      </w:r>
    </w:p>
    <w:p>
      <w:pPr>
        <w:keepNext/>
        <w:spacing w:before="120"/>
      </w:pPr>
      <w:r>
        <w:t>2. 👧  She ______________ my sister.</w:t>
      </w:r>
    </w:p>
    <w:p>
      <w:pPr>
        <w:keepNext/>
        <w:spacing w:before="120"/>
      </w:pPr>
      <w:r>
        <w:t>3. 👫  They ______________ friends.</w:t>
      </w:r>
    </w:p>
    <w:p>
      <w:pPr>
        <w:keepNext/>
        <w:spacing w:before="120"/>
      </w:pPr>
      <w:r>
        <w:t>4. 🏫  We ______________ at school.</w:t>
      </w:r>
    </w:p>
    <w:p>
      <w:pPr>
        <w:pStyle w:val="Heading2"/>
      </w:pPr>
      <w:r>
        <w:t>2. Have or has?</w:t>
      </w:r>
    </w:p>
    <w:p>
      <w:r>
        <w:rPr>
          <w:i/>
        </w:rPr>
        <w:t>Complete com have ou has. (Complete with have or has.)</w:t>
      </w:r>
    </w:p>
    <w:p>
      <w:r>
        <w:rPr>
          <w:b/>
        </w:rPr>
        <w:t>Word bank:  have  |  has</w:t>
      </w:r>
    </w:p>
    <w:p>
      <w:pPr>
        <w:keepNext/>
        <w:spacing w:before="120"/>
      </w:pPr>
      <w:r>
        <w:t>1. ✏️  I ______________ two pencils.</w:t>
      </w:r>
    </w:p>
    <w:p>
      <w:pPr>
        <w:keepNext/>
        <w:spacing w:before="120"/>
      </w:pPr>
      <w:r>
        <w:t>2. 🐕  He ______________ a big dog.</w:t>
      </w:r>
    </w:p>
    <w:p>
      <w:pPr>
        <w:keepNext/>
        <w:spacing w:before="120"/>
      </w:pPr>
      <w:r>
        <w:t>3. 📚  We ______________ English class today.</w:t>
      </w:r>
    </w:p>
    <w:p>
      <w:pPr>
        <w:keepNext/>
        <w:spacing w:before="120"/>
      </w:pPr>
      <w:r>
        <w:t>4. 🎒  She ______________ a red backpack.</w:t>
      </w:r>
    </w:p>
    <w:p>
      <w:pPr>
        <w:pStyle w:val="Heading2"/>
      </w:pPr>
      <w:r>
        <w:t>3. Pronouns</w:t>
      </w:r>
    </w:p>
    <w:p>
      <w:r>
        <w:rPr>
          <w:i/>
        </w:rPr>
        <w:t>Escolha o pronome certo. (Choose the correct pronoun.)</w:t>
      </w:r>
    </w:p>
    <w:p>
      <w:pPr>
        <w:keepNext/>
        <w:spacing w:before="120"/>
      </w:pPr>
      <w:r>
        <w:t>1. 👦  ___ am a boy.</w:t>
      </w:r>
    </w:p>
    <w:p>
      <w:pPr>
        <w:spacing w:after="0"/>
        <w:ind w:left="454"/>
      </w:pPr>
      <w:r>
        <w:t>(   ) a) I</w:t>
      </w:r>
    </w:p>
    <w:p>
      <w:pPr>
        <w:spacing w:after="0"/>
        <w:ind w:left="454"/>
      </w:pPr>
      <w:r>
        <w:t>(   ) b) He</w:t>
      </w:r>
    </w:p>
    <w:p>
      <w:pPr>
        <w:spacing w:after="0"/>
        <w:ind w:left="454"/>
      </w:pPr>
      <w:r>
        <w:t>(   ) c) She</w:t>
      </w:r>
    </w:p>
    <w:p>
      <w:pPr>
        <w:keepNext/>
        <w:spacing w:before="120"/>
      </w:pPr>
      <w:r>
        <w:t>2. 🧒  This is Peter. ___ is my friend.</w:t>
      </w:r>
    </w:p>
    <w:p>
      <w:pPr>
        <w:spacing w:after="0"/>
        <w:ind w:left="454"/>
      </w:pPr>
      <w:r>
        <w:t>(   ) a) We</w:t>
      </w:r>
    </w:p>
    <w:p>
      <w:pPr>
        <w:spacing w:after="0"/>
        <w:ind w:left="454"/>
      </w:pPr>
      <w:r>
        <w:t>(   ) b) He</w:t>
      </w:r>
    </w:p>
    <w:p>
      <w:pPr>
        <w:spacing w:after="0"/>
        <w:ind w:left="454"/>
      </w:pPr>
      <w:r>
        <w:t>(   ) c) She</w:t>
      </w:r>
    </w:p>
    <w:p>
      <w:pPr>
        <w:keepNext/>
        <w:spacing w:before="120"/>
      </w:pPr>
      <w:r>
        <w:t>3. 👧  This is Anna. ___ is very smart.</w:t>
      </w:r>
    </w:p>
    <w:p>
      <w:pPr>
        <w:spacing w:after="0"/>
        <w:ind w:left="454"/>
      </w:pPr>
      <w:r>
        <w:t>(   ) a) He</w:t>
      </w:r>
    </w:p>
    <w:p>
      <w:pPr>
        <w:spacing w:after="0"/>
        <w:ind w:left="454"/>
      </w:pPr>
      <w:r>
        <w:t>(   ) b) It</w:t>
      </w:r>
    </w:p>
    <w:p>
      <w:pPr>
        <w:spacing w:after="0"/>
        <w:ind w:left="454"/>
      </w:pPr>
      <w:r>
        <w:t>(   ) c) She</w:t>
      </w:r>
    </w:p>
    <w:p>
      <w:pPr>
        <w:keepNext/>
        <w:spacing w:before="120"/>
      </w:pPr>
      <w:r>
        <w:t>4. 👨‍👩‍👧  My family and I love the beach. ___ go there every summer.</w:t>
      </w:r>
    </w:p>
    <w:p>
      <w:pPr>
        <w:spacing w:after="0"/>
        <w:ind w:left="454"/>
      </w:pPr>
      <w:r>
        <w:t>(   ) a) She</w:t>
      </w:r>
    </w:p>
    <w:p>
      <w:pPr>
        <w:spacing w:after="0"/>
        <w:ind w:left="454"/>
      </w:pPr>
      <w:r>
        <w:t>(   ) b) We</w:t>
      </w:r>
    </w:p>
    <w:p>
      <w:pPr>
        <w:spacing w:after="0"/>
        <w:ind w:left="454"/>
      </w:pPr>
      <w:r>
        <w:t>(   ) c) I</w:t>
      </w:r>
    </w:p>
    <w:p>
      <w:pPr>
        <w:pStyle w:val="Heading2"/>
      </w:pPr>
      <w:r>
        <w:t>4. Plural nouns</w:t>
      </w:r>
    </w:p>
    <w:p>
      <w:r>
        <w:rPr>
          <w:i/>
        </w:rPr>
        <w:t>Escreva o plural. (Write the plural form.)</w:t>
      </w:r>
    </w:p>
    <w:p>
      <w:pPr>
        <w:keepNext/>
        <w:spacing w:before="120"/>
      </w:pPr>
      <w:r>
        <w:t>1. 🐱  One cat → two ______________.</w:t>
      </w:r>
    </w:p>
    <w:p>
      <w:pPr>
        <w:keepNext/>
        <w:spacing w:before="120"/>
      </w:pPr>
      <w:r>
        <w:t>2. 📚  One book → three ______________.</w:t>
      </w:r>
    </w:p>
    <w:p>
      <w:pPr>
        <w:keepNext/>
        <w:spacing w:before="120"/>
      </w:pPr>
      <w:r>
        <w:t>3. 🧒  One child → two ______________.</w:t>
      </w:r>
    </w:p>
    <w:p>
      <w:pPr>
        <w:keepNext/>
        <w:spacing w:before="120"/>
      </w:pPr>
      <w:r>
        <w:t>4. 🦶  One foot → two ______________.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Am, is or are?</w:t>
      </w:r>
    </w:p>
    <w:p>
      <w:pPr>
        <w:spacing w:after="0"/>
      </w:pPr>
      <w:r>
        <w:t>1) am</w:t>
      </w:r>
    </w:p>
    <w:p>
      <w:pPr>
        <w:spacing w:after="0"/>
      </w:pPr>
      <w:r>
        <w:t>2) is</w:t>
      </w:r>
    </w:p>
    <w:p>
      <w:pPr>
        <w:spacing w:after="0"/>
      </w:pPr>
      <w:r>
        <w:t>3) are</w:t>
      </w:r>
    </w:p>
    <w:p>
      <w:pPr>
        <w:spacing w:after="0"/>
      </w:pPr>
      <w:r>
        <w:t>4) are</w:t>
      </w:r>
    </w:p>
    <w:p>
      <w:r>
        <w:rPr>
          <w:b/>
        </w:rPr>
        <w:t>2. Have or has?</w:t>
      </w:r>
    </w:p>
    <w:p>
      <w:pPr>
        <w:spacing w:after="0"/>
      </w:pPr>
      <w:r>
        <w:t>1) have</w:t>
      </w:r>
    </w:p>
    <w:p>
      <w:pPr>
        <w:spacing w:after="0"/>
      </w:pPr>
      <w:r>
        <w:t>2) has</w:t>
      </w:r>
    </w:p>
    <w:p>
      <w:pPr>
        <w:spacing w:after="0"/>
      </w:pPr>
      <w:r>
        <w:t>3) have</w:t>
      </w:r>
    </w:p>
    <w:p>
      <w:pPr>
        <w:spacing w:after="0"/>
      </w:pPr>
      <w:r>
        <w:t>4) has</w:t>
      </w:r>
    </w:p>
    <w:p>
      <w:r>
        <w:rPr>
          <w:b/>
        </w:rPr>
        <w:t>3. Pronouns</w:t>
      </w:r>
    </w:p>
    <w:p>
      <w:pPr>
        <w:spacing w:after="0"/>
      </w:pPr>
      <w:r>
        <w:t>1) a) I</w:t>
      </w:r>
    </w:p>
    <w:p>
      <w:pPr>
        <w:spacing w:after="0"/>
      </w:pPr>
      <w:r>
        <w:t>2) b) He</w:t>
      </w:r>
    </w:p>
    <w:p>
      <w:pPr>
        <w:spacing w:after="0"/>
      </w:pPr>
      <w:r>
        <w:t>3) c) She</w:t>
      </w:r>
    </w:p>
    <w:p>
      <w:pPr>
        <w:spacing w:after="0"/>
      </w:pPr>
      <w:r>
        <w:t>4) b) We</w:t>
      </w:r>
    </w:p>
    <w:p>
      <w:r>
        <w:rPr>
          <w:b/>
        </w:rPr>
        <w:t>4. Plural nouns</w:t>
      </w:r>
    </w:p>
    <w:p>
      <w:pPr>
        <w:spacing w:after="0"/>
      </w:pPr>
      <w:r>
        <w:t>1) cats</w:t>
      </w:r>
    </w:p>
    <w:p>
      <w:pPr>
        <w:spacing w:after="0"/>
      </w:pPr>
      <w:r>
        <w:t>2) books</w:t>
      </w:r>
    </w:p>
    <w:p>
      <w:pPr>
        <w:spacing w:after="0"/>
      </w:pPr>
      <w:r>
        <w:t>3) children</w:t>
      </w:r>
    </w:p>
    <w:p>
      <w:pPr>
        <w:spacing w:after="0"/>
      </w:pPr>
      <w:r>
        <w:t>4) feet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2025-09-29T00:00:00Z</dcterms:created>
  <dcterms:modified xsi:type="dcterms:W3CDTF">2025-09-29T00:00:00Z</dcterms:modified>
  <cp:category/>
</cp:coreProperties>
</file>