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Verb to be e pronomes: I am, you are</w:t>
      </w:r>
    </w:p>
    <w:p>
      <w:r>
        <w:rPr>
          <w:color w:val="6B6B6B"/>
          <w:sz w:val="18"/>
        </w:rPr>
        <w:t>2º ano e 3º ano · Verb to be</w:t>
      </w:r>
    </w:p>
    <w:p>
      <w:pPr>
        <w:pStyle w:val="Heading2"/>
      </w:pPr>
      <w:r>
        <w:t>1. Am, is or are?</w:t>
      </w:r>
    </w:p>
    <w:p>
      <w:r>
        <w:rPr>
          <w:i/>
        </w:rPr>
        <w:t>Complete com am, is ou are. (Complete with am, is or are.)</w:t>
      </w:r>
    </w:p>
    <w:p>
      <w:r>
        <w:rPr>
          <w:b/>
        </w:rPr>
        <w:t>Word bank:  am  |  is  |  are</w:t>
      </w:r>
    </w:p>
    <w:p>
      <w:pPr>
        <w:keepNext/>
        <w:spacing w:before="120"/>
      </w:pPr>
      <w:r>
        <w:t>1. 🧑‍🎓  I ______________ a student.</w:t>
      </w:r>
    </w:p>
    <w:p>
      <w:pPr>
        <w:keepNext/>
        <w:spacing w:before="120"/>
      </w:pPr>
      <w:r>
        <w:t>2. 👦  He ______________ my friend.</w:t>
      </w:r>
    </w:p>
    <w:p>
      <w:pPr>
        <w:keepNext/>
        <w:spacing w:before="120"/>
      </w:pPr>
      <w:r>
        <w:t>3. 👩‍🏫  They ______________ my teachers.</w:t>
      </w:r>
    </w:p>
    <w:p>
      <w:pPr>
        <w:keepNext/>
        <w:spacing w:before="120"/>
      </w:pPr>
      <w:r>
        <w:t>4. 👭  We ______________ friends.</w:t>
      </w:r>
    </w:p>
    <w:p>
      <w:pPr>
        <w:keepNext/>
        <w:spacing w:before="120"/>
      </w:pPr>
      <w:r>
        <w:t>5. 🐱  It ______________ a cat.</w:t>
      </w:r>
    </w:p>
    <w:p>
      <w:pPr>
        <w:keepNext/>
        <w:spacing w:before="120"/>
      </w:pPr>
      <w:r>
        <w:t>6. 🤝  You ______________ my best friend.</w:t>
      </w:r>
    </w:p>
    <w:p>
      <w:pPr>
        <w:pStyle w:val="Heading2"/>
      </w:pPr>
      <w:r>
        <w:t>2. Personal pronouns</w:t>
      </w:r>
    </w:p>
    <w:p>
      <w:r>
        <w:rPr>
          <w:i/>
        </w:rPr>
        <w:t>Escolha o pronome certo. (Choose the correct pronoun.)</w:t>
      </w:r>
    </w:p>
    <w:p>
      <w:pPr>
        <w:keepNext/>
        <w:spacing w:before="120"/>
      </w:pPr>
      <w:r>
        <w:t>1. 👧  My name is Anna. ___ am 8 years old.</w:t>
      </w:r>
    </w:p>
    <w:p>
      <w:pPr>
        <w:spacing w:after="0"/>
        <w:ind w:left="454"/>
      </w:pPr>
      <w:r>
        <w:t>(   ) a) You</w:t>
      </w:r>
    </w:p>
    <w:p>
      <w:pPr>
        <w:spacing w:after="0"/>
        <w:ind w:left="454"/>
      </w:pPr>
      <w:r>
        <w:t>(   ) b) She</w:t>
      </w:r>
    </w:p>
    <w:p>
      <w:pPr>
        <w:spacing w:after="0"/>
        <w:ind w:left="454"/>
      </w:pPr>
      <w:r>
        <w:t>(   ) c) I</w:t>
      </w:r>
    </w:p>
    <w:p>
      <w:pPr>
        <w:keepNext/>
        <w:spacing w:before="120"/>
      </w:pPr>
      <w:r>
        <w:t>2. 👦  Pedro is my brother. ___ is 10 years old.</w:t>
      </w:r>
    </w:p>
    <w:p>
      <w:pPr>
        <w:spacing w:after="0"/>
        <w:ind w:left="454"/>
      </w:pPr>
      <w:r>
        <w:t>(   ) a) She</w:t>
      </w:r>
    </w:p>
    <w:p>
      <w:pPr>
        <w:spacing w:after="0"/>
        <w:ind w:left="454"/>
      </w:pPr>
      <w:r>
        <w:t>(   ) b) He</w:t>
      </w:r>
    </w:p>
    <w:p>
      <w:pPr>
        <w:spacing w:after="0"/>
        <w:ind w:left="454"/>
      </w:pPr>
      <w:r>
        <w:t>(   ) c) It</w:t>
      </w:r>
    </w:p>
    <w:p>
      <w:pPr>
        <w:keepNext/>
        <w:spacing w:before="120"/>
      </w:pPr>
      <w:r>
        <w:t>3. 👫  Ana and I are in the same class. ___ are students.</w:t>
      </w:r>
    </w:p>
    <w:p>
      <w:pPr>
        <w:spacing w:after="0"/>
        <w:ind w:left="454"/>
      </w:pPr>
      <w:r>
        <w:t>(   ) a) They</w:t>
      </w:r>
    </w:p>
    <w:p>
      <w:pPr>
        <w:spacing w:after="0"/>
        <w:ind w:left="454"/>
      </w:pPr>
      <w:r>
        <w:t>(   ) b) We</w:t>
      </w:r>
    </w:p>
    <w:p>
      <w:pPr>
        <w:spacing w:after="0"/>
        <w:ind w:left="454"/>
      </w:pPr>
      <w:r>
        <w:t>(   ) c) He</w:t>
      </w:r>
    </w:p>
    <w:p>
      <w:pPr>
        <w:keepNext/>
        <w:spacing w:before="120"/>
      </w:pPr>
      <w:r>
        <w:t>4. ⚽  The ball is red. ___ is new.</w:t>
      </w:r>
    </w:p>
    <w:p>
      <w:pPr>
        <w:spacing w:after="0"/>
        <w:ind w:left="454"/>
      </w:pPr>
      <w:r>
        <w:t>(   ) a) It</w:t>
      </w:r>
    </w:p>
    <w:p>
      <w:pPr>
        <w:spacing w:after="0"/>
        <w:ind w:left="454"/>
      </w:pPr>
      <w:r>
        <w:t>(   ) b) She</w:t>
      </w:r>
    </w:p>
    <w:p>
      <w:pPr>
        <w:spacing w:after="0"/>
        <w:ind w:left="454"/>
      </w:pPr>
      <w:r>
        <w:t>(   ) c) They</w:t>
      </w:r>
    </w:p>
    <w:p>
      <w:pPr>
        <w:pStyle w:val="Heading2"/>
      </w:pPr>
      <w:r>
        <w:t>3. Which sentence is correct?</w:t>
      </w:r>
    </w:p>
    <w:p>
      <w:r>
        <w:rPr>
          <w:i/>
        </w:rPr>
        <w:t>Escolha a frase certa. (Which sentence is correct?)</w:t>
      </w:r>
    </w:p>
    <w:p>
      <w:pPr>
        <w:keepNext/>
        <w:spacing w:before="120"/>
      </w:pPr>
      <w:r>
        <w:t>1. 😐  Which sentence is correct?</w:t>
      </w:r>
    </w:p>
    <w:p>
      <w:pPr>
        <w:spacing w:after="0"/>
        <w:ind w:left="454"/>
      </w:pPr>
      <w:r>
        <w:t>(   ) a) I not happy.</w:t>
      </w:r>
    </w:p>
    <w:p>
      <w:pPr>
        <w:spacing w:after="0"/>
        <w:ind w:left="454"/>
      </w:pPr>
      <w:r>
        <w:t>(   ) b) I am not happy.</w:t>
      </w:r>
    </w:p>
    <w:p>
      <w:pPr>
        <w:spacing w:after="0"/>
        <w:ind w:left="454"/>
      </w:pPr>
      <w:r>
        <w:t>(   ) c) I am no happy.</w:t>
      </w:r>
    </w:p>
    <w:p>
      <w:pPr>
        <w:keepNext/>
        <w:spacing w:before="120"/>
      </w:pPr>
      <w:r>
        <w:t>2. 😊  Which sentence is correct?</w:t>
      </w:r>
    </w:p>
    <w:p>
      <w:pPr>
        <w:spacing w:after="0"/>
        <w:ind w:left="454"/>
      </w:pPr>
      <w:r>
        <w:t>(   ) a) She are happy.</w:t>
      </w:r>
    </w:p>
    <w:p>
      <w:pPr>
        <w:spacing w:after="0"/>
        <w:ind w:left="454"/>
      </w:pPr>
      <w:r>
        <w:t>(   ) b) She am happy.</w:t>
      </w:r>
    </w:p>
    <w:p>
      <w:pPr>
        <w:spacing w:after="0"/>
        <w:ind w:left="454"/>
      </w:pPr>
      <w:r>
        <w:t>(   ) c) She is happy.</w:t>
      </w:r>
    </w:p>
    <w:p>
      <w:pPr>
        <w:keepNext/>
        <w:spacing w:before="120"/>
      </w:pPr>
      <w:r>
        <w:t>3. 🏫  Which question is correct?</w:t>
      </w:r>
    </w:p>
    <w:p>
      <w:pPr>
        <w:spacing w:after="0"/>
        <w:ind w:left="454"/>
      </w:pPr>
      <w:r>
        <w:t>(   ) a) Are they at school?</w:t>
      </w:r>
    </w:p>
    <w:p>
      <w:pPr>
        <w:spacing w:after="0"/>
        <w:ind w:left="454"/>
      </w:pPr>
      <w:r>
        <w:t>(   ) b) Is they at school?</w:t>
      </w:r>
    </w:p>
    <w:p>
      <w:pPr>
        <w:spacing w:after="0"/>
        <w:ind w:left="454"/>
      </w:pPr>
      <w:r>
        <w:t>(   ) c) Am they at school?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Am, is or are?</w:t>
      </w:r>
    </w:p>
    <w:p>
      <w:pPr>
        <w:spacing w:after="0"/>
      </w:pPr>
      <w:r>
        <w:t>1) am</w:t>
      </w:r>
    </w:p>
    <w:p>
      <w:pPr>
        <w:spacing w:after="0"/>
      </w:pPr>
      <w:r>
        <w:t>2) is</w:t>
      </w:r>
    </w:p>
    <w:p>
      <w:pPr>
        <w:spacing w:after="0"/>
      </w:pPr>
      <w:r>
        <w:t>3) are</w:t>
      </w:r>
    </w:p>
    <w:p>
      <w:pPr>
        <w:spacing w:after="0"/>
      </w:pPr>
      <w:r>
        <w:t>4) are</w:t>
      </w:r>
    </w:p>
    <w:p>
      <w:pPr>
        <w:spacing w:after="0"/>
      </w:pPr>
      <w:r>
        <w:t>5) is</w:t>
      </w:r>
    </w:p>
    <w:p>
      <w:pPr>
        <w:spacing w:after="0"/>
      </w:pPr>
      <w:r>
        <w:t>6) are</w:t>
      </w:r>
    </w:p>
    <w:p>
      <w:r>
        <w:rPr>
          <w:b/>
        </w:rPr>
        <w:t>2. Personal pronouns</w:t>
      </w:r>
    </w:p>
    <w:p>
      <w:pPr>
        <w:spacing w:after="0"/>
      </w:pPr>
      <w:r>
        <w:t>1) c) I</w:t>
      </w:r>
    </w:p>
    <w:p>
      <w:pPr>
        <w:spacing w:after="0"/>
      </w:pPr>
      <w:r>
        <w:t>2) b) He</w:t>
      </w:r>
    </w:p>
    <w:p>
      <w:pPr>
        <w:spacing w:after="0"/>
      </w:pPr>
      <w:r>
        <w:t>3) b) We</w:t>
      </w:r>
    </w:p>
    <w:p>
      <w:pPr>
        <w:spacing w:after="0"/>
      </w:pPr>
      <w:r>
        <w:t>4) a) It</w:t>
      </w:r>
    </w:p>
    <w:p>
      <w:r>
        <w:rPr>
          <w:b/>
        </w:rPr>
        <w:t>3. Which sentence is correct?</w:t>
      </w:r>
    </w:p>
    <w:p>
      <w:pPr>
        <w:spacing w:after="0"/>
      </w:pPr>
      <w:r>
        <w:t>1) b) I am not happy.</w:t>
      </w:r>
    </w:p>
    <w:p>
      <w:pPr>
        <w:spacing w:after="0"/>
      </w:pPr>
      <w:r>
        <w:t>2) c) She is happy.</w:t>
      </w:r>
    </w:p>
    <w:p>
      <w:pPr>
        <w:spacing w:after="0"/>
      </w:pPr>
      <w:r>
        <w:t>3) a) Are they at school?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2025-06-09T00:00:00Z</dcterms:created>
  <dcterms:modified xsi:type="dcterms:W3CDTF">2025-06-09T00:00:00Z</dcterms:modified>
  <cp:category/>
</cp:coreProperties>
</file>