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Verb to be e pronomes: primeiras frases</w:t>
      </w:r>
    </w:p>
    <w:p>
      <w:r>
        <w:rPr>
          <w:color w:val="6B6B6B"/>
          <w:sz w:val="18"/>
        </w:rPr>
        <w:t>1º ano e 2º ano · Verb to be</w:t>
      </w:r>
    </w:p>
    <w:p>
      <w:pPr>
        <w:pStyle w:val="Heading2"/>
      </w:pPr>
      <w:r>
        <w:t>1. am, is or are?</w:t>
      </w:r>
    </w:p>
    <w:p>
      <w:r>
        <w:rPr>
          <w:i/>
        </w:rPr>
        <w:t>Complete com am, is ou are. (Complete with am, is or are.)</w:t>
      </w:r>
    </w:p>
    <w:p>
      <w:r>
        <w:rPr>
          <w:b/>
        </w:rPr>
        <w:t>Word bank:  am  |  is  |  are</w:t>
      </w:r>
    </w:p>
    <w:p>
      <w:pPr>
        <w:keepNext/>
        <w:spacing w:before="120"/>
      </w:pPr>
      <w:r>
        <w:t>1. 😀  I ______________ happy.</w:t>
      </w:r>
    </w:p>
    <w:p>
      <w:pPr>
        <w:keepNext/>
        <w:spacing w:before="120"/>
      </w:pPr>
      <w:r>
        <w:t>2. 👧  She ______________ my friend.</w:t>
      </w:r>
    </w:p>
    <w:p>
      <w:pPr>
        <w:keepNext/>
        <w:spacing w:before="120"/>
      </w:pPr>
      <w:r>
        <w:t>3. 🏫  They ______________ at school.</w:t>
      </w:r>
    </w:p>
    <w:p>
      <w:pPr>
        <w:keepNext/>
        <w:spacing w:before="120"/>
      </w:pPr>
      <w:r>
        <w:t>4. 👩‍🏫  You ______________ my teacher.</w:t>
      </w:r>
    </w:p>
    <w:p>
      <w:pPr>
        <w:pStyle w:val="Heading2"/>
      </w:pPr>
      <w:r>
        <w:t>2. Choose the pronoun</w:t>
      </w:r>
    </w:p>
    <w:p>
      <w:r>
        <w:rPr>
          <w:i/>
        </w:rPr>
        <w:t>Escolha o pronome certo. (Choose the correct pronoun.)</w:t>
      </w:r>
    </w:p>
    <w:p>
      <w:pPr>
        <w:keepNext/>
        <w:spacing w:before="120"/>
      </w:pPr>
      <w:r>
        <w:t>1. 👧  ___ is my sister.</w:t>
      </w:r>
    </w:p>
    <w:p>
      <w:pPr>
        <w:spacing w:after="0"/>
        <w:ind w:left="454"/>
      </w:pPr>
      <w:r>
        <w:t>(   ) a) He</w:t>
      </w:r>
    </w:p>
    <w:p>
      <w:pPr>
        <w:spacing w:after="0"/>
        <w:ind w:left="454"/>
      </w:pPr>
      <w:r>
        <w:t>(   ) b) She</w:t>
      </w:r>
    </w:p>
    <w:p>
      <w:pPr>
        <w:keepNext/>
        <w:spacing w:before="120"/>
      </w:pPr>
      <w:r>
        <w:t>2. 🐶  ___ is a dog.</w:t>
      </w:r>
    </w:p>
    <w:p>
      <w:pPr>
        <w:spacing w:after="0"/>
        <w:ind w:left="454"/>
      </w:pPr>
      <w:r>
        <w:t>(   ) a) It</w:t>
      </w:r>
    </w:p>
    <w:p>
      <w:pPr>
        <w:spacing w:after="0"/>
        <w:ind w:left="454"/>
      </w:pPr>
      <w:r>
        <w:t>(   ) b) They</w:t>
      </w:r>
    </w:p>
    <w:p>
      <w:pPr>
        <w:keepNext/>
        <w:spacing w:before="120"/>
      </w:pPr>
      <w:r>
        <w:t>3. 🎒  ___ am a student.</w:t>
      </w:r>
    </w:p>
    <w:p>
      <w:pPr>
        <w:spacing w:after="0"/>
        <w:ind w:left="454"/>
      </w:pPr>
      <w:r>
        <w:t>(   ) a) You</w:t>
      </w:r>
    </w:p>
    <w:p>
      <w:pPr>
        <w:spacing w:after="0"/>
        <w:ind w:left="454"/>
      </w:pPr>
      <w:r>
        <w:t>(   ) b) I</w:t>
      </w:r>
    </w:p>
    <w:p>
      <w:pPr>
        <w:keepNext/>
        <w:spacing w:before="120"/>
      </w:pPr>
      <w:r>
        <w:t>4. 👫  ___ are friends.</w:t>
      </w:r>
    </w:p>
    <w:p>
      <w:pPr>
        <w:spacing w:after="0"/>
        <w:ind w:left="454"/>
      </w:pPr>
      <w:r>
        <w:t>(   ) a) We</w:t>
      </w:r>
    </w:p>
    <w:p>
      <w:pPr>
        <w:spacing w:after="0"/>
        <w:ind w:left="454"/>
      </w:pPr>
      <w:r>
        <w:t>(   ) b) He</w:t>
      </w:r>
    </w:p>
    <w:p>
      <w:pPr>
        <w:pStyle w:val="Heading2"/>
      </w:pPr>
      <w:r>
        <w:t>3. Choose the word</w:t>
      </w:r>
    </w:p>
    <w:p>
      <w:r>
        <w:rPr>
          <w:i/>
        </w:rPr>
        <w:t>Escolha a palavra que completa a frase. (Choose the correct word.)</w:t>
      </w:r>
    </w:p>
    <w:p>
      <w:pPr>
        <w:keepNext/>
        <w:spacing w:before="120"/>
      </w:pPr>
      <w:r>
        <w:t>1. 📖  This is my ___. I read it every day.</w:t>
      </w:r>
    </w:p>
    <w:p>
      <w:pPr>
        <w:spacing w:after="0"/>
        <w:ind w:left="454"/>
      </w:pPr>
      <w:r>
        <w:t>(   ) a) banana</w:t>
      </w:r>
    </w:p>
    <w:p>
      <w:pPr>
        <w:spacing w:after="0"/>
        <w:ind w:left="454"/>
      </w:pPr>
      <w:r>
        <w:t>(   ) b) book</w:t>
      </w:r>
    </w:p>
    <w:p>
      <w:pPr>
        <w:keepNext/>
        <w:spacing w:before="120"/>
      </w:pPr>
      <w:r>
        <w:t>2. 🐱  She has a ___. It says "meow".</w:t>
      </w:r>
    </w:p>
    <w:p>
      <w:pPr>
        <w:spacing w:after="0"/>
        <w:ind w:left="454"/>
      </w:pPr>
      <w:r>
        <w:t>(   ) a) cat</w:t>
      </w:r>
    </w:p>
    <w:p>
      <w:pPr>
        <w:spacing w:after="0"/>
        <w:ind w:left="454"/>
      </w:pPr>
      <w:r>
        <w:t>(   ) b) car</w:t>
      </w:r>
    </w:p>
    <w:p>
      <w:pPr>
        <w:keepNext/>
        <w:spacing w:before="120"/>
      </w:pPr>
      <w:r>
        <w:t>3. 🏫  I go to ___ to study.</w:t>
      </w:r>
    </w:p>
    <w:p>
      <w:pPr>
        <w:spacing w:after="0"/>
        <w:ind w:left="454"/>
      </w:pPr>
      <w:r>
        <w:t>(   ) a) school</w:t>
      </w:r>
    </w:p>
    <w:p>
      <w:pPr>
        <w:spacing w:after="0"/>
        <w:ind w:left="454"/>
      </w:pPr>
      <w:r>
        <w:t>(   ) b) the zoo</w:t>
      </w:r>
    </w:p>
    <w:p>
      <w:pPr>
        <w:keepNext/>
        <w:spacing w:before="120"/>
      </w:pPr>
      <w:r>
        <w:t>4. 🍎  We eat ___ at lunch.</w:t>
      </w:r>
    </w:p>
    <w:p>
      <w:pPr>
        <w:spacing w:after="0"/>
        <w:ind w:left="454"/>
      </w:pPr>
      <w:r>
        <w:t>(   ) a) pencils</w:t>
      </w:r>
    </w:p>
    <w:p>
      <w:pPr>
        <w:spacing w:after="0"/>
        <w:ind w:left="454"/>
      </w:pPr>
      <w:r>
        <w:t>(   ) b) apples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am, is or are?</w:t>
      </w:r>
    </w:p>
    <w:p>
      <w:pPr>
        <w:spacing w:after="0"/>
      </w:pPr>
      <w:r>
        <w:t>1) am</w:t>
      </w:r>
    </w:p>
    <w:p>
      <w:pPr>
        <w:spacing w:after="0"/>
      </w:pPr>
      <w:r>
        <w:t>2) is</w:t>
      </w:r>
    </w:p>
    <w:p>
      <w:pPr>
        <w:spacing w:after="0"/>
      </w:pPr>
      <w:r>
        <w:t>3) are</w:t>
      </w:r>
    </w:p>
    <w:p>
      <w:pPr>
        <w:spacing w:after="0"/>
      </w:pPr>
      <w:r>
        <w:t>4) are</w:t>
      </w:r>
    </w:p>
    <w:p>
      <w:r>
        <w:rPr>
          <w:b/>
        </w:rPr>
        <w:t>2. Choose the pronoun</w:t>
      </w:r>
    </w:p>
    <w:p>
      <w:pPr>
        <w:spacing w:after="0"/>
      </w:pPr>
      <w:r>
        <w:t>1) b) She</w:t>
      </w:r>
    </w:p>
    <w:p>
      <w:pPr>
        <w:spacing w:after="0"/>
      </w:pPr>
      <w:r>
        <w:t>2) a) It</w:t>
      </w:r>
    </w:p>
    <w:p>
      <w:pPr>
        <w:spacing w:after="0"/>
      </w:pPr>
      <w:r>
        <w:t>3) b) I</w:t>
      </w:r>
    </w:p>
    <w:p>
      <w:pPr>
        <w:spacing w:after="0"/>
      </w:pPr>
      <w:r>
        <w:t>4) a) We</w:t>
      </w:r>
    </w:p>
    <w:p>
      <w:r>
        <w:rPr>
          <w:b/>
        </w:rPr>
        <w:t>3. Choose the word</w:t>
      </w:r>
    </w:p>
    <w:p>
      <w:pPr>
        <w:spacing w:after="0"/>
      </w:pPr>
      <w:r>
        <w:t>1) b) book</w:t>
      </w:r>
    </w:p>
    <w:p>
      <w:pPr>
        <w:spacing w:after="0"/>
      </w:pPr>
      <w:r>
        <w:t>2) a) cat</w:t>
      </w:r>
    </w:p>
    <w:p>
      <w:pPr>
        <w:spacing w:after="0"/>
      </w:pPr>
      <w:r>
        <w:t>3) a) school</w:t>
      </w:r>
    </w:p>
    <w:p>
      <w:pPr>
        <w:spacing w:after="0"/>
      </w:pPr>
      <w:r>
        <w:t>4) b) apples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