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Tempos verbais e Reported speech</w:t>
      </w:r>
    </w:p>
    <w:p>
      <w:r>
        <w:rPr>
          <w:color w:val="6B6B6B"/>
          <w:sz w:val="18"/>
        </w:rPr>
        <w:t>2ª série e 3ª série · Reported speech · BNCC: EM13LGG403</w:t>
      </w:r>
    </w:p>
    <w:p>
      <w:pPr>
        <w:pStyle w:val="Heading2"/>
      </w:pPr>
      <w:r>
        <w:t>1. Verb tenses</w:t>
      </w:r>
    </w:p>
    <w:p>
      <w:r>
        <w:rPr>
          <w:i/>
        </w:rPr>
        <w:t>Complete the sentences with the correct form of the verb in parentheses.</w:t>
      </w:r>
    </w:p>
    <w:p>
      <w:pPr>
        <w:keepNext/>
        <w:spacing w:before="120"/>
      </w:pPr>
      <w:r>
        <w:t>1. By 2030, she ______________ (graduate) from university.</w:t>
      </w:r>
    </w:p>
    <w:p>
      <w:pPr>
        <w:keepNext/>
        <w:spacing w:before="120"/>
      </w:pPr>
      <w:r>
        <w:t>2. When I was a child, I ______________ (play) outside every day.</w:t>
      </w:r>
    </w:p>
    <w:p>
      <w:pPr>
        <w:keepNext/>
        <w:spacing w:before="120"/>
      </w:pPr>
      <w:r>
        <w:t>3. Look! It ______________ (rain) now.</w:t>
      </w:r>
    </w:p>
    <w:p>
      <w:pPr>
        <w:keepNext/>
        <w:spacing w:before="120"/>
      </w:pPr>
      <w:r>
        <w:t>4. They ______________ (not / finish) the project yet.</w:t>
      </w:r>
    </w:p>
    <w:p>
      <w:pPr>
        <w:keepNext/>
        <w:spacing w:before="120"/>
      </w:pPr>
      <w:r>
        <w:t>5. If he studies hard, he ______________ (pass) the test.</w:t>
      </w:r>
    </w:p>
    <w:p>
      <w:pPr>
        <w:pStyle w:val="Heading2"/>
      </w:pPr>
      <w:r>
        <w:t>2. Reported speech</w:t>
      </w:r>
    </w:p>
    <w:p>
      <w:r>
        <w:rPr>
          <w:i/>
        </w:rPr>
        <w:t>Choose the correct reported speech version of each sentence.</w:t>
      </w:r>
    </w:p>
    <w:p>
      <w:pPr>
        <w:keepNext/>
        <w:spacing w:before="120"/>
      </w:pPr>
      <w:r>
        <w:t>1. "I'm tired," she said.</w:t>
      </w:r>
    </w:p>
    <w:p>
      <w:pPr>
        <w:spacing w:after="0"/>
        <w:ind w:left="454"/>
      </w:pPr>
      <w:r>
        <w:t>(   ) a) She said that she is tired.</w:t>
      </w:r>
    </w:p>
    <w:p>
      <w:pPr>
        <w:spacing w:after="0"/>
        <w:ind w:left="454"/>
      </w:pPr>
      <w:r>
        <w:t>(   ) b) She said that she was tired.</w:t>
      </w:r>
    </w:p>
    <w:p>
      <w:pPr>
        <w:spacing w:after="0"/>
        <w:ind w:left="454"/>
      </w:pPr>
      <w:r>
        <w:t>(   ) c) She said that I was tired.</w:t>
      </w:r>
    </w:p>
    <w:p>
      <w:pPr>
        <w:keepNext/>
        <w:spacing w:before="120"/>
      </w:pPr>
      <w:r>
        <w:t>2. "We visited London last year," they said.</w:t>
      </w:r>
    </w:p>
    <w:p>
      <w:pPr>
        <w:spacing w:after="0"/>
        <w:ind w:left="454"/>
      </w:pPr>
      <w:r>
        <w:t>(   ) a) They said that they had visited London the year before.</w:t>
      </w:r>
    </w:p>
    <w:p>
      <w:pPr>
        <w:spacing w:after="0"/>
        <w:ind w:left="454"/>
      </w:pPr>
      <w:r>
        <w:t>(   ) b) They said that we visited London last year.</w:t>
      </w:r>
    </w:p>
    <w:p>
      <w:pPr>
        <w:spacing w:after="0"/>
        <w:ind w:left="454"/>
      </w:pPr>
      <w:r>
        <w:t>(   ) c) They said that they have visited London next year.</w:t>
      </w:r>
    </w:p>
    <w:p>
      <w:pPr>
        <w:keepNext/>
        <w:spacing w:before="120"/>
      </w:pPr>
      <w:r>
        <w:t>3. "I can help you," John said.</w:t>
      </w:r>
    </w:p>
    <w:p>
      <w:pPr>
        <w:spacing w:after="0"/>
        <w:ind w:left="454"/>
      </w:pPr>
      <w:r>
        <w:t>(   ) a) John said that he can helped me.</w:t>
      </w:r>
    </w:p>
    <w:p>
      <w:pPr>
        <w:spacing w:after="0"/>
        <w:ind w:left="454"/>
      </w:pPr>
      <w:r>
        <w:t>(   ) b) John said that I could help him.</w:t>
      </w:r>
    </w:p>
    <w:p>
      <w:pPr>
        <w:spacing w:after="0"/>
        <w:ind w:left="454"/>
      </w:pPr>
      <w:r>
        <w:t>(   ) c) John said that he could help me.</w:t>
      </w:r>
    </w:p>
    <w:p>
      <w:pPr>
        <w:keepNext/>
        <w:spacing w:before="120"/>
      </w:pPr>
      <w:r>
        <w:t>4. "Don't forget your homework," the teacher told me.</w:t>
      </w:r>
    </w:p>
    <w:p>
      <w:pPr>
        <w:spacing w:after="0"/>
        <w:ind w:left="454"/>
      </w:pPr>
      <w:r>
        <w:t>(   ) a) The teacher told me not to forget my homework.</w:t>
      </w:r>
    </w:p>
    <w:p>
      <w:pPr>
        <w:spacing w:after="0"/>
        <w:ind w:left="454"/>
      </w:pPr>
      <w:r>
        <w:t>(   ) b) The teacher told me don't forget your homework.</w:t>
      </w:r>
    </w:p>
    <w:p>
      <w:pPr>
        <w:spacing w:after="0"/>
        <w:ind w:left="454"/>
      </w:pPr>
      <w:r>
        <w:t>(   ) c) The teacher told me to not forgot my homework.</w:t>
      </w:r>
    </w:p>
    <w:p>
      <w:pPr>
        <w:pStyle w:val="Heading2"/>
      </w:pPr>
      <w:r>
        <w:t>3. Complete the reported sentences</w:t>
      </w:r>
    </w:p>
    <w:p>
      <w:r>
        <w:rPr>
          <w:i/>
        </w:rPr>
        <w:t>Complete the reported speech with the correct verb form.</w:t>
      </w:r>
    </w:p>
    <w:p>
      <w:pPr>
        <w:keepNext/>
        <w:spacing w:before="120"/>
      </w:pPr>
      <w:r>
        <w:t>1. "I am watching a series." → He said that he ______________ watching a series.</w:t>
      </w:r>
    </w:p>
    <w:p>
      <w:pPr>
        <w:keepNext/>
        <w:spacing w:before="120"/>
      </w:pPr>
      <w:r>
        <w:t>2. "I will call you tomorrow." → She said that she ______________ call me the next day.</w:t>
      </w:r>
    </w:p>
    <w:p>
      <w:pPr>
        <w:keepNext/>
        <w:spacing w:before="120"/>
      </w:pPr>
      <w:r>
        <w:t>3. "Close the window." → My mother told me ______________ close the window.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Verb tenses</w:t>
      </w:r>
    </w:p>
    <w:p>
      <w:pPr>
        <w:spacing w:after="0"/>
      </w:pPr>
      <w:r>
        <w:t>1) will have graduated</w:t>
      </w:r>
    </w:p>
    <w:p>
      <w:pPr>
        <w:spacing w:after="0"/>
      </w:pPr>
      <w:r>
        <w:t>2) played</w:t>
      </w:r>
    </w:p>
    <w:p>
      <w:pPr>
        <w:spacing w:after="0"/>
      </w:pPr>
      <w:r>
        <w:t>3) is raining</w:t>
      </w:r>
    </w:p>
    <w:p>
      <w:pPr>
        <w:spacing w:after="0"/>
      </w:pPr>
      <w:r>
        <w:t>4) haven't finished</w:t>
      </w:r>
    </w:p>
    <w:p>
      <w:pPr>
        <w:spacing w:after="0"/>
      </w:pPr>
      <w:r>
        <w:t>5) will pass</w:t>
      </w:r>
    </w:p>
    <w:p>
      <w:r>
        <w:rPr>
          <w:b/>
        </w:rPr>
        <w:t>2. Reported speech</w:t>
      </w:r>
    </w:p>
    <w:p>
      <w:pPr>
        <w:spacing w:after="0"/>
      </w:pPr>
      <w:r>
        <w:t>1) b) She said that she was tired.</w:t>
      </w:r>
    </w:p>
    <w:p>
      <w:pPr>
        <w:spacing w:after="0"/>
      </w:pPr>
      <w:r>
        <w:t>2) a) They said that they had visited London the year before.</w:t>
      </w:r>
    </w:p>
    <w:p>
      <w:pPr>
        <w:spacing w:after="0"/>
      </w:pPr>
      <w:r>
        <w:t>3) c) John said that he could help me.</w:t>
      </w:r>
    </w:p>
    <w:p>
      <w:pPr>
        <w:spacing w:after="0"/>
      </w:pPr>
      <w:r>
        <w:t>4) a) The teacher told me not to forget my homework.</w:t>
      </w:r>
    </w:p>
    <w:p>
      <w:r>
        <w:rPr>
          <w:b/>
        </w:rPr>
        <w:t>3. Complete the reported sentences</w:t>
      </w:r>
    </w:p>
    <w:p>
      <w:pPr>
        <w:spacing w:after="0"/>
      </w:pPr>
      <w:r>
        <w:t>1) was</w:t>
      </w:r>
    </w:p>
    <w:p>
      <w:pPr>
        <w:spacing w:after="0"/>
      </w:pPr>
      <w:r>
        <w:t>2) would</w:t>
      </w:r>
    </w:p>
    <w:p>
      <w:pPr>
        <w:spacing w:after="0"/>
      </w:pPr>
      <w:r>
        <w:t>3) to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2025-05-09T00:00:00Z</dcterms:created>
  <dcterms:modified xsi:type="dcterms:W3CDTF">2025-05-09T00:00:00Z</dcterms:modified>
  <cp:category/>
</cp:coreProperties>
</file>