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Tempos verbais: identifique e corrija</w:t>
      </w:r>
    </w:p>
    <w:p>
      <w:r>
        <w:rPr>
          <w:color w:val="6B6B6B"/>
          <w:sz w:val="18"/>
        </w:rPr>
        <w:t>1ª série · Simple present · BNCC: EM13LGG103, EM13LGG403</w:t>
      </w:r>
    </w:p>
    <w:p>
      <w:pPr>
        <w:pStyle w:val="Heading2"/>
      </w:pPr>
      <w:r>
        <w:t>1. Identify the verb tense</w:t>
      </w:r>
    </w:p>
    <w:p>
      <w:r>
        <w:rPr>
          <w:i/>
        </w:rPr>
        <w:t>Read each sentence and choose the verb tense.</w:t>
      </w:r>
    </w:p>
    <w:p>
      <w:pPr>
        <w:keepNext/>
        <w:spacing w:before="120"/>
      </w:pPr>
      <w:r>
        <w:t>1. She studies English every day.</w:t>
      </w:r>
    </w:p>
    <w:p>
      <w:pPr>
        <w:spacing w:after="0"/>
        <w:ind w:left="454"/>
      </w:pPr>
      <w:r>
        <w:t>(   ) a) Simple present</w:t>
      </w:r>
    </w:p>
    <w:p>
      <w:pPr>
        <w:spacing w:after="0"/>
        <w:ind w:left="454"/>
      </w:pPr>
      <w:r>
        <w:t>(   ) b) Simple past</w:t>
      </w:r>
    </w:p>
    <w:p>
      <w:pPr>
        <w:spacing w:after="0"/>
        <w:ind w:left="454"/>
      </w:pPr>
      <w:r>
        <w:t>(   ) c) Present perfect</w:t>
      </w:r>
    </w:p>
    <w:p>
      <w:pPr>
        <w:spacing w:after="0"/>
        <w:ind w:left="454"/>
      </w:pPr>
      <w:r>
        <w:t>(   ) d) Present continuous</w:t>
      </w:r>
    </w:p>
    <w:p>
      <w:pPr>
        <w:spacing w:after="0"/>
        <w:ind w:left="454"/>
      </w:pPr>
      <w:r>
        <w:t>(   ) e) Future (will)</w:t>
      </w:r>
    </w:p>
    <w:p>
      <w:pPr>
        <w:keepNext/>
        <w:spacing w:before="120"/>
      </w:pPr>
      <w:r>
        <w:t>2. They traveled to Paris last summer.</w:t>
      </w:r>
    </w:p>
    <w:p>
      <w:pPr>
        <w:spacing w:after="0"/>
        <w:ind w:left="454"/>
      </w:pPr>
      <w:r>
        <w:t>(   ) a) Simple present</w:t>
      </w:r>
    </w:p>
    <w:p>
      <w:pPr>
        <w:spacing w:after="0"/>
        <w:ind w:left="454"/>
      </w:pPr>
      <w:r>
        <w:t>(   ) b) Simple past</w:t>
      </w:r>
    </w:p>
    <w:p>
      <w:pPr>
        <w:spacing w:after="0"/>
        <w:ind w:left="454"/>
      </w:pPr>
      <w:r>
        <w:t>(   ) c) Present perfect</w:t>
      </w:r>
    </w:p>
    <w:p>
      <w:pPr>
        <w:spacing w:after="0"/>
        <w:ind w:left="454"/>
      </w:pPr>
      <w:r>
        <w:t>(   ) d) Present continuous</w:t>
      </w:r>
    </w:p>
    <w:p>
      <w:pPr>
        <w:spacing w:after="0"/>
        <w:ind w:left="454"/>
      </w:pPr>
      <w:r>
        <w:t>(   ) e) Future (will)</w:t>
      </w:r>
    </w:p>
    <w:p>
      <w:pPr>
        <w:keepNext/>
        <w:spacing w:before="120"/>
      </w:pPr>
      <w:r>
        <w:t>3. I have seen this movie before.</w:t>
      </w:r>
    </w:p>
    <w:p>
      <w:pPr>
        <w:spacing w:after="0"/>
        <w:ind w:left="454"/>
      </w:pPr>
      <w:r>
        <w:t>(   ) a) Simple present</w:t>
      </w:r>
    </w:p>
    <w:p>
      <w:pPr>
        <w:spacing w:after="0"/>
        <w:ind w:left="454"/>
      </w:pPr>
      <w:r>
        <w:t>(   ) b) Simple past</w:t>
      </w:r>
    </w:p>
    <w:p>
      <w:pPr>
        <w:spacing w:after="0"/>
        <w:ind w:left="454"/>
      </w:pPr>
      <w:r>
        <w:t>(   ) c) Present perfect</w:t>
      </w:r>
    </w:p>
    <w:p>
      <w:pPr>
        <w:spacing w:after="0"/>
        <w:ind w:left="454"/>
      </w:pPr>
      <w:r>
        <w:t>(   ) d) Present continuous</w:t>
      </w:r>
    </w:p>
    <w:p>
      <w:pPr>
        <w:spacing w:after="0"/>
        <w:ind w:left="454"/>
      </w:pPr>
      <w:r>
        <w:t>(   ) e) Future (will)</w:t>
      </w:r>
    </w:p>
    <w:p>
      <w:pPr>
        <w:keepNext/>
        <w:spacing w:before="120"/>
      </w:pPr>
      <w:r>
        <w:t>4. We will go to the concert next weekend.</w:t>
      </w:r>
    </w:p>
    <w:p>
      <w:pPr>
        <w:spacing w:after="0"/>
        <w:ind w:left="454"/>
      </w:pPr>
      <w:r>
        <w:t>(   ) a) Simple present</w:t>
      </w:r>
    </w:p>
    <w:p>
      <w:pPr>
        <w:spacing w:after="0"/>
        <w:ind w:left="454"/>
      </w:pPr>
      <w:r>
        <w:t>(   ) b) Simple past</w:t>
      </w:r>
    </w:p>
    <w:p>
      <w:pPr>
        <w:spacing w:after="0"/>
        <w:ind w:left="454"/>
      </w:pPr>
      <w:r>
        <w:t>(   ) c) Present perfect</w:t>
      </w:r>
    </w:p>
    <w:p>
      <w:pPr>
        <w:spacing w:after="0"/>
        <w:ind w:left="454"/>
      </w:pPr>
      <w:r>
        <w:t>(   ) d) Present continuous</w:t>
      </w:r>
    </w:p>
    <w:p>
      <w:pPr>
        <w:spacing w:after="0"/>
        <w:ind w:left="454"/>
      </w:pPr>
      <w:r>
        <w:t>(   ) e) Future (will)</w:t>
      </w:r>
    </w:p>
    <w:p>
      <w:pPr>
        <w:keepNext/>
        <w:spacing w:before="120"/>
      </w:pPr>
      <w:r>
        <w:t>5. He is reading a book right now.</w:t>
      </w:r>
    </w:p>
    <w:p>
      <w:pPr>
        <w:spacing w:after="0"/>
        <w:ind w:left="454"/>
      </w:pPr>
      <w:r>
        <w:t>(   ) a) Simple present</w:t>
      </w:r>
    </w:p>
    <w:p>
      <w:pPr>
        <w:spacing w:after="0"/>
        <w:ind w:left="454"/>
      </w:pPr>
      <w:r>
        <w:t>(   ) b) Simple past</w:t>
      </w:r>
    </w:p>
    <w:p>
      <w:pPr>
        <w:spacing w:after="0"/>
        <w:ind w:left="454"/>
      </w:pPr>
      <w:r>
        <w:t>(   ) c) Present perfect</w:t>
      </w:r>
    </w:p>
    <w:p>
      <w:pPr>
        <w:spacing w:after="0"/>
        <w:ind w:left="454"/>
      </w:pPr>
      <w:r>
        <w:t>(   ) d) Present continuous</w:t>
      </w:r>
    </w:p>
    <w:p>
      <w:pPr>
        <w:spacing w:after="0"/>
        <w:ind w:left="454"/>
      </w:pPr>
      <w:r>
        <w:t>(   ) e) Future (will)</w:t>
      </w:r>
    </w:p>
    <w:p>
      <w:pPr>
        <w:pStyle w:val="Heading2"/>
      </w:pPr>
      <w:r>
        <w:t>2. Correct the sentence</w:t>
      </w:r>
    </w:p>
    <w:p>
      <w:r>
        <w:rPr>
          <w:i/>
        </w:rPr>
        <w:t>Each sentence has a grammatical mistake. Choose the correct version.</w:t>
      </w:r>
    </w:p>
    <w:p>
      <w:pPr>
        <w:keepNext/>
        <w:spacing w:before="120"/>
      </w:pPr>
      <w:r>
        <w:t>1. She don't like coffee.</w:t>
      </w:r>
    </w:p>
    <w:p>
      <w:pPr>
        <w:spacing w:after="0"/>
        <w:ind w:left="454"/>
      </w:pPr>
      <w:r>
        <w:t>(   ) a) She doesn't like coffee.</w:t>
      </w:r>
    </w:p>
    <w:p>
      <w:pPr>
        <w:spacing w:after="0"/>
        <w:ind w:left="454"/>
      </w:pPr>
      <w:r>
        <w:t>(   ) b) She doesn't likes coffee.</w:t>
      </w:r>
    </w:p>
    <w:p>
      <w:pPr>
        <w:spacing w:after="0"/>
        <w:ind w:left="454"/>
      </w:pPr>
      <w:r>
        <w:t>(   ) c) She not like coffee.</w:t>
      </w:r>
    </w:p>
    <w:p>
      <w:pPr>
        <w:keepNext/>
        <w:spacing w:before="120"/>
      </w:pPr>
      <w:r>
        <w:t>2. I has never been to New York.</w:t>
      </w:r>
    </w:p>
    <w:p>
      <w:pPr>
        <w:spacing w:after="0"/>
        <w:ind w:left="454"/>
      </w:pPr>
      <w:r>
        <w:t>(   ) a) I have never went to New York.</w:t>
      </w:r>
    </w:p>
    <w:p>
      <w:pPr>
        <w:spacing w:after="0"/>
        <w:ind w:left="454"/>
      </w:pPr>
      <w:r>
        <w:t>(   ) b) I have never been to New York.</w:t>
      </w:r>
    </w:p>
    <w:p>
      <w:pPr>
        <w:spacing w:after="0"/>
        <w:ind w:left="454"/>
      </w:pPr>
      <w:r>
        <w:t>(   ) c) I never have be to New York.</w:t>
      </w:r>
    </w:p>
    <w:p>
      <w:pPr>
        <w:keepNext/>
        <w:spacing w:before="120"/>
      </w:pPr>
      <w:r>
        <w:t>3. They was playing soccer yesterday.</w:t>
      </w:r>
    </w:p>
    <w:p>
      <w:pPr>
        <w:spacing w:after="0"/>
        <w:ind w:left="454"/>
      </w:pPr>
      <w:r>
        <w:t>(   ) a) They is playing soccer yesterday.</w:t>
      </w:r>
    </w:p>
    <w:p>
      <w:pPr>
        <w:spacing w:after="0"/>
        <w:ind w:left="454"/>
      </w:pPr>
      <w:r>
        <w:t>(   ) b) They were play soccer yesterday.</w:t>
      </w:r>
    </w:p>
    <w:p>
      <w:pPr>
        <w:spacing w:after="0"/>
        <w:ind w:left="454"/>
      </w:pPr>
      <w:r>
        <w:t>(   ) c) They were playing soccer yesterday.</w:t>
      </w:r>
    </w:p>
    <w:p>
      <w:pPr>
        <w:keepNext/>
        <w:spacing w:before="120"/>
      </w:pPr>
      <w:r>
        <w:t>4. If I will see her, I will tell her the news.</w:t>
      </w:r>
    </w:p>
    <w:p>
      <w:pPr>
        <w:spacing w:after="0"/>
        <w:ind w:left="454"/>
      </w:pPr>
      <w:r>
        <w:t>(   ) a) If I see her, I will tell her the news.</w:t>
      </w:r>
    </w:p>
    <w:p>
      <w:pPr>
        <w:spacing w:after="0"/>
        <w:ind w:left="454"/>
      </w:pPr>
      <w:r>
        <w:t>(   ) b) If I saw her, I will tell her the news.</w:t>
      </w:r>
    </w:p>
    <w:p>
      <w:pPr>
        <w:spacing w:after="0"/>
        <w:ind w:left="454"/>
      </w:pPr>
      <w:r>
        <w:t>(   ) c) If I will see her, I tell her the news.</w:t>
      </w:r>
    </w:p>
    <w:p>
      <w:pPr>
        <w:keepNext/>
        <w:spacing w:before="120"/>
      </w:pPr>
      <w:r>
        <w:t>5. He go to school every day.</w:t>
      </w:r>
    </w:p>
    <w:p>
      <w:pPr>
        <w:spacing w:after="0"/>
        <w:ind w:left="454"/>
      </w:pPr>
      <w:r>
        <w:t>(   ) a) He going to school every day.</w:t>
      </w:r>
    </w:p>
    <w:p>
      <w:pPr>
        <w:spacing w:after="0"/>
        <w:ind w:left="454"/>
      </w:pPr>
      <w:r>
        <w:t>(   ) b) He goes to school every day.</w:t>
      </w:r>
    </w:p>
    <w:p>
      <w:pPr>
        <w:spacing w:after="0"/>
        <w:ind w:left="454"/>
      </w:pPr>
      <w:r>
        <w:t>(   ) c) He gos to school every day.</w:t>
      </w:r>
    </w:p>
    <w:p>
      <w:pPr>
        <w:keepNext/>
        <w:spacing w:before="120"/>
      </w:pPr>
      <w:r>
        <w:t>6. Where you live?</w:t>
      </w:r>
    </w:p>
    <w:p>
      <w:pPr>
        <w:spacing w:after="0"/>
        <w:ind w:left="454"/>
      </w:pPr>
      <w:r>
        <w:t>(   ) a) Where does you live?</w:t>
      </w:r>
    </w:p>
    <w:p>
      <w:pPr>
        <w:spacing w:after="0"/>
        <w:ind w:left="454"/>
      </w:pPr>
      <w:r>
        <w:t>(   ) b) Where you do live?</w:t>
      </w:r>
    </w:p>
    <w:p>
      <w:pPr>
        <w:spacing w:after="0"/>
        <w:ind w:left="454"/>
      </w:pPr>
      <w:r>
        <w:t>(   ) c) Where do you live?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Identify the verb tense</w:t>
      </w:r>
    </w:p>
    <w:p>
      <w:pPr>
        <w:spacing w:after="0"/>
      </w:pPr>
      <w:r>
        <w:t>1) a) Simple present</w:t>
      </w:r>
    </w:p>
    <w:p>
      <w:pPr>
        <w:spacing w:after="0"/>
      </w:pPr>
      <w:r>
        <w:t>2) b) Simple past</w:t>
      </w:r>
    </w:p>
    <w:p>
      <w:pPr>
        <w:spacing w:after="0"/>
      </w:pPr>
      <w:r>
        <w:t>3) c) Present perfect</w:t>
      </w:r>
    </w:p>
    <w:p>
      <w:pPr>
        <w:spacing w:after="0"/>
      </w:pPr>
      <w:r>
        <w:t>4) e) Future (will)</w:t>
      </w:r>
    </w:p>
    <w:p>
      <w:pPr>
        <w:spacing w:after="0"/>
      </w:pPr>
      <w:r>
        <w:t>5) d) Present continuous</w:t>
      </w:r>
    </w:p>
    <w:p>
      <w:r>
        <w:rPr>
          <w:b/>
        </w:rPr>
        <w:t>2. Correct the sentence</w:t>
      </w:r>
    </w:p>
    <w:p>
      <w:pPr>
        <w:spacing w:after="0"/>
      </w:pPr>
      <w:r>
        <w:t>1) a) She doesn't like coffee.</w:t>
      </w:r>
    </w:p>
    <w:p>
      <w:pPr>
        <w:spacing w:after="0"/>
      </w:pPr>
      <w:r>
        <w:t>2) b) I have never been to New York.</w:t>
      </w:r>
    </w:p>
    <w:p>
      <w:pPr>
        <w:spacing w:after="0"/>
      </w:pPr>
      <w:r>
        <w:t>3) c) They were playing soccer yesterday.</w:t>
      </w:r>
    </w:p>
    <w:p>
      <w:pPr>
        <w:spacing w:after="0"/>
      </w:pPr>
      <w:r>
        <w:t>4) a) If I see her, I will tell her the news.</w:t>
      </w:r>
    </w:p>
    <w:p>
      <w:pPr>
        <w:spacing w:after="0"/>
      </w:pPr>
      <w:r>
        <w:t>5) b) He goes to school every day.</w:t>
      </w:r>
    </w:p>
    <w:p>
      <w:pPr>
        <w:spacing w:after="0"/>
      </w:pPr>
      <w:r>
        <w:t>6) c) Where do you live?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2025-02-10T00:00:00Z</dcterms:created>
  <dcterms:modified xsi:type="dcterms:W3CDTF">2025-02-10T00:00:00Z</dcterms:modified>
  <cp:category/>
</cp:coreProperties>
</file>