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Verb forms e meu animal favorito</w:t>
      </w:r>
    </w:p>
    <w:p>
      <w:r>
        <w:rPr>
          <w:color w:val="6B6B6B"/>
          <w:sz w:val="18"/>
        </w:rPr>
        <w:t>5º ano e 6º ano · Simple present</w:t>
      </w:r>
    </w:p>
    <w:p>
      <w:pPr>
        <w:pStyle w:val="Heading2"/>
      </w:pPr>
      <w:r>
        <w:t>1. Verb forms</w:t>
      </w:r>
    </w:p>
    <w:p>
      <w:r>
        <w:rPr>
          <w:i/>
        </w:rPr>
        <w:t>Complete each sentence with the correct form of the verb in parentheses.</w:t>
      </w:r>
    </w:p>
    <w:p>
      <w:pPr>
        <w:keepNext/>
        <w:spacing w:before="120"/>
      </w:pPr>
      <w:r>
        <w:t>1. He ______________ (run) to the store every morning.</w:t>
      </w:r>
    </w:p>
    <w:p>
      <w:pPr>
        <w:keepNext/>
        <w:spacing w:before="120"/>
      </w:pPr>
      <w:r>
        <w:t>2. They ______________ (be) very excited yesterday.</w:t>
      </w:r>
    </w:p>
    <w:p>
      <w:pPr>
        <w:keepNext/>
        <w:spacing w:before="120"/>
      </w:pPr>
      <w:r>
        <w:t>3. My mom ______________ (watch) the news every night.</w:t>
      </w:r>
    </w:p>
    <w:p>
      <w:pPr>
        <w:keepNext/>
        <w:spacing w:before="120"/>
      </w:pPr>
      <w:r>
        <w:t>4. I ______________ (be) at home last Sunday.</w:t>
      </w:r>
    </w:p>
    <w:p>
      <w:pPr>
        <w:keepNext/>
        <w:spacing w:before="120"/>
      </w:pPr>
      <w:r>
        <w:t>5. Our cat ______________ (sleep) on the sofa every afternoon.</w:t>
      </w:r>
    </w:p>
    <w:p>
      <w:pPr>
        <w:keepNext/>
        <w:spacing w:before="120"/>
      </w:pPr>
      <w:r>
        <w:t>6. We ______________ (not / like) cold weather.</w:t>
      </w:r>
    </w:p>
    <w:p>
      <w:pPr>
        <w:pStyle w:val="Heading2"/>
      </w:pPr>
      <w:r>
        <w:t>2. My favorite animal</w:t>
      </w:r>
    </w:p>
    <w:p>
      <w:r>
        <w:rPr>
          <w:i/>
        </w:rPr>
        <w:t>Read the text and choose the correct answer.</w:t>
      </w:r>
    </w:p>
    <w:p>
      <w:r>
        <w:rPr>
          <w:b/>
        </w:rPr>
        <w:t>Thor, my dog</w:t>
      </w:r>
    </w:p>
    <w:p>
      <w:pPr>
        <w:ind w:left="340"/>
      </w:pPr>
      <w:r>
        <w:t>My favorite animal is a dog. His name is Thor. He is fluffy and has brown fur. He eats dog food and loves carrots! I like him because he is very friendly and plays with me every day.</w:t>
      </w:r>
    </w:p>
    <w:p>
      <w:pPr>
        <w:keepNext/>
        <w:spacing w:before="120"/>
      </w:pPr>
      <w:r>
        <w:t>1. What does Thor look like?</w:t>
      </w:r>
    </w:p>
    <w:p>
      <w:pPr>
        <w:spacing w:after="0"/>
        <w:ind w:left="454"/>
      </w:pPr>
      <w:r>
        <w:t>(   ) a) He is fluffy and has brown fur.</w:t>
      </w:r>
    </w:p>
    <w:p>
      <w:pPr>
        <w:spacing w:after="0"/>
        <w:ind w:left="454"/>
      </w:pPr>
      <w:r>
        <w:t>(   ) b) He is small and black.</w:t>
      </w:r>
    </w:p>
    <w:p>
      <w:pPr>
        <w:spacing w:after="0"/>
        <w:ind w:left="454"/>
      </w:pPr>
      <w:r>
        <w:t>(   ) c) He has white spots.</w:t>
      </w:r>
    </w:p>
    <w:p>
      <w:pPr>
        <w:keepNext/>
        <w:spacing w:before="120"/>
      </w:pPr>
      <w:r>
        <w:t>2. What does Thor love to eat?</w:t>
      </w:r>
    </w:p>
    <w:p>
      <w:pPr>
        <w:spacing w:after="0"/>
        <w:ind w:left="454"/>
      </w:pPr>
      <w:r>
        <w:t>(   ) a) Fish</w:t>
      </w:r>
    </w:p>
    <w:p>
      <w:pPr>
        <w:spacing w:after="0"/>
        <w:ind w:left="454"/>
      </w:pPr>
      <w:r>
        <w:t>(   ) b) Carrots</w:t>
      </w:r>
    </w:p>
    <w:p>
      <w:pPr>
        <w:spacing w:after="0"/>
        <w:ind w:left="454"/>
      </w:pPr>
      <w:r>
        <w:t>(   ) c) Bananas</w:t>
      </w:r>
    </w:p>
    <w:p>
      <w:pPr>
        <w:keepNext/>
        <w:spacing w:before="120"/>
      </w:pPr>
      <w:r>
        <w:t>3. Why does the writer like Thor?</w:t>
      </w:r>
    </w:p>
    <w:p>
      <w:pPr>
        <w:spacing w:after="0"/>
        <w:ind w:left="454"/>
      </w:pPr>
      <w:r>
        <w:t>(   ) a) Because he is big.</w:t>
      </w:r>
    </w:p>
    <w:p>
      <w:pPr>
        <w:spacing w:after="0"/>
        <w:ind w:left="454"/>
      </w:pPr>
      <w:r>
        <w:t>(   ) b) Because he sleeps a lot.</w:t>
      </w:r>
    </w:p>
    <w:p>
      <w:pPr>
        <w:spacing w:after="0"/>
        <w:ind w:left="454"/>
      </w:pPr>
      <w:r>
        <w:t>(   ) c) Because he is very friendly.</w:t>
      </w:r>
    </w:p>
    <w:p>
      <w:pPr>
        <w:pStyle w:val="Heading2"/>
      </w:pPr>
      <w:r>
        <w:t>3. Your turn</w:t>
      </w:r>
    </w:p>
    <w:p>
      <w:r>
        <w:rPr>
          <w:i/>
        </w:rPr>
        <w:t>Describe your favorite animal in three sentences.</w:t>
      </w:r>
    </w:p>
    <w:p>
      <w:pPr>
        <w:keepNext/>
        <w:spacing w:before="120"/>
      </w:pPr>
      <w:r>
        <w:t>1. What does it look like? What does it eat? Why do you like it?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Verb forms</w:t>
      </w:r>
    </w:p>
    <w:p>
      <w:pPr>
        <w:spacing w:after="0"/>
      </w:pPr>
      <w:r>
        <w:t>1) runs</w:t>
      </w:r>
    </w:p>
    <w:p>
      <w:pPr>
        <w:spacing w:after="0"/>
      </w:pPr>
      <w:r>
        <w:t>2) were</w:t>
      </w:r>
    </w:p>
    <w:p>
      <w:pPr>
        <w:spacing w:after="0"/>
      </w:pPr>
      <w:r>
        <w:t>3) watches</w:t>
      </w:r>
    </w:p>
    <w:p>
      <w:pPr>
        <w:spacing w:after="0"/>
      </w:pPr>
      <w:r>
        <w:t>4) was</w:t>
      </w:r>
    </w:p>
    <w:p>
      <w:pPr>
        <w:spacing w:after="0"/>
      </w:pPr>
      <w:r>
        <w:t>5) sleeps</w:t>
      </w:r>
    </w:p>
    <w:p>
      <w:pPr>
        <w:spacing w:after="0"/>
      </w:pPr>
      <w:r>
        <w:t>6) don't like</w:t>
      </w:r>
    </w:p>
    <w:p>
      <w:r>
        <w:rPr>
          <w:b/>
        </w:rPr>
        <w:t>2. My favorite animal</w:t>
      </w:r>
    </w:p>
    <w:p>
      <w:pPr>
        <w:spacing w:after="0"/>
      </w:pPr>
      <w:r>
        <w:t>1) a) He is fluffy and has brown fur.</w:t>
      </w:r>
    </w:p>
    <w:p>
      <w:pPr>
        <w:spacing w:after="0"/>
      </w:pPr>
      <w:r>
        <w:t>2) b) Carrots</w:t>
      </w:r>
    </w:p>
    <w:p>
      <w:pPr>
        <w:spacing w:after="0"/>
      </w:pPr>
      <w:r>
        <w:t>3) c) Because he is very friendly.</w:t>
      </w:r>
    </w:p>
    <w:p>
      <w:r>
        <w:rPr>
          <w:b/>
        </w:rPr>
        <w:t>3. Your turn</w:t>
      </w:r>
    </w:p>
    <w:p>
      <w:pPr>
        <w:spacing w:after="0"/>
      </w:pPr>
      <w:r>
        <w:t>1) My favorite animal is a dog. It is fluffy and has brown fur. I like it because it is very friendly.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