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Used to na horta comunitária</w:t>
      </w:r>
    </w:p>
    <w:p>
      <w:r>
        <w:rPr>
          <w:color w:val="6B6B6B"/>
          <w:sz w:val="18"/>
        </w:rPr>
        <w:t>3ª série · Used to · BNCC: EM13LGG403, EM13LGG104</w:t>
      </w:r>
    </w:p>
    <w:p>
      <w:pPr>
        <w:pStyle w:val="Heading2"/>
      </w:pPr>
      <w:r>
        <w:t>1. Reading: The Garden on Pine Street</w:t>
      </w:r>
    </w:p>
    <w:p>
      <w:r>
        <w:rPr>
          <w:i/>
        </w:rPr>
        <w:t>Read the text and choose the correct option.</w:t>
      </w:r>
    </w:p>
    <w:p>
      <w:r>
        <w:rPr>
          <w:b/>
        </w:rPr>
        <w:t>The Garden on Pine Street</w:t>
      </w:r>
    </w:p>
    <w:p>
      <w:pPr>
        <w:ind w:left="340"/>
      </w:pPr>
      <w:r>
        <w:t>Ten years ago, the empty lot on Pine Street was full of trash. Children didn't use to play there, and neighbors used to walk quickly past it.</w:t>
      </w:r>
    </w:p>
    <w:p>
      <w:pPr>
        <w:ind w:left="340"/>
      </w:pPr>
      <w:r>
        <w:t>Now it is a community garden. Mrs. Lúcia, who is 68, used to work as a seamstress, but today she grows tomatoes and lettuce there every morning. Her grandson Pedro used to spend his afternoons on his phone, but now he waters the plants with her.</w:t>
      </w:r>
    </w:p>
    <w:p>
      <w:pPr>
        <w:ind w:left="340"/>
      </w:pPr>
      <w:r>
        <w:t>The neighbors used to buy all their vegetables at the supermarket. Today they share what they grow and even make compost from kitchen scraps.</w:t>
      </w:r>
    </w:p>
    <w:p>
      <w:pPr>
        <w:keepNext/>
        <w:spacing w:before="120"/>
      </w:pPr>
      <w:r>
        <w:t>1. What was the empty lot like ten years ago?</w:t>
      </w:r>
    </w:p>
    <w:p>
      <w:pPr>
        <w:spacing w:after="0"/>
        <w:ind w:left="454"/>
      </w:pPr>
      <w:r>
        <w:t>(   ) a) It was full of trash.</w:t>
      </w:r>
    </w:p>
    <w:p>
      <w:pPr>
        <w:spacing w:after="0"/>
        <w:ind w:left="454"/>
      </w:pPr>
      <w:r>
        <w:t>(   ) b) It was a beautiful park.</w:t>
      </w:r>
    </w:p>
    <w:p>
      <w:pPr>
        <w:spacing w:after="0"/>
        <w:ind w:left="454"/>
      </w:pPr>
      <w:r>
        <w:t>(   ) c) It was a supermarket.</w:t>
      </w:r>
    </w:p>
    <w:p>
      <w:pPr>
        <w:spacing w:after="0"/>
        <w:ind w:left="454"/>
      </w:pPr>
      <w:r>
        <w:t>(   ) d) It was a school.</w:t>
      </w:r>
    </w:p>
    <w:p>
      <w:pPr>
        <w:keepNext/>
        <w:spacing w:before="120"/>
      </w:pPr>
      <w:r>
        <w:t>2. What did Mrs. Lúcia use to do?</w:t>
      </w:r>
    </w:p>
    <w:p>
      <w:pPr>
        <w:spacing w:after="0"/>
        <w:ind w:left="454"/>
      </w:pPr>
      <w:r>
        <w:t>(   ) a) She used to grow lettuce.</w:t>
      </w:r>
    </w:p>
    <w:p>
      <w:pPr>
        <w:spacing w:after="0"/>
        <w:ind w:left="454"/>
      </w:pPr>
      <w:r>
        <w:t>(   ) b) She used to be a farmer.</w:t>
      </w:r>
    </w:p>
    <w:p>
      <w:pPr>
        <w:spacing w:after="0"/>
        <w:ind w:left="454"/>
      </w:pPr>
      <w:r>
        <w:t>(   ) c) She used to work as a seamstress.</w:t>
      </w:r>
    </w:p>
    <w:p>
      <w:pPr>
        <w:spacing w:after="0"/>
        <w:ind w:left="454"/>
      </w:pPr>
      <w:r>
        <w:t>(   ) d) She used to sell vegetables.</w:t>
      </w:r>
    </w:p>
    <w:p>
      <w:pPr>
        <w:keepNext/>
        <w:spacing w:before="120"/>
      </w:pPr>
      <w:r>
        <w:t>3. What did Pedro use to do in the afternoons?</w:t>
      </w:r>
    </w:p>
    <w:p>
      <w:pPr>
        <w:spacing w:after="0"/>
        <w:ind w:left="454"/>
      </w:pPr>
      <w:r>
        <w:t>(   ) a) He used to water plants.</w:t>
      </w:r>
    </w:p>
    <w:p>
      <w:pPr>
        <w:spacing w:after="0"/>
        <w:ind w:left="454"/>
      </w:pPr>
      <w:r>
        <w:t>(   ) b) He used to spend time on his phone.</w:t>
      </w:r>
    </w:p>
    <w:p>
      <w:pPr>
        <w:spacing w:after="0"/>
        <w:ind w:left="454"/>
      </w:pPr>
      <w:r>
        <w:t>(   ) c) He used to make compost.</w:t>
      </w:r>
    </w:p>
    <w:p>
      <w:pPr>
        <w:spacing w:after="0"/>
        <w:ind w:left="454"/>
      </w:pPr>
      <w:r>
        <w:t>(   ) d) He used to work at a market.</w:t>
      </w:r>
    </w:p>
    <w:p>
      <w:pPr>
        <w:keepNext/>
        <w:spacing w:before="120"/>
      </w:pPr>
      <w:r>
        <w:t>4. Where did the neighbors use to buy vegetables?</w:t>
      </w:r>
    </w:p>
    <w:p>
      <w:pPr>
        <w:spacing w:after="0"/>
        <w:ind w:left="454"/>
      </w:pPr>
      <w:r>
        <w:t>(   ) a) In the community garden</w:t>
      </w:r>
    </w:p>
    <w:p>
      <w:pPr>
        <w:spacing w:after="0"/>
        <w:ind w:left="454"/>
      </w:pPr>
      <w:r>
        <w:t>(   ) b) From Mrs. Lúcia</w:t>
      </w:r>
    </w:p>
    <w:p>
      <w:pPr>
        <w:spacing w:after="0"/>
        <w:ind w:left="454"/>
      </w:pPr>
      <w:r>
        <w:t>(   ) c) At the supermarket</w:t>
      </w:r>
    </w:p>
    <w:p>
      <w:pPr>
        <w:spacing w:after="0"/>
        <w:ind w:left="454"/>
      </w:pPr>
      <w:r>
        <w:t>(   ) d) At school</w:t>
      </w:r>
    </w:p>
    <w:p>
      <w:pPr>
        <w:pStyle w:val="Heading2"/>
      </w:pPr>
      <w:r>
        <w:t>2. Complete the sentences</w:t>
      </w:r>
    </w:p>
    <w:p>
      <w:r>
        <w:rPr>
          <w:i/>
        </w:rPr>
        <w:t>Complete each sentence with the correct form of used to. Write only the missing words.</w:t>
      </w:r>
    </w:p>
    <w:p>
      <w:pPr>
        <w:keepNext/>
        <w:spacing w:before="120"/>
      </w:pPr>
      <w:r>
        <w:t>1. We ______________ (use to / not) grow vegetables in the neighborhood, but now we do.</w:t>
      </w:r>
    </w:p>
    <w:p>
      <w:pPr>
        <w:keepNext/>
        <w:spacing w:before="120"/>
      </w:pPr>
      <w:r>
        <w:t>2. My grandfather ______________ (use to) plant beans every spring when he was young.</w:t>
      </w:r>
    </w:p>
    <w:p>
      <w:pPr>
        <w:keepNext/>
        <w:spacing w:before="120"/>
      </w:pPr>
      <w:r>
        <w:t>3. ______________ you use to help in the garden when you were a child?</w:t>
      </w:r>
    </w:p>
    <w:p>
      <w:pPr>
        <w:keepNext/>
        <w:spacing w:before="120"/>
      </w:pPr>
      <w:r>
        <w:t>4. There ______________ (use to) be a lot of weeds here, but the volunteers pulled them out.</w:t>
      </w:r>
    </w:p>
    <w:p>
      <w:pPr>
        <w:pStyle w:val="Heading2"/>
      </w:pPr>
      <w:r>
        <w:t>3. True or False</w:t>
      </w:r>
    </w:p>
    <w:p>
      <w:r>
        <w:rPr>
          <w:i/>
        </w:rPr>
        <w:t>Decide if each sentence is true or false, based on the text and on what you learned about used to.</w:t>
      </w:r>
    </w:p>
    <w:p>
      <w:pPr>
        <w:keepNext/>
        <w:spacing w:before="120"/>
      </w:pPr>
      <w:r>
        <w:t>1. Children used to play in the empty lot on Pine Street ten years ago.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Mrs. Lúcia used to be a seamstress.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The sentence "Did she use to grow tomatoes?" is correct English.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The neighbors still buy all their vegetables at the supermarket.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Reading: The Garden on Pine Street</w:t>
      </w:r>
    </w:p>
    <w:p>
      <w:pPr>
        <w:spacing w:after="0"/>
      </w:pPr>
      <w:r>
        <w:t>1) a) It was full of trash.</w:t>
      </w:r>
    </w:p>
    <w:p>
      <w:pPr>
        <w:spacing w:after="0"/>
      </w:pPr>
      <w:r>
        <w:t>2) c) She used to work as a seamstress.</w:t>
      </w:r>
    </w:p>
    <w:p>
      <w:pPr>
        <w:spacing w:after="0"/>
      </w:pPr>
      <w:r>
        <w:t>3) b) He used to spend time on his phone.</w:t>
      </w:r>
    </w:p>
    <w:p>
      <w:pPr>
        <w:spacing w:after="0"/>
      </w:pPr>
      <w:r>
        <w:t>4) c) At the supermarket</w:t>
      </w:r>
    </w:p>
    <w:p>
      <w:r>
        <w:rPr>
          <w:b/>
        </w:rPr>
        <w:t>2. Complete the sentences</w:t>
      </w:r>
    </w:p>
    <w:p>
      <w:pPr>
        <w:spacing w:after="0"/>
      </w:pPr>
      <w:r>
        <w:t>1) didn't use to</w:t>
      </w:r>
    </w:p>
    <w:p>
      <w:pPr>
        <w:spacing w:after="0"/>
      </w:pPr>
      <w:r>
        <w:t>2) used to</w:t>
      </w:r>
    </w:p>
    <w:p>
      <w:pPr>
        <w:spacing w:after="0"/>
      </w:pPr>
      <w:r>
        <w:t>3) Did</w:t>
      </w:r>
    </w:p>
    <w:p>
      <w:pPr>
        <w:spacing w:after="0"/>
      </w:pPr>
      <w:r>
        <w:t>4) used to</w:t>
      </w:r>
    </w:p>
    <w:p>
      <w:r>
        <w:rPr>
          <w:b/>
        </w:rPr>
        <w:t>3. True or False</w:t>
      </w:r>
    </w:p>
    <w:p>
      <w:pPr>
        <w:spacing w:after="0"/>
      </w:pPr>
      <w:r>
        <w:t>1) False</w:t>
      </w:r>
    </w:p>
    <w:p>
      <w:pPr>
        <w:spacing w:after="0"/>
      </w:pPr>
      <w:r>
        <w:t>2) True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