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Toys: os brinquedos em inglês</w:t>
      </w:r>
    </w:p>
    <w:p>
      <w:r>
        <w:rPr>
          <w:color w:val="6B6B6B"/>
          <w:sz w:val="18"/>
        </w:rPr>
        <w:t>4 anos e 5 anos · Toys (brinquedos)</w:t>
      </w:r>
    </w:p>
    <w:p>
      <w:pPr>
        <w:pStyle w:val="Heading2"/>
      </w:pPr>
      <w:r>
        <w:t>1. What toy is it?</w:t>
      </w:r>
    </w:p>
    <w:p>
      <w:r>
        <w:rPr>
          <w:i/>
        </w:rPr>
        <w:t>Olhe o brinquedo e escolha o nome. (Look and choose.)</w:t>
      </w:r>
    </w:p>
    <w:p>
      <w:pPr>
        <w:keepNext/>
        <w:spacing w:before="120"/>
      </w:pPr>
      <w:r>
        <w:t>1. ⚽  What toy is it?</w:t>
      </w:r>
    </w:p>
    <w:p>
      <w:pPr>
        <w:spacing w:after="0"/>
        <w:ind w:left="454"/>
      </w:pPr>
      <w:r>
        <w:t>(   ) a) ball</w:t>
      </w:r>
    </w:p>
    <w:p>
      <w:pPr>
        <w:spacing w:after="0"/>
        <w:ind w:left="454"/>
      </w:pPr>
      <w:r>
        <w:t>(   ) b) car</w:t>
      </w:r>
    </w:p>
    <w:p>
      <w:pPr>
        <w:spacing w:after="0"/>
        <w:ind w:left="454"/>
      </w:pPr>
      <w:r>
        <w:t>(   ) c) kite</w:t>
      </w:r>
    </w:p>
    <w:p>
      <w:pPr>
        <w:keepNext/>
        <w:spacing w:before="120"/>
      </w:pPr>
      <w:r>
        <w:t>2. 🧸  What toy is it?</w:t>
      </w:r>
    </w:p>
    <w:p>
      <w:pPr>
        <w:spacing w:after="0"/>
        <w:ind w:left="454"/>
      </w:pPr>
      <w:r>
        <w:t>(   ) a) robot</w:t>
      </w:r>
    </w:p>
    <w:p>
      <w:pPr>
        <w:spacing w:after="0"/>
        <w:ind w:left="454"/>
      </w:pPr>
      <w:r>
        <w:t>(   ) b) teddy bear</w:t>
      </w:r>
    </w:p>
    <w:p>
      <w:pPr>
        <w:spacing w:after="0"/>
        <w:ind w:left="454"/>
      </w:pPr>
      <w:r>
        <w:t>(   ) c) drum</w:t>
      </w:r>
    </w:p>
    <w:p>
      <w:pPr>
        <w:keepNext/>
        <w:spacing w:before="120"/>
      </w:pPr>
      <w:r>
        <w:t>3. 🚗  What toy is it?</w:t>
      </w:r>
    </w:p>
    <w:p>
      <w:pPr>
        <w:spacing w:after="0"/>
        <w:ind w:left="454"/>
      </w:pPr>
      <w:r>
        <w:t>(   ) a) train</w:t>
      </w:r>
    </w:p>
    <w:p>
      <w:pPr>
        <w:spacing w:after="0"/>
        <w:ind w:left="454"/>
      </w:pPr>
      <w:r>
        <w:t>(   ) b) ball</w:t>
      </w:r>
    </w:p>
    <w:p>
      <w:pPr>
        <w:spacing w:after="0"/>
        <w:ind w:left="454"/>
      </w:pPr>
      <w:r>
        <w:t>(   ) c) car</w:t>
      </w:r>
    </w:p>
    <w:p>
      <w:pPr>
        <w:keepNext/>
        <w:spacing w:before="120"/>
      </w:pPr>
      <w:r>
        <w:t>4. 🪁  What toy is it?</w:t>
      </w:r>
    </w:p>
    <w:p>
      <w:pPr>
        <w:spacing w:after="0"/>
        <w:ind w:left="454"/>
      </w:pPr>
      <w:r>
        <w:t>(   ) a) kite</w:t>
      </w:r>
    </w:p>
    <w:p>
      <w:pPr>
        <w:spacing w:after="0"/>
        <w:ind w:left="454"/>
      </w:pPr>
      <w:r>
        <w:t>(   ) b) yo-yo</w:t>
      </w:r>
    </w:p>
    <w:p>
      <w:pPr>
        <w:spacing w:after="0"/>
        <w:ind w:left="454"/>
      </w:pPr>
      <w:r>
        <w:t>(   ) c) bike</w:t>
      </w:r>
    </w:p>
    <w:p>
      <w:pPr>
        <w:keepNext/>
        <w:spacing w:before="120"/>
      </w:pPr>
      <w:r>
        <w:t>5. 🤖  What toy is it?</w:t>
      </w:r>
    </w:p>
    <w:p>
      <w:pPr>
        <w:spacing w:after="0"/>
        <w:ind w:left="454"/>
      </w:pPr>
      <w:r>
        <w:t>(   ) a) puzzle</w:t>
      </w:r>
    </w:p>
    <w:p>
      <w:pPr>
        <w:spacing w:after="0"/>
        <w:ind w:left="454"/>
      </w:pPr>
      <w:r>
        <w:t>(   ) b) robot</w:t>
      </w:r>
    </w:p>
    <w:p>
      <w:pPr>
        <w:spacing w:after="0"/>
        <w:ind w:left="454"/>
      </w:pPr>
      <w:r>
        <w:t>(   ) c) balloon</w:t>
      </w:r>
    </w:p>
    <w:p>
      <w:pPr>
        <w:keepNext/>
        <w:spacing w:before="120"/>
      </w:pPr>
      <w:r>
        <w:t>6. 🚲  What toy is it?</w:t>
      </w:r>
    </w:p>
    <w:p>
      <w:pPr>
        <w:spacing w:after="0"/>
        <w:ind w:left="454"/>
      </w:pPr>
      <w:r>
        <w:t>(   ) a) drum</w:t>
      </w:r>
    </w:p>
    <w:p>
      <w:pPr>
        <w:spacing w:after="0"/>
        <w:ind w:left="454"/>
      </w:pPr>
      <w:r>
        <w:t>(   ) b) kite</w:t>
      </w:r>
    </w:p>
    <w:p>
      <w:pPr>
        <w:spacing w:after="0"/>
        <w:ind w:left="454"/>
      </w:pPr>
      <w:r>
        <w:t>(   ) c) bike</w:t>
      </w:r>
    </w:p>
    <w:p>
      <w:pPr>
        <w:pStyle w:val="Heading2"/>
      </w:pPr>
      <w:r>
        <w:t>2. Yes or no?</w:t>
      </w:r>
    </w:p>
    <w:p>
      <w:r>
        <w:rPr>
          <w:i/>
        </w:rPr>
        <w:t>A professora lê a frase. Está certo? (Yes = sim / No = não)</w:t>
      </w:r>
    </w:p>
    <w:p>
      <w:pPr>
        <w:keepNext/>
        <w:spacing w:before="120"/>
      </w:pPr>
      <w:r>
        <w:t>1. 🎈  It's a balloon.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🧩  It's a ball.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🥁  It's a drum.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🚂  It's a car.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🪀  It's a yo-yo.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toy is it?</w:t>
      </w:r>
    </w:p>
    <w:p>
      <w:pPr>
        <w:spacing w:after="0"/>
      </w:pPr>
      <w:r>
        <w:t>1) a) ball</w:t>
      </w:r>
    </w:p>
    <w:p>
      <w:pPr>
        <w:spacing w:after="0"/>
      </w:pPr>
      <w:r>
        <w:t>2) b) teddy bear</w:t>
      </w:r>
    </w:p>
    <w:p>
      <w:pPr>
        <w:spacing w:after="0"/>
      </w:pPr>
      <w:r>
        <w:t>3) c) car</w:t>
      </w:r>
    </w:p>
    <w:p>
      <w:pPr>
        <w:spacing w:after="0"/>
      </w:pPr>
      <w:r>
        <w:t>4) a) kite</w:t>
      </w:r>
    </w:p>
    <w:p>
      <w:pPr>
        <w:spacing w:after="0"/>
      </w:pPr>
      <w:r>
        <w:t>5) b) robot</w:t>
      </w:r>
    </w:p>
    <w:p>
      <w:pPr>
        <w:spacing w:after="0"/>
      </w:pPr>
      <w:r>
        <w:t>6) c) bike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p>
      <w:pPr>
        <w:spacing w:after="0"/>
      </w:pPr>
      <w:r>
        <w:t>5)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