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Telling the time: as horas em inglês</w:t>
      </w:r>
    </w:p>
    <w:p>
      <w:r>
        <w:rPr>
          <w:color w:val="6B6B6B"/>
          <w:sz w:val="18"/>
        </w:rPr>
        <w:t>4º ano e 5º ano · Telling the time (horas)</w:t>
      </w:r>
    </w:p>
    <w:p>
      <w:pPr>
        <w:pStyle w:val="Heading2"/>
      </w:pPr>
      <w:r>
        <w:t>1. What time is it?</w:t>
      </w:r>
    </w:p>
    <w:p>
      <w:r>
        <w:rPr>
          <w:i/>
        </w:rPr>
        <w:t>Look at the time and choose the correct answer.</w:t>
      </w:r>
    </w:p>
    <w:p>
      <w:pPr>
        <w:keepNext/>
        <w:spacing w:before="120"/>
      </w:pPr>
      <w:r>
        <w:t>1. 🕒  3:00</w:t>
      </w:r>
    </w:p>
    <w:p>
      <w:pPr>
        <w:spacing w:after="0"/>
        <w:ind w:left="454"/>
      </w:pPr>
      <w:r>
        <w:t>(   ) a) It's three o'clock.</w:t>
      </w:r>
    </w:p>
    <w:p>
      <w:pPr>
        <w:spacing w:after="0"/>
        <w:ind w:left="454"/>
      </w:pPr>
      <w:r>
        <w:t>(   ) b) It's half past three.</w:t>
      </w:r>
    </w:p>
    <w:p>
      <w:pPr>
        <w:spacing w:after="0"/>
        <w:ind w:left="454"/>
      </w:pPr>
      <w:r>
        <w:t>(   ) c) It's two o'clock.</w:t>
      </w:r>
    </w:p>
    <w:p>
      <w:pPr>
        <w:keepNext/>
        <w:spacing w:before="120"/>
      </w:pPr>
      <w:r>
        <w:t>2. 🕢  7:30</w:t>
      </w:r>
    </w:p>
    <w:p>
      <w:pPr>
        <w:spacing w:after="0"/>
        <w:ind w:left="454"/>
      </w:pPr>
      <w:r>
        <w:t>(   ) a) It's seven o'clock.</w:t>
      </w:r>
    </w:p>
    <w:p>
      <w:pPr>
        <w:spacing w:after="0"/>
        <w:ind w:left="454"/>
      </w:pPr>
      <w:r>
        <w:t>(   ) b) It's quarter past seven.</w:t>
      </w:r>
    </w:p>
    <w:p>
      <w:pPr>
        <w:spacing w:after="0"/>
        <w:ind w:left="454"/>
      </w:pPr>
      <w:r>
        <w:t>(   ) c) It's half past seven.</w:t>
      </w:r>
    </w:p>
    <w:p>
      <w:pPr>
        <w:keepNext/>
        <w:spacing w:before="120"/>
      </w:pPr>
      <w:r>
        <w:t>3. ⏰  9:15</w:t>
      </w:r>
    </w:p>
    <w:p>
      <w:pPr>
        <w:spacing w:after="0"/>
        <w:ind w:left="454"/>
      </w:pPr>
      <w:r>
        <w:t>(   ) a) It's quarter to nine.</w:t>
      </w:r>
    </w:p>
    <w:p>
      <w:pPr>
        <w:spacing w:after="0"/>
        <w:ind w:left="454"/>
      </w:pPr>
      <w:r>
        <w:t>(   ) b) It's quarter past nine.</w:t>
      </w:r>
    </w:p>
    <w:p>
      <w:pPr>
        <w:spacing w:after="0"/>
        <w:ind w:left="454"/>
      </w:pPr>
      <w:r>
        <w:t>(   ) c) It's half past nine.</w:t>
      </w:r>
    </w:p>
    <w:p>
      <w:pPr>
        <w:keepNext/>
        <w:spacing w:before="120"/>
      </w:pPr>
      <w:r>
        <w:t>4. ⏰  5:45</w:t>
      </w:r>
    </w:p>
    <w:p>
      <w:pPr>
        <w:spacing w:after="0"/>
        <w:ind w:left="454"/>
      </w:pPr>
      <w:r>
        <w:t>(   ) a) It's quarter to six.</w:t>
      </w:r>
    </w:p>
    <w:p>
      <w:pPr>
        <w:spacing w:after="0"/>
        <w:ind w:left="454"/>
      </w:pPr>
      <w:r>
        <w:t>(   ) b) It's quarter past five.</w:t>
      </w:r>
    </w:p>
    <w:p>
      <w:pPr>
        <w:spacing w:after="0"/>
        <w:ind w:left="454"/>
      </w:pPr>
      <w:r>
        <w:t>(   ) c) It's quarter to five.</w:t>
      </w:r>
    </w:p>
    <w:p>
      <w:pPr>
        <w:keepNext/>
        <w:spacing w:before="120"/>
      </w:pPr>
      <w:r>
        <w:t>5. 🕛  12:00</w:t>
      </w:r>
    </w:p>
    <w:p>
      <w:pPr>
        <w:spacing w:after="0"/>
        <w:ind w:left="454"/>
      </w:pPr>
      <w:r>
        <w:t>(   ) a) It's half past twelve.</w:t>
      </w:r>
    </w:p>
    <w:p>
      <w:pPr>
        <w:spacing w:after="0"/>
        <w:ind w:left="454"/>
      </w:pPr>
      <w:r>
        <w:t>(   ) b) It's quarter to twelve.</w:t>
      </w:r>
    </w:p>
    <w:p>
      <w:pPr>
        <w:spacing w:after="0"/>
        <w:ind w:left="454"/>
      </w:pPr>
      <w:r>
        <w:t>(   ) c) It's twelve o'clock.</w:t>
      </w:r>
    </w:p>
    <w:p>
      <w:pPr>
        <w:pStyle w:val="Heading2"/>
      </w:pPr>
      <w:r>
        <w:t>2. Complete the time</w:t>
      </w:r>
    </w:p>
    <w:p>
      <w:r>
        <w:rPr>
          <w:i/>
        </w:rPr>
        <w:t>Complete with the words from the box.</w:t>
      </w:r>
    </w:p>
    <w:p>
      <w:r>
        <w:rPr>
          <w:b/>
        </w:rPr>
        <w:t>Word bank:  o'clock  |  half  |  quarter  |  to</w:t>
      </w:r>
    </w:p>
    <w:p>
      <w:pPr>
        <w:keepNext/>
        <w:spacing w:before="120"/>
      </w:pPr>
      <w:r>
        <w:t>1. 🕗  8:00 – It's eight ______________.</w:t>
      </w:r>
    </w:p>
    <w:p>
      <w:pPr>
        <w:keepNext/>
        <w:spacing w:before="120"/>
      </w:pPr>
      <w:r>
        <w:t>2. 🕧  12:30 – It's ______________ past twelve.</w:t>
      </w:r>
    </w:p>
    <w:p>
      <w:pPr>
        <w:keepNext/>
        <w:spacing w:before="120"/>
      </w:pPr>
      <w:r>
        <w:t>3. ⏰  4:15 – It's ______________ past four.</w:t>
      </w:r>
    </w:p>
    <w:p>
      <w:pPr>
        <w:keepNext/>
        <w:spacing w:before="120"/>
      </w:pPr>
      <w:r>
        <w:t>4. ⏰  10:45 – It's quarter ______________ eleven.</w:t>
      </w:r>
    </w:p>
    <w:p>
      <w:pPr>
        <w:pStyle w:val="Heading2"/>
      </w:pPr>
      <w:r>
        <w:t>3. Lucas's day</w:t>
      </w:r>
    </w:p>
    <w:p>
      <w:r>
        <w:rPr>
          <w:i/>
        </w:rPr>
        <w:t>Read the text. Then mark True or False.</w:t>
      </w:r>
    </w:p>
    <w:p>
      <w:r>
        <w:rPr>
          <w:b/>
        </w:rPr>
        <w:t>My Saturday</w:t>
      </w:r>
    </w:p>
    <w:p>
      <w:pPr>
        <w:ind w:left="340"/>
      </w:pPr>
      <w:r>
        <w:t>My name is Lucas. On Saturday, I get up at nine o'clock. I have breakfast at half past nine. At eleven o'clock, I play soccer with my friends. I have lunch at one o'clock. I go to bed at quarter past ten.</w:t>
      </w:r>
    </w:p>
    <w:p>
      <w:pPr>
        <w:keepNext/>
        <w:spacing w:before="120"/>
      </w:pPr>
      <w:r>
        <w:t>1. ⏰  Lucas gets up at 9:00.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🥣  He has breakfast at 9:15.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⚽  He plays soccer at 11:00.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🛏️  He goes to bed at 10:45.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time is it?</w:t>
      </w:r>
    </w:p>
    <w:p>
      <w:pPr>
        <w:spacing w:after="0"/>
      </w:pPr>
      <w:r>
        <w:t>1) a) It's three o'clock.</w:t>
      </w:r>
    </w:p>
    <w:p>
      <w:pPr>
        <w:spacing w:after="0"/>
      </w:pPr>
      <w:r>
        <w:t>2) c) It's half past seven.</w:t>
      </w:r>
    </w:p>
    <w:p>
      <w:pPr>
        <w:spacing w:after="0"/>
      </w:pPr>
      <w:r>
        <w:t>3) b) It's quarter past nine.</w:t>
      </w:r>
    </w:p>
    <w:p>
      <w:pPr>
        <w:spacing w:after="0"/>
      </w:pPr>
      <w:r>
        <w:t>4) a) It's quarter to six.</w:t>
      </w:r>
    </w:p>
    <w:p>
      <w:pPr>
        <w:spacing w:after="0"/>
      </w:pPr>
      <w:r>
        <w:t>5) c) It's twelve o'clock.</w:t>
      </w:r>
    </w:p>
    <w:p>
      <w:r>
        <w:rPr>
          <w:b/>
        </w:rPr>
        <w:t>2. Complete the time</w:t>
      </w:r>
    </w:p>
    <w:p>
      <w:pPr>
        <w:spacing w:after="0"/>
      </w:pPr>
      <w:r>
        <w:t>1) o'clock</w:t>
      </w:r>
    </w:p>
    <w:p>
      <w:pPr>
        <w:spacing w:after="0"/>
      </w:pPr>
      <w:r>
        <w:t>2) half</w:t>
      </w:r>
    </w:p>
    <w:p>
      <w:pPr>
        <w:spacing w:after="0"/>
      </w:pPr>
      <w:r>
        <w:t>3) quarter</w:t>
      </w:r>
    </w:p>
    <w:p>
      <w:pPr>
        <w:spacing w:after="0"/>
      </w:pPr>
      <w:r>
        <w:t>4) to</w:t>
      </w:r>
    </w:p>
    <w:p>
      <w:r>
        <w:rPr>
          <w:b/>
        </w:rPr>
        <w:t>3. Lucas's day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