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Teddy colors: as cores dos ursinhos</w:t>
      </w:r>
    </w:p>
    <w:p>
      <w:r>
        <w:rPr>
          <w:color w:val="6B6B6B"/>
          <w:sz w:val="18"/>
        </w:rPr>
        <w:t>4 anos e 5 anos · Colors (cores)</w:t>
      </w:r>
    </w:p>
    <w:p>
      <w:pPr>
        <w:pStyle w:val="Heading2"/>
      </w:pPr>
      <w:r>
        <w:t>1. What color is it?</w:t>
      </w:r>
    </w:p>
    <w:p>
      <w:r>
        <w:rPr>
          <w:i/>
        </w:rPr>
        <w:t>Olhe a figura e escolha a cor. (Look and choose the color.)</w:t>
      </w:r>
    </w:p>
    <w:p>
      <w:pPr>
        <w:keepNext/>
        <w:spacing w:before="120"/>
      </w:pPr>
      <w:r>
        <w:t>1. ❤️  What color is it?</w:t>
      </w:r>
    </w:p>
    <w:p>
      <w:pPr>
        <w:spacing w:after="0"/>
        <w:ind w:left="454"/>
      </w:pPr>
      <w:r>
        <w:t>(   ) a) red</w:t>
      </w:r>
    </w:p>
    <w:p>
      <w:pPr>
        <w:spacing w:after="0"/>
        <w:ind w:left="454"/>
      </w:pPr>
      <w:r>
        <w:t>(   ) b) blue</w:t>
      </w:r>
    </w:p>
    <w:p>
      <w:pPr>
        <w:keepNext/>
        <w:spacing w:before="120"/>
      </w:pPr>
      <w:r>
        <w:t>2. 🍊  What color is it?</w:t>
      </w:r>
    </w:p>
    <w:p>
      <w:pPr>
        <w:spacing w:after="0"/>
        <w:ind w:left="454"/>
      </w:pPr>
      <w:r>
        <w:t>(   ) a) green</w:t>
      </w:r>
    </w:p>
    <w:p>
      <w:pPr>
        <w:spacing w:after="0"/>
        <w:ind w:left="454"/>
      </w:pPr>
      <w:r>
        <w:t>(   ) b) orange</w:t>
      </w:r>
    </w:p>
    <w:p>
      <w:pPr>
        <w:keepNext/>
        <w:spacing w:before="120"/>
      </w:pPr>
      <w:r>
        <w:t>3. 🐥  What color is it?</w:t>
      </w:r>
    </w:p>
    <w:p>
      <w:pPr>
        <w:spacing w:after="0"/>
        <w:ind w:left="454"/>
      </w:pPr>
      <w:r>
        <w:t>(   ) a) yellow</w:t>
      </w:r>
    </w:p>
    <w:p>
      <w:pPr>
        <w:spacing w:after="0"/>
        <w:ind w:left="454"/>
      </w:pPr>
      <w:r>
        <w:t>(   ) b) black</w:t>
      </w:r>
    </w:p>
    <w:p>
      <w:pPr>
        <w:keepNext/>
        <w:spacing w:before="120"/>
      </w:pPr>
      <w:r>
        <w:t>4. 🐸  What color is it?</w:t>
      </w:r>
    </w:p>
    <w:p>
      <w:pPr>
        <w:spacing w:after="0"/>
        <w:ind w:left="454"/>
      </w:pPr>
      <w:r>
        <w:t>(   ) a) pink</w:t>
      </w:r>
    </w:p>
    <w:p>
      <w:pPr>
        <w:spacing w:after="0"/>
        <w:ind w:left="454"/>
      </w:pPr>
      <w:r>
        <w:t>(   ) b) green</w:t>
      </w:r>
    </w:p>
    <w:p>
      <w:pPr>
        <w:keepNext/>
        <w:spacing w:before="120"/>
      </w:pPr>
      <w:r>
        <w:t>5. 🐳  What color is it?</w:t>
      </w:r>
    </w:p>
    <w:p>
      <w:pPr>
        <w:spacing w:after="0"/>
        <w:ind w:left="454"/>
      </w:pPr>
      <w:r>
        <w:t>(   ) a) blue</w:t>
      </w:r>
    </w:p>
    <w:p>
      <w:pPr>
        <w:spacing w:after="0"/>
        <w:ind w:left="454"/>
      </w:pPr>
      <w:r>
        <w:t>(   ) b) brown</w:t>
      </w:r>
    </w:p>
    <w:p>
      <w:pPr>
        <w:keepNext/>
        <w:spacing w:before="120"/>
      </w:pPr>
      <w:r>
        <w:t>6. 🍇  What color is it?</w:t>
      </w:r>
    </w:p>
    <w:p>
      <w:pPr>
        <w:spacing w:after="0"/>
        <w:ind w:left="454"/>
      </w:pPr>
      <w:r>
        <w:t>(   ) a) white</w:t>
      </w:r>
    </w:p>
    <w:p>
      <w:pPr>
        <w:spacing w:after="0"/>
        <w:ind w:left="454"/>
      </w:pPr>
      <w:r>
        <w:t>(   ) b) purple</w:t>
      </w:r>
    </w:p>
    <w:p>
      <w:pPr>
        <w:keepNext/>
        <w:spacing w:before="120"/>
      </w:pPr>
      <w:r>
        <w:t>7. 🧸  What color is it?</w:t>
      </w:r>
    </w:p>
    <w:p>
      <w:pPr>
        <w:spacing w:after="0"/>
        <w:ind w:left="454"/>
      </w:pPr>
      <w:r>
        <w:t>(   ) a) brown</w:t>
      </w:r>
    </w:p>
    <w:p>
      <w:pPr>
        <w:spacing w:after="0"/>
        <w:ind w:left="454"/>
      </w:pPr>
      <w:r>
        <w:t>(   ) b) yellow</w:t>
      </w:r>
    </w:p>
    <w:p>
      <w:pPr>
        <w:keepNext/>
        <w:spacing w:before="120"/>
      </w:pPr>
      <w:r>
        <w:t>8. 🐷  What color is it?</w:t>
      </w:r>
    </w:p>
    <w:p>
      <w:pPr>
        <w:spacing w:after="0"/>
        <w:ind w:left="454"/>
      </w:pPr>
      <w:r>
        <w:t>(   ) a) gray</w:t>
      </w:r>
    </w:p>
    <w:p>
      <w:pPr>
        <w:spacing w:after="0"/>
        <w:ind w:left="454"/>
      </w:pPr>
      <w:r>
        <w:t>(   ) b) pink</w:t>
      </w:r>
    </w:p>
    <w:p>
      <w:pPr>
        <w:pStyle w:val="Heading2"/>
      </w:pPr>
      <w:r>
        <w:t>2. Complete the color</w:t>
      </w:r>
    </w:p>
    <w:p>
      <w:r>
        <w:rPr>
          <w:i/>
        </w:rPr>
        <w:t>Qual palavra é a cor certa? (Choose the correct word.)</w:t>
      </w:r>
    </w:p>
    <w:p>
      <w:pPr>
        <w:keepNext/>
        <w:spacing w:before="120"/>
      </w:pPr>
      <w:r>
        <w:t>1. ⬛  b _ _ c k</w:t>
      </w:r>
    </w:p>
    <w:p>
      <w:pPr>
        <w:spacing w:after="0"/>
        <w:ind w:left="454"/>
      </w:pPr>
      <w:r>
        <w:t>(   ) a) black</w:t>
      </w:r>
    </w:p>
    <w:p>
      <w:pPr>
        <w:spacing w:after="0"/>
        <w:ind w:left="454"/>
      </w:pPr>
      <w:r>
        <w:t>(   ) b) brown</w:t>
      </w:r>
    </w:p>
    <w:p>
      <w:pPr>
        <w:spacing w:after="0"/>
        <w:ind w:left="454"/>
      </w:pPr>
      <w:r>
        <w:t>(   ) c) blue</w:t>
      </w:r>
    </w:p>
    <w:p>
      <w:pPr>
        <w:keepNext/>
        <w:spacing w:before="120"/>
      </w:pPr>
      <w:r>
        <w:t>2. ⬜  w _ _ t e</w:t>
      </w:r>
    </w:p>
    <w:p>
      <w:pPr>
        <w:spacing w:after="0"/>
        <w:ind w:left="454"/>
      </w:pPr>
      <w:r>
        <w:t>(   ) a) green</w:t>
      </w:r>
    </w:p>
    <w:p>
      <w:pPr>
        <w:spacing w:after="0"/>
        <w:ind w:left="454"/>
      </w:pPr>
      <w:r>
        <w:t>(   ) b) white</w:t>
      </w:r>
    </w:p>
    <w:p>
      <w:pPr>
        <w:spacing w:after="0"/>
        <w:ind w:left="454"/>
      </w:pPr>
      <w:r>
        <w:t>(   ) c) pink</w:t>
      </w:r>
    </w:p>
    <w:p>
      <w:pPr>
        <w:keepNext/>
        <w:spacing w:before="120"/>
      </w:pPr>
      <w:r>
        <w:t>3. 🐘  g _ _ y</w:t>
      </w:r>
    </w:p>
    <w:p>
      <w:pPr>
        <w:spacing w:after="0"/>
        <w:ind w:left="454"/>
      </w:pPr>
      <w:r>
        <w:t>(   ) a) green</w:t>
      </w:r>
    </w:p>
    <w:p>
      <w:pPr>
        <w:spacing w:after="0"/>
        <w:ind w:left="454"/>
      </w:pPr>
      <w:r>
        <w:t>(   ) b) gold</w:t>
      </w:r>
    </w:p>
    <w:p>
      <w:pPr>
        <w:spacing w:after="0"/>
        <w:ind w:left="454"/>
      </w:pPr>
      <w:r>
        <w:t>(   ) c) gray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color is it?</w:t>
      </w:r>
    </w:p>
    <w:p>
      <w:pPr>
        <w:spacing w:after="0"/>
      </w:pPr>
      <w:r>
        <w:t>1) a) red</w:t>
      </w:r>
    </w:p>
    <w:p>
      <w:pPr>
        <w:spacing w:after="0"/>
      </w:pPr>
      <w:r>
        <w:t>2) b) orange</w:t>
      </w:r>
    </w:p>
    <w:p>
      <w:pPr>
        <w:spacing w:after="0"/>
      </w:pPr>
      <w:r>
        <w:t>3) a) yellow</w:t>
      </w:r>
    </w:p>
    <w:p>
      <w:pPr>
        <w:spacing w:after="0"/>
      </w:pPr>
      <w:r>
        <w:t>4) b) green</w:t>
      </w:r>
    </w:p>
    <w:p>
      <w:pPr>
        <w:spacing w:after="0"/>
      </w:pPr>
      <w:r>
        <w:t>5) a) blue</w:t>
      </w:r>
    </w:p>
    <w:p>
      <w:pPr>
        <w:spacing w:after="0"/>
      </w:pPr>
      <w:r>
        <w:t>6) b) purple</w:t>
      </w:r>
    </w:p>
    <w:p>
      <w:pPr>
        <w:spacing w:after="0"/>
      </w:pPr>
      <w:r>
        <w:t>7) a) brown</w:t>
      </w:r>
    </w:p>
    <w:p>
      <w:pPr>
        <w:spacing w:after="0"/>
      </w:pPr>
      <w:r>
        <w:t>8) b) pink</w:t>
      </w:r>
    </w:p>
    <w:p>
      <w:r>
        <w:rPr>
          <w:b/>
        </w:rPr>
        <w:t>2. Complete the color</w:t>
      </w:r>
    </w:p>
    <w:p>
      <w:pPr>
        <w:spacing w:after="0"/>
      </w:pPr>
      <w:r>
        <w:t>1) a) black</w:t>
      </w:r>
    </w:p>
    <w:p>
      <w:pPr>
        <w:spacing w:after="0"/>
      </w:pPr>
      <w:r>
        <w:t>2) b) white</w:t>
      </w:r>
    </w:p>
    <w:p>
      <w:pPr>
        <w:spacing w:after="0"/>
      </w:pPr>
      <w:r>
        <w:t>3) c) gray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2026-07-06T00:00:00Z</dcterms:created>
  <dcterms:modified xsi:type="dcterms:W3CDTF">2026-07-06T00:00:00Z</dcterms:modified>
  <cp:category/>
</cp:coreProperties>
</file>