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Technology and human interaction: leitura e gramática avançada</w:t>
      </w:r>
    </w:p>
    <w:p>
      <w:r>
        <w:rPr>
          <w:color w:val="6B6B6B"/>
          <w:sz w:val="18"/>
        </w:rPr>
        <w:t>3ª série · Passive voice · BNCC: EM13LGG302, EM13LGG303</w:t>
      </w:r>
    </w:p>
    <w:p>
      <w:pPr>
        <w:pStyle w:val="Heading2"/>
      </w:pPr>
      <w:r>
        <w:t>1. Reading</w:t>
      </w:r>
    </w:p>
    <w:p>
      <w:r>
        <w:rPr>
          <w:i/>
        </w:rPr>
        <w:t>Read the text and choose the correct answer.</w:t>
      </w:r>
    </w:p>
    <w:p>
      <w:r>
        <w:rPr>
          <w:b/>
        </w:rPr>
        <w:t>Technology and human interaction</w:t>
      </w:r>
    </w:p>
    <w:p>
      <w:pPr>
        <w:ind w:left="340"/>
      </w:pPr>
      <w:r>
        <w:t>In recent years, technology has transformed human interaction. While digital platforms make communication faster and more accessible, they have also reduced face-to-face conversations. Some researchers argue that excessive screen time may affect emotional development and social skills.</w:t>
      </w:r>
    </w:p>
    <w:p>
      <w:pPr>
        <w:keepNext/>
        <w:spacing w:before="120"/>
      </w:pPr>
      <w:r>
        <w:t>1. What transformation is mentioned in the text?</w:t>
      </w:r>
    </w:p>
    <w:p>
      <w:pPr>
        <w:spacing w:after="0"/>
        <w:ind w:left="454"/>
      </w:pPr>
      <w:r>
        <w:t>(   ) a) Schools have become digital.</w:t>
      </w:r>
    </w:p>
    <w:p>
      <w:pPr>
        <w:spacing w:after="0"/>
        <w:ind w:left="454"/>
      </w:pPr>
      <w:r>
        <w:t>(   ) b) Technology has transformed human interaction.</w:t>
      </w:r>
    </w:p>
    <w:p>
      <w:pPr>
        <w:spacing w:after="0"/>
        <w:ind w:left="454"/>
      </w:pPr>
      <w:r>
        <w:t>(   ) c) People have stopped using phones.</w:t>
      </w:r>
    </w:p>
    <w:p>
      <w:pPr>
        <w:spacing w:after="0"/>
        <w:ind w:left="454"/>
      </w:pPr>
      <w:r>
        <w:t>(   ) d) Researchers have created new platforms.</w:t>
      </w:r>
    </w:p>
    <w:p>
      <w:pPr>
        <w:keepNext/>
        <w:spacing w:before="120"/>
      </w:pPr>
      <w:r>
        <w:t>2. What is one advantage of digital platforms?</w:t>
      </w:r>
    </w:p>
    <w:p>
      <w:pPr>
        <w:spacing w:after="0"/>
        <w:ind w:left="454"/>
      </w:pPr>
      <w:r>
        <w:t>(   ) a) They improve emotional development.</w:t>
      </w:r>
    </w:p>
    <w:p>
      <w:pPr>
        <w:spacing w:after="0"/>
        <w:ind w:left="454"/>
      </w:pPr>
      <w:r>
        <w:t>(   ) b) They increase face-to-face conversations.</w:t>
      </w:r>
    </w:p>
    <w:p>
      <w:pPr>
        <w:spacing w:after="0"/>
        <w:ind w:left="454"/>
      </w:pPr>
      <w:r>
        <w:t>(   ) c) They make communication faster and more accessible.</w:t>
      </w:r>
    </w:p>
    <w:p>
      <w:pPr>
        <w:spacing w:after="0"/>
        <w:ind w:left="454"/>
      </w:pPr>
      <w:r>
        <w:t>(   ) d) They reduce screen time.</w:t>
      </w:r>
    </w:p>
    <w:p>
      <w:pPr>
        <w:keepNext/>
        <w:spacing w:before="120"/>
      </w:pPr>
      <w:r>
        <w:t>3. What concern do some researchers have?</w:t>
      </w:r>
    </w:p>
    <w:p>
      <w:pPr>
        <w:spacing w:after="0"/>
        <w:ind w:left="454"/>
      </w:pPr>
      <w:r>
        <w:t>(   ) a) Excessive screen time may affect emotional development and social skills.</w:t>
      </w:r>
    </w:p>
    <w:p>
      <w:pPr>
        <w:spacing w:after="0"/>
        <w:ind w:left="454"/>
      </w:pPr>
      <w:r>
        <w:t>(   ) b) Digital platforms are too expensive.</w:t>
      </w:r>
    </w:p>
    <w:p>
      <w:pPr>
        <w:spacing w:after="0"/>
        <w:ind w:left="454"/>
      </w:pPr>
      <w:r>
        <w:t>(   ) c) Communication is becoming slower.</w:t>
      </w:r>
    </w:p>
    <w:p>
      <w:pPr>
        <w:spacing w:after="0"/>
        <w:ind w:left="454"/>
      </w:pPr>
      <w:r>
        <w:t>(   ) d) People don't use technology enough.</w:t>
      </w:r>
    </w:p>
    <w:p>
      <w:pPr>
        <w:keepNext/>
        <w:spacing w:before="120"/>
      </w:pPr>
      <w:r>
        <w:t>4. The word "while" in the second sentence expresses:</w:t>
      </w:r>
    </w:p>
    <w:p>
      <w:pPr>
        <w:spacing w:after="0"/>
        <w:ind w:left="454"/>
      </w:pPr>
      <w:r>
        <w:t>(   ) a) cause</w:t>
      </w:r>
    </w:p>
    <w:p>
      <w:pPr>
        <w:spacing w:after="0"/>
        <w:ind w:left="454"/>
      </w:pPr>
      <w:r>
        <w:t>(   ) b) consequence</w:t>
      </w:r>
    </w:p>
    <w:p>
      <w:pPr>
        <w:spacing w:after="0"/>
        <w:ind w:left="454"/>
      </w:pPr>
      <w:r>
        <w:t>(   ) c) time</w:t>
      </w:r>
    </w:p>
    <w:p>
      <w:pPr>
        <w:spacing w:after="0"/>
        <w:ind w:left="454"/>
      </w:pPr>
      <w:r>
        <w:t>(   ) d) contrast</w:t>
      </w:r>
    </w:p>
    <w:p>
      <w:pPr>
        <w:pStyle w:val="Heading2"/>
      </w:pPr>
      <w:r>
        <w:t>2. Passive voice</w:t>
      </w:r>
    </w:p>
    <w:p>
      <w:r>
        <w:rPr>
          <w:i/>
        </w:rPr>
        <w:t>Choose the correct passive voice version of each sentence.</w:t>
      </w:r>
    </w:p>
    <w:p>
      <w:pPr>
        <w:keepNext/>
        <w:spacing w:before="120"/>
      </w:pPr>
      <w:r>
        <w:t>1. People use smartphones everywhere.</w:t>
      </w:r>
    </w:p>
    <w:p>
      <w:pPr>
        <w:spacing w:after="0"/>
        <w:ind w:left="454"/>
      </w:pPr>
      <w:r>
        <w:t>(   ) a) Smartphones are used everywhere.</w:t>
      </w:r>
    </w:p>
    <w:p>
      <w:pPr>
        <w:spacing w:after="0"/>
        <w:ind w:left="454"/>
      </w:pPr>
      <w:r>
        <w:t>(   ) b) Smartphones were used everywhere.</w:t>
      </w:r>
    </w:p>
    <w:p>
      <w:pPr>
        <w:spacing w:after="0"/>
        <w:ind w:left="454"/>
      </w:pPr>
      <w:r>
        <w:t>(   ) c) Smartphones are using everywhere.</w:t>
      </w:r>
    </w:p>
    <w:p>
      <w:pPr>
        <w:keepNext/>
        <w:spacing w:before="120"/>
      </w:pPr>
      <w:r>
        <w:t>2. The government has created new policies.</w:t>
      </w:r>
    </w:p>
    <w:p>
      <w:pPr>
        <w:spacing w:after="0"/>
        <w:ind w:left="454"/>
      </w:pPr>
      <w:r>
        <w:t>(   ) a) New policies were created by the government.</w:t>
      </w:r>
    </w:p>
    <w:p>
      <w:pPr>
        <w:spacing w:after="0"/>
        <w:ind w:left="454"/>
      </w:pPr>
      <w:r>
        <w:t>(   ) b) New policies have been created by the government.</w:t>
      </w:r>
    </w:p>
    <w:p>
      <w:pPr>
        <w:spacing w:after="0"/>
        <w:ind w:left="454"/>
      </w:pPr>
      <w:r>
        <w:t>(   ) c) New policies has been created by the government.</w:t>
      </w:r>
    </w:p>
    <w:p>
      <w:pPr>
        <w:keepNext/>
        <w:spacing w:before="120"/>
      </w:pPr>
      <w:r>
        <w:t>3. Scientists will develop new technologies.</w:t>
      </w:r>
    </w:p>
    <w:p>
      <w:pPr>
        <w:spacing w:after="0"/>
        <w:ind w:left="454"/>
      </w:pPr>
      <w:r>
        <w:t>(   ) a) New technologies will develop by scientists.</w:t>
      </w:r>
    </w:p>
    <w:p>
      <w:pPr>
        <w:spacing w:after="0"/>
        <w:ind w:left="454"/>
      </w:pPr>
      <w:r>
        <w:t>(   ) b) New technologies would be developed by scientists.</w:t>
      </w:r>
    </w:p>
    <w:p>
      <w:pPr>
        <w:spacing w:after="0"/>
        <w:ind w:left="454"/>
      </w:pPr>
      <w:r>
        <w:t>(   ) c) New technologies will be developed by scientists.</w:t>
      </w:r>
    </w:p>
    <w:p>
      <w:pPr>
        <w:keepNext/>
        <w:spacing w:before="120"/>
      </w:pPr>
      <w:r>
        <w:t>4. Someone stole my bike last night.</w:t>
      </w:r>
    </w:p>
    <w:p>
      <w:pPr>
        <w:spacing w:after="0"/>
        <w:ind w:left="454"/>
      </w:pPr>
      <w:r>
        <w:t>(   ) a) My bike was stolen last night.</w:t>
      </w:r>
    </w:p>
    <w:p>
      <w:pPr>
        <w:spacing w:after="0"/>
        <w:ind w:left="454"/>
      </w:pPr>
      <w:r>
        <w:t>(   ) b) My bike is stolen last night.</w:t>
      </w:r>
    </w:p>
    <w:p>
      <w:pPr>
        <w:spacing w:after="0"/>
        <w:ind w:left="454"/>
      </w:pPr>
      <w:r>
        <w:t>(   ) c) My bike has stolen last night.</w:t>
      </w:r>
    </w:p>
    <w:p>
      <w:pPr>
        <w:pStyle w:val="Heading2"/>
      </w:pPr>
      <w:r>
        <w:t>3. Advanced grammar</w:t>
      </w:r>
    </w:p>
    <w:p>
      <w:r>
        <w:rPr>
          <w:i/>
        </w:rPr>
        <w:t>Complete with the correct form of the verbs in parentheses.</w:t>
      </w:r>
    </w:p>
    <w:p>
      <w:pPr>
        <w:keepNext/>
        <w:spacing w:before="120"/>
      </w:pPr>
      <w:r>
        <w:t>1. If she ______________ (study) harder, she would have passed the exam.</w:t>
      </w:r>
    </w:p>
    <w:p>
      <w:pPr>
        <w:keepNext/>
        <w:spacing w:before="120"/>
      </w:pPr>
      <w:r>
        <w:t>2. I wish I ______________ (have) more time to travel.</w:t>
      </w:r>
    </w:p>
    <w:p>
      <w:pPr>
        <w:keepNext/>
        <w:spacing w:before="120"/>
      </w:pPr>
      <w:r>
        <w:t>3. By the time we arrived, the movie ______________ (already / start).</w:t>
      </w:r>
    </w:p>
    <w:p>
      <w:pPr>
        <w:keepNext/>
        <w:spacing w:before="120"/>
      </w:pPr>
      <w:r>
        <w:t>4. He speaks English as if he ______________ (be) a native speaker.</w:t>
      </w:r>
    </w:p>
    <w:p>
      <w:pPr>
        <w:keepNext/>
        <w:spacing w:before="120"/>
      </w:pPr>
      <w:r>
        <w:t>5. If we had left earlier, we ______________ (not / miss) the train.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Reading</w:t>
      </w:r>
    </w:p>
    <w:p>
      <w:pPr>
        <w:spacing w:after="0"/>
      </w:pPr>
      <w:r>
        <w:t>1) b) Technology has transformed human interaction.</w:t>
      </w:r>
    </w:p>
    <w:p>
      <w:pPr>
        <w:spacing w:after="0"/>
      </w:pPr>
      <w:r>
        <w:t>2) c) They make communication faster and more accessible.</w:t>
      </w:r>
    </w:p>
    <w:p>
      <w:pPr>
        <w:spacing w:after="0"/>
      </w:pPr>
      <w:r>
        <w:t>3) a) Excessive screen time may affect emotional development and social skills.</w:t>
      </w:r>
    </w:p>
    <w:p>
      <w:pPr>
        <w:spacing w:after="0"/>
      </w:pPr>
      <w:r>
        <w:t>4) d) contrast</w:t>
      </w:r>
    </w:p>
    <w:p>
      <w:r>
        <w:rPr>
          <w:b/>
        </w:rPr>
        <w:t>2. Passive voice</w:t>
      </w:r>
    </w:p>
    <w:p>
      <w:pPr>
        <w:spacing w:after="0"/>
      </w:pPr>
      <w:r>
        <w:t>1) a) Smartphones are used everywhere.</w:t>
      </w:r>
    </w:p>
    <w:p>
      <w:pPr>
        <w:spacing w:after="0"/>
      </w:pPr>
      <w:r>
        <w:t>2) b) New policies have been created by the government.</w:t>
      </w:r>
    </w:p>
    <w:p>
      <w:pPr>
        <w:spacing w:after="0"/>
      </w:pPr>
      <w:r>
        <w:t>3) c) New technologies will be developed by scientists.</w:t>
      </w:r>
    </w:p>
    <w:p>
      <w:pPr>
        <w:spacing w:after="0"/>
      </w:pPr>
      <w:r>
        <w:t>4) a) My bike was stolen last night.</w:t>
      </w:r>
    </w:p>
    <w:p>
      <w:r>
        <w:rPr>
          <w:b/>
        </w:rPr>
        <w:t>3. Advanced grammar</w:t>
      </w:r>
    </w:p>
    <w:p>
      <w:pPr>
        <w:spacing w:after="0"/>
      </w:pPr>
      <w:r>
        <w:t>1) had studied</w:t>
      </w:r>
    </w:p>
    <w:p>
      <w:pPr>
        <w:spacing w:after="0"/>
      </w:pPr>
      <w:r>
        <w:t>2) had</w:t>
      </w:r>
    </w:p>
    <w:p>
      <w:pPr>
        <w:spacing w:after="0"/>
      </w:pPr>
      <w:r>
        <w:t>3) had already started</w:t>
      </w:r>
    </w:p>
    <w:p>
      <w:pPr>
        <w:spacing w:after="0"/>
      </w:pPr>
      <w:r>
        <w:t>4) were</w:t>
      </w:r>
    </w:p>
    <w:p>
      <w:pPr>
        <w:spacing w:after="0"/>
      </w:pPr>
      <w:r>
        <w:t>5) wouldn't have missed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2026-02-27T00:00:00Z</dcterms:created>
  <dcterms:modified xsi:type="dcterms:W3CDTF">2026-02-27T00:00:00Z</dcterms:modified>
  <cp:category/>
</cp:coreProperties>
</file>