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Smartphones e estudo: present perfect x past simple</w:t>
      </w:r>
    </w:p>
    <w:p>
      <w:r>
        <w:rPr>
          <w:color w:val="6B6B6B"/>
          <w:sz w:val="18"/>
        </w:rPr>
        <w:t>1ª série · Present perfect · BNCC: EM13LGG302, EM13LGG303</w:t>
      </w:r>
    </w:p>
    <w:p>
      <w:pPr>
        <w:pStyle w:val="Heading2"/>
      </w:pPr>
      <w:r>
        <w:t>1. Reading</w:t>
      </w:r>
    </w:p>
    <w:p>
      <w:r>
        <w:rPr>
          <w:i/>
        </w:rPr>
        <w:t>Read the text and choose the correct answer.</w:t>
      </w:r>
    </w:p>
    <w:p>
      <w:r>
        <w:rPr>
          <w:b/>
        </w:rPr>
        <w:t>Daily life and technology</w:t>
      </w:r>
    </w:p>
    <w:p>
      <w:pPr>
        <w:ind w:left="340"/>
      </w:pPr>
      <w:r>
        <w:t>Nowadays, many students use their smartphones to study. They watch videos, read articles, and communicate with classmates. Technology makes learning easier, but it can also be distracting if not used properly.</w:t>
      </w:r>
    </w:p>
    <w:p>
      <w:pPr>
        <w:keepNext/>
        <w:spacing w:before="120"/>
      </w:pPr>
      <w:r>
        <w:t>1. What do many students use to study?</w:t>
      </w:r>
    </w:p>
    <w:p>
      <w:pPr>
        <w:spacing w:after="0"/>
        <w:ind w:left="454"/>
      </w:pPr>
      <w:r>
        <w:t>(   ) a) Laptops</w:t>
      </w:r>
    </w:p>
    <w:p>
      <w:pPr>
        <w:spacing w:after="0"/>
        <w:ind w:left="454"/>
      </w:pPr>
      <w:r>
        <w:t>(   ) b) Smartphones</w:t>
      </w:r>
    </w:p>
    <w:p>
      <w:pPr>
        <w:spacing w:after="0"/>
        <w:ind w:left="454"/>
      </w:pPr>
      <w:r>
        <w:t>(   ) c) Printed books</w:t>
      </w:r>
    </w:p>
    <w:p>
      <w:pPr>
        <w:spacing w:after="0"/>
        <w:ind w:left="454"/>
      </w:pPr>
      <w:r>
        <w:t>(   ) d) Tablets</w:t>
      </w:r>
    </w:p>
    <w:p>
      <w:pPr>
        <w:keepNext/>
        <w:spacing w:before="120"/>
      </w:pPr>
      <w:r>
        <w:t>2. Which of these is NOT mentioned as something students do with technology?</w:t>
      </w:r>
    </w:p>
    <w:p>
      <w:pPr>
        <w:spacing w:after="0"/>
        <w:ind w:left="454"/>
      </w:pPr>
      <w:r>
        <w:t>(   ) a) Watch videos</w:t>
      </w:r>
    </w:p>
    <w:p>
      <w:pPr>
        <w:spacing w:after="0"/>
        <w:ind w:left="454"/>
      </w:pPr>
      <w:r>
        <w:t>(   ) b) Read articles</w:t>
      </w:r>
    </w:p>
    <w:p>
      <w:pPr>
        <w:spacing w:after="0"/>
        <w:ind w:left="454"/>
      </w:pPr>
      <w:r>
        <w:t>(   ) c) Play online games</w:t>
      </w:r>
    </w:p>
    <w:p>
      <w:pPr>
        <w:spacing w:after="0"/>
        <w:ind w:left="454"/>
      </w:pPr>
      <w:r>
        <w:t>(   ) d) Communicate with classmates</w:t>
      </w:r>
    </w:p>
    <w:p>
      <w:pPr>
        <w:keepNext/>
        <w:spacing w:before="120"/>
      </w:pPr>
      <w:r>
        <w:t>3. What is one positive aspect of technology, according to the text?</w:t>
      </w:r>
    </w:p>
    <w:p>
      <w:pPr>
        <w:spacing w:after="0"/>
        <w:ind w:left="454"/>
      </w:pPr>
      <w:r>
        <w:t>(   ) a) It makes learning easier.</w:t>
      </w:r>
    </w:p>
    <w:p>
      <w:pPr>
        <w:spacing w:after="0"/>
        <w:ind w:left="454"/>
      </w:pPr>
      <w:r>
        <w:t>(   ) b) It is cheap.</w:t>
      </w:r>
    </w:p>
    <w:p>
      <w:pPr>
        <w:spacing w:after="0"/>
        <w:ind w:left="454"/>
      </w:pPr>
      <w:r>
        <w:t>(   ) c) It replaces teachers.</w:t>
      </w:r>
    </w:p>
    <w:p>
      <w:pPr>
        <w:spacing w:after="0"/>
        <w:ind w:left="454"/>
      </w:pPr>
      <w:r>
        <w:t>(   ) d) It saves paper.</w:t>
      </w:r>
    </w:p>
    <w:p>
      <w:pPr>
        <w:keepNext/>
        <w:spacing w:before="120"/>
      </w:pPr>
      <w:r>
        <w:t>4. What is one negative aspect?</w:t>
      </w:r>
    </w:p>
    <w:p>
      <w:pPr>
        <w:spacing w:after="0"/>
        <w:ind w:left="454"/>
      </w:pPr>
      <w:r>
        <w:t>(   ) a) It is too slow.</w:t>
      </w:r>
    </w:p>
    <w:p>
      <w:pPr>
        <w:spacing w:after="0"/>
        <w:ind w:left="454"/>
      </w:pPr>
      <w:r>
        <w:t>(   ) b) It is difficult to use.</w:t>
      </w:r>
    </w:p>
    <w:p>
      <w:pPr>
        <w:spacing w:after="0"/>
        <w:ind w:left="454"/>
      </w:pPr>
      <w:r>
        <w:t>(   ) c) It is expensive.</w:t>
      </w:r>
    </w:p>
    <w:p>
      <w:pPr>
        <w:spacing w:after="0"/>
        <w:ind w:left="454"/>
      </w:pPr>
      <w:r>
        <w:t>(   ) d) It can be distracting if not used properly.</w:t>
      </w:r>
    </w:p>
    <w:p>
      <w:pPr>
        <w:pStyle w:val="Heading2"/>
      </w:pPr>
      <w:r>
        <w:t>2. Present perfect or past simple?</w:t>
      </w:r>
    </w:p>
    <w:p>
      <w:r>
        <w:rPr>
          <w:i/>
        </w:rPr>
        <w:t>Complete with the present perfect or the past simple of the verbs in parentheses.</w:t>
      </w:r>
    </w:p>
    <w:p>
      <w:pPr>
        <w:keepNext/>
        <w:spacing w:before="120"/>
      </w:pPr>
      <w:r>
        <w:t>1. I ______________ (finish) my homework already.</w:t>
      </w:r>
    </w:p>
    <w:p>
      <w:pPr>
        <w:keepNext/>
        <w:spacing w:before="120"/>
      </w:pPr>
      <w:r>
        <w:t>2. She ______________ (visit) her grandparents last weekend.</w:t>
      </w:r>
    </w:p>
    <w:p>
      <w:pPr>
        <w:keepNext/>
        <w:spacing w:before="120"/>
      </w:pPr>
      <w:r>
        <w:t>3. They ______________ (not see) that movie yet.</w:t>
      </w:r>
    </w:p>
    <w:p>
      <w:pPr>
        <w:keepNext/>
        <w:spacing w:before="120"/>
      </w:pPr>
      <w:r>
        <w:t>4. We ______________ (go) to the park yesterday.</w:t>
      </w:r>
    </w:p>
    <w:p>
      <w:pPr>
        <w:keepNext/>
        <w:spacing w:before="120"/>
      </w:pPr>
      <w:r>
        <w:t>5. My cousin ______________ (live) in Canada since 2022.</w:t>
      </w:r>
    </w:p>
    <w:p>
      <w:pPr>
        <w:pStyle w:val="Heading2"/>
      </w:pPr>
      <w:r>
        <w:t>3. Vocabulary in context</w:t>
      </w:r>
    </w:p>
    <w:p>
      <w:r>
        <w:rPr>
          <w:i/>
        </w:rPr>
        <w:t>Choose the word that best completes each sentence.</w:t>
      </w:r>
    </w:p>
    <w:p>
      <w:pPr>
        <w:keepNext/>
        <w:spacing w:before="120"/>
      </w:pPr>
      <w:r>
        <w:t>1. Technology can be very ___ in education.</w:t>
      </w:r>
    </w:p>
    <w:p>
      <w:pPr>
        <w:spacing w:after="0"/>
        <w:ind w:left="454"/>
      </w:pPr>
      <w:r>
        <w:t>(   ) a) useful</w:t>
      </w:r>
    </w:p>
    <w:p>
      <w:pPr>
        <w:spacing w:after="0"/>
        <w:ind w:left="454"/>
      </w:pPr>
      <w:r>
        <w:t>(   ) b) useless</w:t>
      </w:r>
    </w:p>
    <w:p>
      <w:pPr>
        <w:keepNext/>
        <w:spacing w:before="120"/>
      </w:pPr>
      <w:r>
        <w:t>2. I like to ___ videos online.</w:t>
      </w:r>
    </w:p>
    <w:p>
      <w:pPr>
        <w:spacing w:after="0"/>
        <w:ind w:left="454"/>
      </w:pPr>
      <w:r>
        <w:t>(   ) a) eat</w:t>
      </w:r>
    </w:p>
    <w:p>
      <w:pPr>
        <w:spacing w:after="0"/>
        <w:ind w:left="454"/>
      </w:pPr>
      <w:r>
        <w:t>(   ) b) watch</w:t>
      </w:r>
    </w:p>
    <w:p>
      <w:pPr>
        <w:keepNext/>
        <w:spacing w:before="120"/>
      </w:pPr>
      <w:r>
        <w:t>3. She ___ books every day.</w:t>
      </w:r>
    </w:p>
    <w:p>
      <w:pPr>
        <w:spacing w:after="0"/>
        <w:ind w:left="454"/>
      </w:pPr>
      <w:r>
        <w:t>(   ) a) drinks</w:t>
      </w:r>
    </w:p>
    <w:p>
      <w:pPr>
        <w:spacing w:after="0"/>
        <w:ind w:left="454"/>
      </w:pPr>
      <w:r>
        <w:t>(   ) b) reads</w:t>
      </w:r>
    </w:p>
    <w:p>
      <w:pPr>
        <w:keepNext/>
        <w:spacing w:before="120"/>
      </w:pPr>
      <w:r>
        <w:t>4. Smartphones help students ___ new things.</w:t>
      </w:r>
    </w:p>
    <w:p>
      <w:pPr>
        <w:spacing w:after="0"/>
        <w:ind w:left="454"/>
      </w:pPr>
      <w:r>
        <w:t>(   ) a) learn</w:t>
      </w:r>
    </w:p>
    <w:p>
      <w:pPr>
        <w:spacing w:after="0"/>
        <w:ind w:left="454"/>
      </w:pPr>
      <w:r>
        <w:t>(   ) b) sleep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Smartphones</w:t>
      </w:r>
    </w:p>
    <w:p>
      <w:pPr>
        <w:spacing w:after="0"/>
      </w:pPr>
      <w:r>
        <w:t>2) c) Play online games</w:t>
      </w:r>
    </w:p>
    <w:p>
      <w:pPr>
        <w:spacing w:after="0"/>
      </w:pPr>
      <w:r>
        <w:t>3) a) It makes learning easier.</w:t>
      </w:r>
    </w:p>
    <w:p>
      <w:pPr>
        <w:spacing w:after="0"/>
      </w:pPr>
      <w:r>
        <w:t>4) d) It can be distracting if not used properly.</w:t>
      </w:r>
    </w:p>
    <w:p>
      <w:r>
        <w:rPr>
          <w:b/>
        </w:rPr>
        <w:t>2. Present perfect or past simple?</w:t>
      </w:r>
    </w:p>
    <w:p>
      <w:pPr>
        <w:spacing w:after="0"/>
      </w:pPr>
      <w:r>
        <w:t>1) have finished</w:t>
      </w:r>
    </w:p>
    <w:p>
      <w:pPr>
        <w:spacing w:after="0"/>
      </w:pPr>
      <w:r>
        <w:t>2) visited</w:t>
      </w:r>
    </w:p>
    <w:p>
      <w:pPr>
        <w:spacing w:after="0"/>
      </w:pPr>
      <w:r>
        <w:t>3) haven't seen</w:t>
      </w:r>
    </w:p>
    <w:p>
      <w:pPr>
        <w:spacing w:after="0"/>
      </w:pPr>
      <w:r>
        <w:t>4) went</w:t>
      </w:r>
    </w:p>
    <w:p>
      <w:pPr>
        <w:spacing w:after="0"/>
      </w:pPr>
      <w:r>
        <w:t>5) has lived</w:t>
      </w:r>
    </w:p>
    <w:p>
      <w:r>
        <w:rPr>
          <w:b/>
        </w:rPr>
        <w:t>3. Vocabulary in context</w:t>
      </w:r>
    </w:p>
    <w:p>
      <w:pPr>
        <w:spacing w:after="0"/>
      </w:pPr>
      <w:r>
        <w:t>1) a) useful</w:t>
      </w:r>
    </w:p>
    <w:p>
      <w:pPr>
        <w:spacing w:after="0"/>
      </w:pPr>
      <w:r>
        <w:t>2) b) watch</w:t>
      </w:r>
    </w:p>
    <w:p>
      <w:pPr>
        <w:spacing w:after="0"/>
      </w:pPr>
      <w:r>
        <w:t>3) b) reads</w:t>
      </w:r>
    </w:p>
    <w:p>
      <w:pPr>
        <w:spacing w:after="0"/>
      </w:pPr>
      <w:r>
        <w:t>4) a) learn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2026-03-30T00:00:00Z</dcterms:created>
  <dcterms:modified xsi:type="dcterms:W3CDTF">2026-03-30T00:00:00Z</dcterms:modified>
  <cp:category/>
</cp:coreProperties>
</file>