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Word bank, sinônimos e homophones</w:t>
      </w:r>
    </w:p>
    <w:p>
      <w:r>
        <w:rPr>
          <w:color w:val="6B6B6B"/>
          <w:sz w:val="18"/>
        </w:rPr>
        <w:t>5º ano e 6º ano · Reading comprehension (interpretação) · BNCC: EF06LI09, EF06LI17</w:t>
      </w:r>
    </w:p>
    <w:p>
      <w:pPr>
        <w:pStyle w:val="Heading2"/>
      </w:pPr>
      <w:r>
        <w:t>1. Fill in the blanks</w:t>
      </w:r>
    </w:p>
    <w:p>
      <w:r>
        <w:rPr>
          <w:i/>
        </w:rPr>
        <w:t>Complete the sentences with words from the word bank.</w:t>
      </w:r>
    </w:p>
    <w:p>
      <w:r>
        <w:rPr>
          <w:b/>
        </w:rPr>
        <w:t>Word bank:  quickly  |  beautiful  |  enjoyed  |  under  |  always</w:t>
      </w:r>
    </w:p>
    <w:p>
      <w:pPr>
        <w:keepNext/>
        <w:spacing w:before="120"/>
      </w:pPr>
      <w:r>
        <w:t>1. The cat is hiding ______________ the table.</w:t>
      </w:r>
    </w:p>
    <w:p>
      <w:pPr>
        <w:keepNext/>
        <w:spacing w:before="120"/>
      </w:pPr>
      <w:r>
        <w:t>2. She ______________ runs to school in the morning. She never walks!</w:t>
      </w:r>
    </w:p>
    <w:p>
      <w:pPr>
        <w:keepNext/>
        <w:spacing w:before="120"/>
      </w:pPr>
      <w:r>
        <w:t>3. What a ______________ garden! I love the flowers.</w:t>
      </w:r>
    </w:p>
    <w:p>
      <w:pPr>
        <w:keepNext/>
        <w:spacing w:before="120"/>
      </w:pPr>
      <w:r>
        <w:t>4. We ______________ the party a lot last night.</w:t>
      </w:r>
    </w:p>
    <w:p>
      <w:pPr>
        <w:keepNext/>
        <w:spacing w:before="120"/>
      </w:pPr>
      <w:r>
        <w:t>5. He finished his homework ______________ because he wanted to play.</w:t>
      </w:r>
    </w:p>
    <w:p>
      <w:pPr>
        <w:pStyle w:val="Heading2"/>
      </w:pPr>
      <w:r>
        <w:t>2. Synonym search</w:t>
      </w:r>
    </w:p>
    <w:p>
      <w:r>
        <w:rPr>
          <w:i/>
        </w:rPr>
        <w:t>Choose the synonym (a word with the same meaning).</w:t>
      </w:r>
    </w:p>
    <w:p>
      <w:pPr>
        <w:keepNext/>
        <w:spacing w:before="120"/>
      </w:pPr>
      <w:r>
        <w:t>1. happy</w:t>
      </w:r>
    </w:p>
    <w:p>
      <w:pPr>
        <w:spacing w:after="0"/>
        <w:ind w:left="454"/>
      </w:pPr>
      <w:r>
        <w:t>(   ) a) frightened</w:t>
      </w:r>
    </w:p>
    <w:p>
      <w:pPr>
        <w:spacing w:after="0"/>
        <w:ind w:left="454"/>
      </w:pPr>
      <w:r>
        <w:t>(   ) b) joyful</w:t>
      </w:r>
    </w:p>
    <w:p>
      <w:pPr>
        <w:spacing w:after="0"/>
        <w:ind w:left="454"/>
      </w:pPr>
      <w:r>
        <w:t>(   ) c) difficult</w:t>
      </w:r>
    </w:p>
    <w:p>
      <w:pPr>
        <w:keepNext/>
        <w:spacing w:before="120"/>
      </w:pPr>
      <w:r>
        <w:t>2. scared</w:t>
      </w:r>
    </w:p>
    <w:p>
      <w:pPr>
        <w:spacing w:after="0"/>
        <w:ind w:left="454"/>
      </w:pPr>
      <w:r>
        <w:t>(   ) a) frightened</w:t>
      </w:r>
    </w:p>
    <w:p>
      <w:pPr>
        <w:spacing w:after="0"/>
        <w:ind w:left="454"/>
      </w:pPr>
      <w:r>
        <w:t>(   ) b) large</w:t>
      </w:r>
    </w:p>
    <w:p>
      <w:pPr>
        <w:spacing w:after="0"/>
        <w:ind w:left="454"/>
      </w:pPr>
      <w:r>
        <w:t>(   ) c) hilarious</w:t>
      </w:r>
    </w:p>
    <w:p>
      <w:pPr>
        <w:keepNext/>
        <w:spacing w:before="120"/>
      </w:pPr>
      <w:r>
        <w:t>3. big</w:t>
      </w:r>
    </w:p>
    <w:p>
      <w:pPr>
        <w:spacing w:after="0"/>
        <w:ind w:left="454"/>
      </w:pPr>
      <w:r>
        <w:t>(   ) a) joyful</w:t>
      </w:r>
    </w:p>
    <w:p>
      <w:pPr>
        <w:spacing w:after="0"/>
        <w:ind w:left="454"/>
      </w:pPr>
      <w:r>
        <w:t>(   ) b) difficult</w:t>
      </w:r>
    </w:p>
    <w:p>
      <w:pPr>
        <w:spacing w:after="0"/>
        <w:ind w:left="454"/>
      </w:pPr>
      <w:r>
        <w:t>(   ) c) large</w:t>
      </w:r>
    </w:p>
    <w:p>
      <w:pPr>
        <w:keepNext/>
        <w:spacing w:before="120"/>
      </w:pPr>
      <w:r>
        <w:t>4. funny</w:t>
      </w:r>
    </w:p>
    <w:p>
      <w:pPr>
        <w:spacing w:after="0"/>
        <w:ind w:left="454"/>
      </w:pPr>
      <w:r>
        <w:t>(   ) a) hilarious</w:t>
      </w:r>
    </w:p>
    <w:p>
      <w:pPr>
        <w:spacing w:after="0"/>
        <w:ind w:left="454"/>
      </w:pPr>
      <w:r>
        <w:t>(   ) b) frightened</w:t>
      </w:r>
    </w:p>
    <w:p>
      <w:pPr>
        <w:spacing w:after="0"/>
        <w:ind w:left="454"/>
      </w:pPr>
      <w:r>
        <w:t>(   ) c) large</w:t>
      </w:r>
    </w:p>
    <w:p>
      <w:pPr>
        <w:keepNext/>
        <w:spacing w:before="120"/>
      </w:pPr>
      <w:r>
        <w:t>5. hard</w:t>
      </w:r>
    </w:p>
    <w:p>
      <w:pPr>
        <w:spacing w:after="0"/>
        <w:ind w:left="454"/>
      </w:pPr>
      <w:r>
        <w:t>(   ) a) joyful</w:t>
      </w:r>
    </w:p>
    <w:p>
      <w:pPr>
        <w:spacing w:after="0"/>
        <w:ind w:left="454"/>
      </w:pPr>
      <w:r>
        <w:t>(   ) b) difficult</w:t>
      </w:r>
    </w:p>
    <w:p>
      <w:pPr>
        <w:spacing w:after="0"/>
        <w:ind w:left="454"/>
      </w:pPr>
      <w:r>
        <w:t>(   ) c) hilarious</w:t>
      </w:r>
    </w:p>
    <w:p>
      <w:pPr>
        <w:pStyle w:val="Heading2"/>
      </w:pPr>
      <w:r>
        <w:t>3.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A day at the zoo</w:t>
      </w:r>
    </w:p>
    <w:p>
      <w:pPr>
        <w:ind w:left="340"/>
      </w:pPr>
      <w:r>
        <w:t>Last Saturday, Bia and her little brother Theo went to the zoo. Theo was very joyful because he loves animals. They saw a large elephant and some hilarious monkeys. Theo was frightened when the lion roared, but Bia held his hand. Finding the exit was a little difficult, but they enjoyed the day a lot!</w:t>
      </w:r>
    </w:p>
    <w:p>
      <w:pPr>
        <w:keepNext/>
        <w:spacing w:before="120"/>
      </w:pPr>
      <w:r>
        <w:t>1. How did Theo feel at the beginning of the visit?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Sad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2. Why was Theo frightened?</w:t>
      </w:r>
    </w:p>
    <w:p>
      <w:pPr>
        <w:spacing w:after="0"/>
        <w:ind w:left="454"/>
      </w:pPr>
      <w:r>
        <w:t>(   ) a) Because the monkeys were funny.</w:t>
      </w:r>
    </w:p>
    <w:p>
      <w:pPr>
        <w:spacing w:after="0"/>
        <w:ind w:left="454"/>
      </w:pPr>
      <w:r>
        <w:t>(   ) b) Because the lion roared.</w:t>
      </w:r>
    </w:p>
    <w:p>
      <w:pPr>
        <w:spacing w:after="0"/>
        <w:ind w:left="454"/>
      </w:pPr>
      <w:r>
        <w:t>(   ) c) Because he lost Bia.</w:t>
      </w:r>
    </w:p>
    <w:p>
      <w:pPr>
        <w:keepNext/>
        <w:spacing w:before="120"/>
      </w:pPr>
      <w:r>
        <w:t>3. In the text, "hilarious monkeys" means the monkeys were…</w:t>
      </w:r>
    </w:p>
    <w:p>
      <w:pPr>
        <w:spacing w:after="0"/>
        <w:ind w:left="454"/>
      </w:pPr>
      <w:r>
        <w:t>(   ) a) very big</w:t>
      </w:r>
    </w:p>
    <w:p>
      <w:pPr>
        <w:spacing w:after="0"/>
        <w:ind w:left="454"/>
      </w:pPr>
      <w:r>
        <w:t>(   ) b) very scared</w:t>
      </w:r>
    </w:p>
    <w:p>
      <w:pPr>
        <w:spacing w:after="0"/>
        <w:ind w:left="454"/>
      </w:pPr>
      <w:r>
        <w:t>(   ) c) very funny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Fill in the blanks</w:t>
      </w:r>
    </w:p>
    <w:p>
      <w:pPr>
        <w:spacing w:after="0"/>
      </w:pPr>
      <w:r>
        <w:t>1) under</w:t>
      </w:r>
    </w:p>
    <w:p>
      <w:pPr>
        <w:spacing w:after="0"/>
      </w:pPr>
      <w:r>
        <w:t>2) always</w:t>
      </w:r>
    </w:p>
    <w:p>
      <w:pPr>
        <w:spacing w:after="0"/>
      </w:pPr>
      <w:r>
        <w:t>3) beautiful</w:t>
      </w:r>
    </w:p>
    <w:p>
      <w:pPr>
        <w:spacing w:after="0"/>
      </w:pPr>
      <w:r>
        <w:t>4) enjoyed</w:t>
      </w:r>
    </w:p>
    <w:p>
      <w:pPr>
        <w:spacing w:after="0"/>
      </w:pPr>
      <w:r>
        <w:t>5) quickly</w:t>
      </w:r>
    </w:p>
    <w:p>
      <w:r>
        <w:rPr>
          <w:b/>
        </w:rPr>
        <w:t>2. Synonym search</w:t>
      </w:r>
    </w:p>
    <w:p>
      <w:pPr>
        <w:spacing w:after="0"/>
      </w:pPr>
      <w:r>
        <w:t>1) b) joyful</w:t>
      </w:r>
    </w:p>
    <w:p>
      <w:pPr>
        <w:spacing w:after="0"/>
      </w:pPr>
      <w:r>
        <w:t>2) a) frightened</w:t>
      </w:r>
    </w:p>
    <w:p>
      <w:pPr>
        <w:spacing w:after="0"/>
      </w:pPr>
      <w:r>
        <w:t>3) c) large</w:t>
      </w:r>
    </w:p>
    <w:p>
      <w:pPr>
        <w:spacing w:after="0"/>
      </w:pPr>
      <w:r>
        <w:t>4) a) hilarious</w:t>
      </w:r>
    </w:p>
    <w:p>
      <w:pPr>
        <w:spacing w:after="0"/>
      </w:pPr>
      <w:r>
        <w:t>5) b) difficult</w:t>
      </w:r>
    </w:p>
    <w:p>
      <w:r>
        <w:rPr>
          <w:b/>
        </w:rPr>
        <w:t>3. Reading</w:t>
      </w:r>
    </w:p>
    <w:p>
      <w:pPr>
        <w:spacing w:after="0"/>
      </w:pPr>
      <w:r>
        <w:t>1) a) Happy</w:t>
      </w:r>
    </w:p>
    <w:p>
      <w:pPr>
        <w:spacing w:after="0"/>
      </w:pPr>
      <w:r>
        <w:t>2) b) Because the lion roared.</w:t>
      </w:r>
    </w:p>
    <w:p>
      <w:pPr>
        <w:spacing w:after="0"/>
      </w:pPr>
      <w:r>
        <w:t>3) c) very funny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