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Sinônimos, antônimos e a horta da Mia</w:t>
      </w:r>
    </w:p>
    <w:p>
      <w:r>
        <w:rPr>
          <w:color w:val="6B6B6B"/>
          <w:sz w:val="18"/>
        </w:rPr>
        <w:t>4º ano e 5º ano · Reading comprehension (interpretação)</w:t>
      </w:r>
    </w:p>
    <w:p>
      <w:pPr>
        <w:pStyle w:val="Heading2"/>
      </w:pPr>
      <w:r>
        <w:t>1. Synonyms and antonyms</w:t>
      </w:r>
    </w:p>
    <w:p>
      <w:r>
        <w:rPr>
          <w:i/>
        </w:rPr>
        <w:t>Choose the correct word.</w:t>
      </w:r>
    </w:p>
    <w:p>
      <w:pPr>
        <w:keepNext/>
        <w:spacing w:before="120"/>
      </w:pPr>
      <w:r>
        <w:t>1. A synonym for "happy" is...</w:t>
      </w:r>
    </w:p>
    <w:p>
      <w:pPr>
        <w:spacing w:after="0"/>
        <w:ind w:left="454"/>
      </w:pPr>
      <w:r>
        <w:t>(   ) a) sad</w:t>
      </w:r>
    </w:p>
    <w:p>
      <w:pPr>
        <w:spacing w:after="0"/>
        <w:ind w:left="454"/>
      </w:pPr>
      <w:r>
        <w:t>(   ) b) joyful</w:t>
      </w:r>
    </w:p>
    <w:p>
      <w:pPr>
        <w:spacing w:after="0"/>
        <w:ind w:left="454"/>
      </w:pPr>
      <w:r>
        <w:t>(   ) c) tired</w:t>
      </w:r>
    </w:p>
    <w:p>
      <w:pPr>
        <w:keepNext/>
        <w:spacing w:before="120"/>
      </w:pPr>
      <w:r>
        <w:t>2. An antonym for "happy" is...</w:t>
      </w:r>
    </w:p>
    <w:p>
      <w:pPr>
        <w:spacing w:after="0"/>
        <w:ind w:left="454"/>
      </w:pPr>
      <w:r>
        <w:t>(   ) a) sad</w:t>
      </w:r>
    </w:p>
    <w:p>
      <w:pPr>
        <w:spacing w:after="0"/>
        <w:ind w:left="454"/>
      </w:pPr>
      <w:r>
        <w:t>(   ) b) glad</w:t>
      </w:r>
    </w:p>
    <w:p>
      <w:pPr>
        <w:spacing w:after="0"/>
        <w:ind w:left="454"/>
      </w:pPr>
      <w:r>
        <w:t>(   ) c) cheerful</w:t>
      </w:r>
    </w:p>
    <w:p>
      <w:pPr>
        <w:keepNext/>
        <w:spacing w:before="120"/>
      </w:pPr>
      <w:r>
        <w:t>3. A synonym for "difficult" is...</w:t>
      </w:r>
    </w:p>
    <w:p>
      <w:pPr>
        <w:spacing w:after="0"/>
        <w:ind w:left="454"/>
      </w:pPr>
      <w:r>
        <w:t>(   ) a) easy</w:t>
      </w:r>
    </w:p>
    <w:p>
      <w:pPr>
        <w:spacing w:after="0"/>
        <w:ind w:left="454"/>
      </w:pPr>
      <w:r>
        <w:t>(   ) b) simple</w:t>
      </w:r>
    </w:p>
    <w:p>
      <w:pPr>
        <w:spacing w:after="0"/>
        <w:ind w:left="454"/>
      </w:pPr>
      <w:r>
        <w:t>(   ) c) hard</w:t>
      </w:r>
    </w:p>
    <w:p>
      <w:pPr>
        <w:keepNext/>
        <w:spacing w:before="120"/>
      </w:pPr>
      <w:r>
        <w:t>4. An antonym for "difficult" is...</w:t>
      </w:r>
    </w:p>
    <w:p>
      <w:pPr>
        <w:spacing w:after="0"/>
        <w:ind w:left="454"/>
      </w:pPr>
      <w:r>
        <w:t>(   ) a) easy</w:t>
      </w:r>
    </w:p>
    <w:p>
      <w:pPr>
        <w:spacing w:after="0"/>
        <w:ind w:left="454"/>
      </w:pPr>
      <w:r>
        <w:t>(   ) b) hard</w:t>
      </w:r>
    </w:p>
    <w:p>
      <w:pPr>
        <w:spacing w:after="0"/>
        <w:ind w:left="454"/>
      </w:pPr>
      <w:r>
        <w:t>(   ) c) tough</w:t>
      </w:r>
    </w:p>
    <w:p>
      <w:pPr>
        <w:keepNext/>
        <w:spacing w:before="120"/>
      </w:pPr>
      <w:r>
        <w:t>5. An antonym for "big" is...</w:t>
      </w:r>
    </w:p>
    <w:p>
      <w:pPr>
        <w:spacing w:after="0"/>
        <w:ind w:left="454"/>
      </w:pPr>
      <w:r>
        <w:t>(   ) a) large</w:t>
      </w:r>
    </w:p>
    <w:p>
      <w:pPr>
        <w:spacing w:after="0"/>
        <w:ind w:left="454"/>
      </w:pPr>
      <w:r>
        <w:t>(   ) b) huge</w:t>
      </w:r>
    </w:p>
    <w:p>
      <w:pPr>
        <w:spacing w:after="0"/>
        <w:ind w:left="454"/>
      </w:pPr>
      <w:r>
        <w:t>(   ) c) small</w:t>
      </w:r>
    </w:p>
    <w:p>
      <w:pPr>
        <w:pStyle w:val="Heading2"/>
      </w:pPr>
      <w:r>
        <w:t>2. Reading</w:t>
      </w:r>
    </w:p>
    <w:p>
      <w:r>
        <w:rPr>
          <w:i/>
        </w:rPr>
        <w:t>Read the text and choose the correct answer.</w:t>
      </w:r>
    </w:p>
    <w:p>
      <w:r>
        <w:rPr>
          <w:b/>
        </w:rPr>
        <w:t>Mia's garden</w:t>
      </w:r>
    </w:p>
    <w:p>
      <w:pPr>
        <w:ind w:left="340"/>
      </w:pPr>
      <w:r>
        <w:t>Mia has a big garden where she grows vegetables. Her favorite vegetables to grow are tomatoes and carrots. Every morning, Mia waters her plants and checks if any are ready to be picked.</w:t>
      </w:r>
    </w:p>
    <w:p>
      <w:pPr>
        <w:keepNext/>
        <w:spacing w:before="120"/>
      </w:pPr>
      <w:r>
        <w:t>1. What does Mia have?</w:t>
      </w:r>
    </w:p>
    <w:p>
      <w:pPr>
        <w:spacing w:after="0"/>
        <w:ind w:left="454"/>
      </w:pPr>
      <w:r>
        <w:t>(   ) a) A big garden</w:t>
      </w:r>
    </w:p>
    <w:p>
      <w:pPr>
        <w:spacing w:after="0"/>
        <w:ind w:left="454"/>
      </w:pPr>
      <w:r>
        <w:t>(   ) b) A small dog</w:t>
      </w:r>
    </w:p>
    <w:p>
      <w:pPr>
        <w:spacing w:after="0"/>
        <w:ind w:left="454"/>
      </w:pPr>
      <w:r>
        <w:t>(   ) c) A big house</w:t>
      </w:r>
    </w:p>
    <w:p>
      <w:pPr>
        <w:keepNext/>
        <w:spacing w:before="120"/>
      </w:pPr>
      <w:r>
        <w:t>2. What are Mia's favorite vegetables to grow?</w:t>
      </w:r>
    </w:p>
    <w:p>
      <w:pPr>
        <w:spacing w:after="0"/>
        <w:ind w:left="454"/>
      </w:pPr>
      <w:r>
        <w:t>(   ) a) Potatoes and onions</w:t>
      </w:r>
    </w:p>
    <w:p>
      <w:pPr>
        <w:spacing w:after="0"/>
        <w:ind w:left="454"/>
      </w:pPr>
      <w:r>
        <w:t>(   ) b) Tomatoes and carrots</w:t>
      </w:r>
    </w:p>
    <w:p>
      <w:pPr>
        <w:spacing w:after="0"/>
        <w:ind w:left="454"/>
      </w:pPr>
      <w:r>
        <w:t>(   ) c) Lettuce and beans</w:t>
      </w:r>
    </w:p>
    <w:p>
      <w:pPr>
        <w:keepNext/>
        <w:spacing w:before="120"/>
      </w:pPr>
      <w:r>
        <w:t>3. What does Mia do every morning?</w:t>
      </w:r>
    </w:p>
    <w:p>
      <w:pPr>
        <w:spacing w:after="0"/>
        <w:ind w:left="454"/>
      </w:pPr>
      <w:r>
        <w:t>(   ) a) She sells vegetables.</w:t>
      </w:r>
    </w:p>
    <w:p>
      <w:pPr>
        <w:spacing w:after="0"/>
        <w:ind w:left="454"/>
      </w:pPr>
      <w:r>
        <w:t>(   ) b) She cooks lunch.</w:t>
      </w:r>
    </w:p>
    <w:p>
      <w:pPr>
        <w:spacing w:after="0"/>
        <w:ind w:left="454"/>
      </w:pPr>
      <w:r>
        <w:t>(   ) c) She waters her plants.</w:t>
      </w:r>
    </w:p>
    <w:p>
      <w:pPr>
        <w:pStyle w:val="Heading2"/>
      </w:pPr>
      <w:r>
        <w:t>3. True or false?</w:t>
      </w:r>
    </w:p>
    <w:p>
      <w:r>
        <w:rPr>
          <w:i/>
        </w:rPr>
        <w:t>Read the text again. True or false?</w:t>
      </w:r>
    </w:p>
    <w:p>
      <w:pPr>
        <w:keepNext/>
        <w:spacing w:before="120"/>
      </w:pPr>
      <w:r>
        <w:t>1. Mia's garden is small.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2. Mia grows vegetables.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3. Mia waters her plants every night.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4. Mia checks if the vegetables are ready to be picked.</w:t>
      </w:r>
    </w:p>
    <w:p>
      <w:pPr>
        <w:ind w:left="454"/>
      </w:pPr>
      <w:r>
        <w:t>(   ) True        (   ) False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Synonyms and antonyms</w:t>
      </w:r>
    </w:p>
    <w:p>
      <w:pPr>
        <w:spacing w:after="0"/>
      </w:pPr>
      <w:r>
        <w:t>1) b) joyful</w:t>
      </w:r>
    </w:p>
    <w:p>
      <w:pPr>
        <w:spacing w:after="0"/>
      </w:pPr>
      <w:r>
        <w:t>2) a) sad</w:t>
      </w:r>
    </w:p>
    <w:p>
      <w:pPr>
        <w:spacing w:after="0"/>
      </w:pPr>
      <w:r>
        <w:t>3) c) hard</w:t>
      </w:r>
    </w:p>
    <w:p>
      <w:pPr>
        <w:spacing w:after="0"/>
      </w:pPr>
      <w:r>
        <w:t>4) a) easy</w:t>
      </w:r>
    </w:p>
    <w:p>
      <w:pPr>
        <w:spacing w:after="0"/>
      </w:pPr>
      <w:r>
        <w:t>5) c) small</w:t>
      </w:r>
    </w:p>
    <w:p>
      <w:r>
        <w:rPr>
          <w:b/>
        </w:rPr>
        <w:t>2. Reading</w:t>
      </w:r>
    </w:p>
    <w:p>
      <w:pPr>
        <w:spacing w:after="0"/>
      </w:pPr>
      <w:r>
        <w:t>1) a) A big garden</w:t>
      </w:r>
    </w:p>
    <w:p>
      <w:pPr>
        <w:spacing w:after="0"/>
      </w:pPr>
      <w:r>
        <w:t>2) b) Tomatoes and carrots</w:t>
      </w:r>
    </w:p>
    <w:p>
      <w:pPr>
        <w:spacing w:after="0"/>
      </w:pPr>
      <w:r>
        <w:t>3) c) She waters her plants.</w:t>
      </w:r>
    </w:p>
    <w:p>
      <w:r>
        <w:rPr>
          <w:b/>
        </w:rPr>
        <w:t>3. True or false?</w:t>
      </w:r>
    </w:p>
    <w:p>
      <w:pPr>
        <w:spacing w:after="0"/>
      </w:pPr>
      <w:r>
        <w:t>1) False</w:t>
      </w:r>
    </w:p>
    <w:p>
      <w:pPr>
        <w:spacing w:after="0"/>
      </w:pPr>
      <w:r>
        <w:t>2) True</w:t>
      </w:r>
    </w:p>
    <w:p>
      <w:pPr>
        <w:spacing w:after="0"/>
      </w:pPr>
      <w:r>
        <w:t>3) False</w:t>
      </w:r>
    </w:p>
    <w:p>
      <w:pPr>
        <w:spacing w:after="0"/>
      </w:pPr>
      <w:r>
        <w:t>4) True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2024-06-03T00:00:00Z</dcterms:created>
  <dcterms:modified xsi:type="dcterms:W3CDTF">2024-06-03T00:00:00Z</dcterms:modified>
  <cp:category/>
</cp:coreProperties>
</file>