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Summer words: palavras do verão</w:t>
      </w:r>
    </w:p>
    <w:p>
      <w:r>
        <w:rPr>
          <w:color w:val="6B6B6B"/>
          <w:sz w:val="18"/>
        </w:rPr>
        <w:t>5 anos · Weather and seasons (clima)</w:t>
      </w:r>
    </w:p>
    <w:p>
      <w:pPr>
        <w:pStyle w:val="Heading2"/>
      </w:pPr>
      <w:r>
        <w:t>1. Summer pattern</w:t>
      </w:r>
    </w:p>
    <w:p>
      <w:r>
        <w:rPr>
          <w:i/>
        </w:rPr>
        <w:t>Olhe a sequência. O que vem depois? (What comes next?)</w:t>
      </w:r>
    </w:p>
    <w:p>
      <w:pPr>
        <w:keepNext/>
        <w:spacing w:before="120"/>
      </w:pPr>
      <w:r>
        <w:t>1. ☀️🍉☀️🍉☀️  What comes next?</w:t>
      </w:r>
    </w:p>
    <w:p>
      <w:pPr>
        <w:spacing w:after="0"/>
        <w:ind w:left="454"/>
      </w:pPr>
      <w:r>
        <w:t>(   ) a) ☀️</w:t>
      </w:r>
    </w:p>
    <w:p>
      <w:pPr>
        <w:spacing w:after="0"/>
        <w:ind w:left="454"/>
      </w:pPr>
      <w:r>
        <w:t>(   ) b) 🍉</w:t>
      </w:r>
    </w:p>
    <w:p>
      <w:pPr>
        <w:keepNext/>
        <w:spacing w:before="120"/>
      </w:pPr>
      <w:r>
        <w:t>2. 🐚⭐🐚⭐  What comes next?</w:t>
      </w:r>
    </w:p>
    <w:p>
      <w:pPr>
        <w:spacing w:after="0"/>
        <w:ind w:left="454"/>
      </w:pPr>
      <w:r>
        <w:t>(   ) a) 🐚</w:t>
      </w:r>
    </w:p>
    <w:p>
      <w:pPr>
        <w:spacing w:after="0"/>
        <w:ind w:left="454"/>
      </w:pPr>
      <w:r>
        <w:t>(   ) b) ⭐</w:t>
      </w:r>
    </w:p>
    <w:p>
      <w:pPr>
        <w:keepNext/>
        <w:spacing w:before="120"/>
      </w:pPr>
      <w:r>
        <w:t>3. 🍦🕶️🍦🕶️🍦  What comes next?</w:t>
      </w:r>
    </w:p>
    <w:p>
      <w:pPr>
        <w:spacing w:after="0"/>
        <w:ind w:left="454"/>
      </w:pPr>
      <w:r>
        <w:t>(   ) a) 🍦</w:t>
      </w:r>
    </w:p>
    <w:p>
      <w:pPr>
        <w:spacing w:after="0"/>
        <w:ind w:left="454"/>
      </w:pPr>
      <w:r>
        <w:t>(   ) b) 🕶️</w:t>
      </w:r>
    </w:p>
    <w:p>
      <w:pPr>
        <w:pStyle w:val="Heading2"/>
      </w:pPr>
      <w:r>
        <w:t>2. Summer memory</w:t>
      </w:r>
    </w:p>
    <w:p>
      <w:r>
        <w:rPr>
          <w:i/>
        </w:rPr>
        <w:t>Olhe a figura e escolha o nome em inglês. (Look and choose the name in English.)</w:t>
      </w:r>
    </w:p>
    <w:p>
      <w:pPr>
        <w:keepNext/>
        <w:spacing w:before="120"/>
      </w:pPr>
      <w:r>
        <w:t>1. 🍉  What is it?</w:t>
      </w:r>
    </w:p>
    <w:p>
      <w:pPr>
        <w:spacing w:after="0"/>
        <w:ind w:left="454"/>
      </w:pPr>
      <w:r>
        <w:t>(   ) a) watermelon</w:t>
      </w:r>
    </w:p>
    <w:p>
      <w:pPr>
        <w:spacing w:after="0"/>
        <w:ind w:left="454"/>
      </w:pPr>
      <w:r>
        <w:t>(   ) b) ice cream</w:t>
      </w:r>
    </w:p>
    <w:p>
      <w:pPr>
        <w:keepNext/>
        <w:spacing w:before="120"/>
      </w:pPr>
      <w:r>
        <w:t>2. 🌊  What is it?</w:t>
      </w:r>
    </w:p>
    <w:p>
      <w:pPr>
        <w:spacing w:after="0"/>
        <w:ind w:left="454"/>
      </w:pPr>
      <w:r>
        <w:t>(   ) a) sun</w:t>
      </w:r>
    </w:p>
    <w:p>
      <w:pPr>
        <w:spacing w:after="0"/>
        <w:ind w:left="454"/>
      </w:pPr>
      <w:r>
        <w:t>(   ) b) wave</w:t>
      </w:r>
    </w:p>
    <w:p>
      <w:pPr>
        <w:keepNext/>
        <w:spacing w:before="120"/>
      </w:pPr>
      <w:r>
        <w:t>3. 🏄  What is it?</w:t>
      </w:r>
    </w:p>
    <w:p>
      <w:pPr>
        <w:spacing w:after="0"/>
        <w:ind w:left="454"/>
      </w:pPr>
      <w:r>
        <w:t>(   ) a) surfing</w:t>
      </w:r>
    </w:p>
    <w:p>
      <w:pPr>
        <w:spacing w:after="0"/>
        <w:ind w:left="454"/>
      </w:pPr>
      <w:r>
        <w:t>(   ) b) sleeping</w:t>
      </w:r>
    </w:p>
    <w:p>
      <w:pPr>
        <w:keepNext/>
        <w:spacing w:before="120"/>
      </w:pPr>
      <w:r>
        <w:t>4. 🌴  What is it?</w:t>
      </w:r>
    </w:p>
    <w:p>
      <w:pPr>
        <w:spacing w:after="0"/>
        <w:ind w:left="454"/>
      </w:pPr>
      <w:r>
        <w:t>(   ) a) flower</w:t>
      </w:r>
    </w:p>
    <w:p>
      <w:pPr>
        <w:spacing w:after="0"/>
        <w:ind w:left="454"/>
      </w:pPr>
      <w:r>
        <w:t>(   ) b) palm tree</w:t>
      </w:r>
    </w:p>
    <w:p>
      <w:pPr>
        <w:pStyle w:val="Heading2"/>
      </w:pPr>
      <w:r>
        <w:t>3. Summer alphabet</w:t>
      </w:r>
    </w:p>
    <w:p>
      <w:r>
        <w:rPr>
          <w:i/>
        </w:rPr>
        <w:t>Com qual letra começa a palavra? (Which letter does it start with?)</w:t>
      </w:r>
    </w:p>
    <w:p>
      <w:pPr>
        <w:keepNext/>
        <w:spacing w:before="120"/>
      </w:pPr>
      <w:r>
        <w:t>1. 🏖️  beach</w:t>
      </w:r>
    </w:p>
    <w:p>
      <w:pPr>
        <w:spacing w:after="0"/>
        <w:ind w:left="454"/>
      </w:pPr>
      <w:r>
        <w:t>(   ) a) B</w:t>
      </w:r>
    </w:p>
    <w:p>
      <w:pPr>
        <w:spacing w:after="0"/>
        <w:ind w:left="454"/>
      </w:pPr>
      <w:r>
        <w:t>(   ) b) P</w:t>
      </w:r>
    </w:p>
    <w:p>
      <w:pPr>
        <w:spacing w:after="0"/>
        <w:ind w:left="454"/>
      </w:pPr>
      <w:r>
        <w:t>(   ) c) D</w:t>
      </w:r>
    </w:p>
    <w:p>
      <w:pPr>
        <w:keepNext/>
        <w:spacing w:before="120"/>
      </w:pPr>
      <w:r>
        <w:t>2. ☀️  sun</w:t>
      </w:r>
    </w:p>
    <w:p>
      <w:pPr>
        <w:spacing w:after="0"/>
        <w:ind w:left="454"/>
      </w:pPr>
      <w:r>
        <w:t>(   ) a) C</w:t>
      </w:r>
    </w:p>
    <w:p>
      <w:pPr>
        <w:spacing w:after="0"/>
        <w:ind w:left="454"/>
      </w:pPr>
      <w:r>
        <w:t>(   ) b) S</w:t>
      </w:r>
    </w:p>
    <w:p>
      <w:pPr>
        <w:spacing w:after="0"/>
        <w:ind w:left="454"/>
      </w:pPr>
      <w:r>
        <w:t>(   ) c) Z</w:t>
      </w:r>
    </w:p>
    <w:p>
      <w:pPr>
        <w:keepNext/>
        <w:spacing w:before="120"/>
      </w:pPr>
      <w:r>
        <w:t>3. 🐚  shell</w:t>
      </w:r>
    </w:p>
    <w:p>
      <w:pPr>
        <w:spacing w:after="0"/>
        <w:ind w:left="454"/>
      </w:pPr>
      <w:r>
        <w:t>(   ) a) C</w:t>
      </w:r>
    </w:p>
    <w:p>
      <w:pPr>
        <w:spacing w:after="0"/>
        <w:ind w:left="454"/>
      </w:pPr>
      <w:r>
        <w:t>(   ) b) X</w:t>
      </w:r>
    </w:p>
    <w:p>
      <w:pPr>
        <w:spacing w:after="0"/>
        <w:ind w:left="454"/>
      </w:pPr>
      <w:r>
        <w:t>(   ) c) S</w:t>
      </w:r>
    </w:p>
    <w:p>
      <w:pPr>
        <w:keepNext/>
        <w:spacing w:before="120"/>
      </w:pPr>
      <w:r>
        <w:t>4. 🍦  ice cream</w:t>
      </w:r>
    </w:p>
    <w:p>
      <w:pPr>
        <w:spacing w:after="0"/>
        <w:ind w:left="454"/>
      </w:pPr>
      <w:r>
        <w:t>(   ) a) I</w:t>
      </w:r>
    </w:p>
    <w:p>
      <w:pPr>
        <w:spacing w:after="0"/>
        <w:ind w:left="454"/>
      </w:pPr>
      <w:r>
        <w:t>(   ) b) E</w:t>
      </w:r>
    </w:p>
    <w:p>
      <w:pPr>
        <w:spacing w:after="0"/>
        <w:ind w:left="454"/>
      </w:pPr>
      <w:r>
        <w:t>(   ) c) A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Summer pattern</w:t>
      </w:r>
    </w:p>
    <w:p>
      <w:pPr>
        <w:spacing w:after="0"/>
      </w:pPr>
      <w:r>
        <w:t>1) b) 🍉</w:t>
      </w:r>
    </w:p>
    <w:p>
      <w:pPr>
        <w:spacing w:after="0"/>
      </w:pPr>
      <w:r>
        <w:t>2) a) 🐚</w:t>
      </w:r>
    </w:p>
    <w:p>
      <w:pPr>
        <w:spacing w:after="0"/>
      </w:pPr>
      <w:r>
        <w:t>3) b) 🕶️</w:t>
      </w:r>
    </w:p>
    <w:p>
      <w:r>
        <w:rPr>
          <w:b/>
        </w:rPr>
        <w:t>2. Summer memory</w:t>
      </w:r>
    </w:p>
    <w:p>
      <w:pPr>
        <w:spacing w:after="0"/>
      </w:pPr>
      <w:r>
        <w:t>1) a) watermelon</w:t>
      </w:r>
    </w:p>
    <w:p>
      <w:pPr>
        <w:spacing w:after="0"/>
      </w:pPr>
      <w:r>
        <w:t>2) b) wave</w:t>
      </w:r>
    </w:p>
    <w:p>
      <w:pPr>
        <w:spacing w:after="0"/>
      </w:pPr>
      <w:r>
        <w:t>3) a) surfing</w:t>
      </w:r>
    </w:p>
    <w:p>
      <w:pPr>
        <w:spacing w:after="0"/>
      </w:pPr>
      <w:r>
        <w:t>4) b) palm tree</w:t>
      </w:r>
    </w:p>
    <w:p>
      <w:r>
        <w:rPr>
          <w:b/>
        </w:rPr>
        <w:t>3. Summer alphabet</w:t>
      </w:r>
    </w:p>
    <w:p>
      <w:pPr>
        <w:spacing w:after="0"/>
      </w:pPr>
      <w:r>
        <w:t>1) a) B</w:t>
      </w:r>
    </w:p>
    <w:p>
      <w:pPr>
        <w:spacing w:after="0"/>
      </w:pPr>
      <w:r>
        <w:t>2) b) S</w:t>
      </w:r>
    </w:p>
    <w:p>
      <w:pPr>
        <w:spacing w:after="0"/>
      </w:pPr>
      <w:r>
        <w:t>3) c) S</w:t>
      </w:r>
    </w:p>
    <w:p>
      <w:pPr>
        <w:spacing w:after="0"/>
      </w:pPr>
      <w:r>
        <w:t>4) a) I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2026-07-17T00:00:00Z</dcterms:created>
  <dcterms:modified xsi:type="dcterms:W3CDTF">2026-07-17T00:00:00Z</dcterms:modified>
  <cp:category/>
</cp:coreProperties>
</file>