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Summer numbers: contando no verão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Count and choose</w:t>
      </w:r>
    </w:p>
    <w:p>
      <w:r>
        <w:rPr>
          <w:i/>
        </w:rPr>
        <w:t>Conte as figuras e escolha o número certo. (Count and choose the correct number.)</w:t>
      </w:r>
    </w:p>
    <w:p>
      <w:pPr>
        <w:keepNext/>
        <w:spacing w:before="120"/>
      </w:pPr>
      <w:r>
        <w:t>1. 🍉🍉🍉🍉🍉  How many watermelons?</w:t>
      </w:r>
    </w:p>
    <w:p>
      <w:pPr>
        <w:spacing w:after="0"/>
        <w:ind w:left="454"/>
      </w:pPr>
      <w:r>
        <w:t>(   ) a) 4</w:t>
      </w:r>
    </w:p>
    <w:p>
      <w:pPr>
        <w:spacing w:after="0"/>
        <w:ind w:left="454"/>
      </w:pPr>
      <w:r>
        <w:t>(   ) b) 5</w:t>
      </w:r>
    </w:p>
    <w:p>
      <w:pPr>
        <w:spacing w:after="0"/>
        <w:ind w:left="454"/>
      </w:pPr>
      <w:r>
        <w:t>(   ) c) 6</w:t>
      </w:r>
    </w:p>
    <w:p>
      <w:pPr>
        <w:keepNext/>
        <w:spacing w:before="120"/>
      </w:pPr>
      <w:r>
        <w:t>2. 🐚🐚🐚  How many seashells?</w:t>
      </w:r>
    </w:p>
    <w:p>
      <w:pPr>
        <w:spacing w:after="0"/>
        <w:ind w:left="454"/>
      </w:pPr>
      <w:r>
        <w:t>(   ) a) 3</w:t>
      </w:r>
    </w:p>
    <w:p>
      <w:pPr>
        <w:spacing w:after="0"/>
        <w:ind w:left="454"/>
      </w:pPr>
      <w:r>
        <w:t>(   ) b) 4</w:t>
      </w:r>
    </w:p>
    <w:p>
      <w:pPr>
        <w:spacing w:after="0"/>
        <w:ind w:left="454"/>
      </w:pPr>
      <w:r>
        <w:t>(   ) c) 5</w:t>
      </w:r>
    </w:p>
    <w:p>
      <w:pPr>
        <w:keepNext/>
        <w:spacing w:before="120"/>
      </w:pPr>
      <w:r>
        <w:t>3. 🍦🍦🍦🍦🍦🍦  How many ice creams?</w:t>
      </w:r>
    </w:p>
    <w:p>
      <w:pPr>
        <w:spacing w:after="0"/>
        <w:ind w:left="454"/>
      </w:pPr>
      <w:r>
        <w:t>(   ) a) 2</w:t>
      </w:r>
    </w:p>
    <w:p>
      <w:pPr>
        <w:spacing w:after="0"/>
        <w:ind w:left="454"/>
      </w:pPr>
      <w:r>
        <w:t>(   ) b) 4</w:t>
      </w:r>
    </w:p>
    <w:p>
      <w:pPr>
        <w:spacing w:after="0"/>
        <w:ind w:left="454"/>
      </w:pPr>
      <w:r>
        <w:t>(   ) c) 6</w:t>
      </w:r>
    </w:p>
    <w:p>
      <w:pPr>
        <w:keepNext/>
        <w:spacing w:before="120"/>
      </w:pPr>
      <w:r>
        <w:t>4. 🩴🩴🩴🩴🩴🩴🩴🩴  How many flip flops?</w:t>
      </w:r>
    </w:p>
    <w:p>
      <w:pPr>
        <w:spacing w:after="0"/>
        <w:ind w:left="454"/>
      </w:pPr>
      <w:r>
        <w:t>(   ) a) 7</w:t>
      </w:r>
    </w:p>
    <w:p>
      <w:pPr>
        <w:spacing w:after="0"/>
        <w:ind w:left="454"/>
      </w:pPr>
      <w:r>
        <w:t>(   ) b) 8</w:t>
      </w:r>
    </w:p>
    <w:p>
      <w:pPr>
        <w:spacing w:after="0"/>
        <w:ind w:left="454"/>
      </w:pPr>
      <w:r>
        <w:t>(   ) c) 9</w:t>
      </w:r>
    </w:p>
    <w:p>
      <w:pPr>
        <w:keepNext/>
        <w:spacing w:before="120"/>
      </w:pPr>
      <w:r>
        <w:t>5. ⛱️⛱️⛱️⛱️⛱️⛱️⛱️  How many umbrellas?</w:t>
      </w:r>
    </w:p>
    <w:p>
      <w:pPr>
        <w:spacing w:after="0"/>
        <w:ind w:left="454"/>
      </w:pPr>
      <w:r>
        <w:t>(   ) a) 3</w:t>
      </w:r>
    </w:p>
    <w:p>
      <w:pPr>
        <w:spacing w:after="0"/>
        <w:ind w:left="454"/>
      </w:pPr>
      <w:r>
        <w:t>(   ) b) 5</w:t>
      </w:r>
    </w:p>
    <w:p>
      <w:pPr>
        <w:spacing w:after="0"/>
        <w:ind w:left="454"/>
      </w:pPr>
      <w:r>
        <w:t>(   ) c) 7</w:t>
      </w:r>
    </w:p>
    <w:p>
      <w:pPr>
        <w:keepNext/>
        <w:spacing w:before="120"/>
      </w:pPr>
      <w:r>
        <w:t>6. 🦀🦀🦀🦀🦀🦀  How many crabs?</w:t>
      </w:r>
    </w:p>
    <w:p>
      <w:pPr>
        <w:spacing w:after="0"/>
        <w:ind w:left="454"/>
      </w:pPr>
      <w:r>
        <w:t>(   ) a) 6</w:t>
      </w:r>
    </w:p>
    <w:p>
      <w:pPr>
        <w:spacing w:after="0"/>
        <w:ind w:left="454"/>
      </w:pPr>
      <w:r>
        <w:t>(   ) b) 7</w:t>
      </w:r>
    </w:p>
    <w:p>
      <w:pPr>
        <w:spacing w:after="0"/>
        <w:ind w:left="454"/>
      </w:pPr>
      <w:r>
        <w:t>(   ) c) 8</w:t>
      </w:r>
    </w:p>
    <w:p>
      <w:pPr>
        <w:keepNext/>
        <w:spacing w:before="120"/>
      </w:pPr>
      <w:r>
        <w:t>7. 🐠🐠🐠🐠🐠🐠🐠🐠🐠  How many fish?</w:t>
      </w:r>
    </w:p>
    <w:p>
      <w:pPr>
        <w:spacing w:after="0"/>
        <w:ind w:left="454"/>
      </w:pPr>
      <w:r>
        <w:t>(   ) a) 3</w:t>
      </w:r>
    </w:p>
    <w:p>
      <w:pPr>
        <w:spacing w:after="0"/>
        <w:ind w:left="454"/>
      </w:pPr>
      <w:r>
        <w:t>(   ) b) 8</w:t>
      </w:r>
    </w:p>
    <w:p>
      <w:pPr>
        <w:spacing w:after="0"/>
        <w:ind w:left="454"/>
      </w:pPr>
      <w:r>
        <w:t>(   ) c) 9</w:t>
      </w:r>
    </w:p>
    <w:p>
      <w:pPr>
        <w:keepNext/>
        <w:spacing w:before="120"/>
      </w:pPr>
      <w:r>
        <w:t>8. 🥥🥥🥥🥥🥥🥥🥥🥥🥥🥥  How many coconuts?</w:t>
      </w:r>
    </w:p>
    <w:p>
      <w:pPr>
        <w:spacing w:after="0"/>
        <w:ind w:left="454"/>
      </w:pPr>
      <w:r>
        <w:t>(   ) a) 10</w:t>
      </w:r>
    </w:p>
    <w:p>
      <w:pPr>
        <w:spacing w:after="0"/>
        <w:ind w:left="454"/>
      </w:pPr>
      <w:r>
        <w:t>(   ) b) 9</w:t>
      </w:r>
    </w:p>
    <w:p>
      <w:pPr>
        <w:spacing w:after="0"/>
        <w:ind w:left="454"/>
      </w:pPr>
      <w:r>
        <w:t>(   ) c) 8</w:t>
      </w:r>
    </w:p>
    <w:p>
      <w:pPr>
        <w:pStyle w:val="Heading2"/>
      </w:pPr>
      <w:r>
        <w:t>2. Yes or no?</w:t>
      </w:r>
    </w:p>
    <w:p>
      <w:r>
        <w:rPr>
          <w:i/>
        </w:rPr>
        <w:t>Conte as figuras. Está certo? (Yes = sim / No = não)</w:t>
      </w:r>
    </w:p>
    <w:p>
      <w:pPr>
        <w:keepNext/>
        <w:spacing w:before="120"/>
      </w:pPr>
      <w:r>
        <w:t>1. 🐚🐚🐚🐚  Four seashells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🍦🍦  Three ice creams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☀️  One sun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🦀🦀🦀🦀🦀  Five crabs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🍉🍉  Ten watermelons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Count and choose</w:t>
      </w:r>
    </w:p>
    <w:p>
      <w:pPr>
        <w:spacing w:after="0"/>
      </w:pPr>
      <w:r>
        <w:t>1) b) 5</w:t>
      </w:r>
    </w:p>
    <w:p>
      <w:pPr>
        <w:spacing w:after="0"/>
      </w:pPr>
      <w:r>
        <w:t>2) a) 3</w:t>
      </w:r>
    </w:p>
    <w:p>
      <w:pPr>
        <w:spacing w:after="0"/>
      </w:pPr>
      <w:r>
        <w:t>3) c) 6</w:t>
      </w:r>
    </w:p>
    <w:p>
      <w:pPr>
        <w:spacing w:after="0"/>
      </w:pPr>
      <w:r>
        <w:t>4) b) 8</w:t>
      </w:r>
    </w:p>
    <w:p>
      <w:pPr>
        <w:spacing w:after="0"/>
      </w:pPr>
      <w:r>
        <w:t>5) c) 7</w:t>
      </w:r>
    </w:p>
    <w:p>
      <w:pPr>
        <w:spacing w:after="0"/>
      </w:pPr>
      <w:r>
        <w:t>6) a) 6</w:t>
      </w:r>
    </w:p>
    <w:p>
      <w:pPr>
        <w:spacing w:after="0"/>
      </w:pPr>
      <w:r>
        <w:t>7) c) 9</w:t>
      </w:r>
    </w:p>
    <w:p>
      <w:pPr>
        <w:spacing w:after="0"/>
      </w:pPr>
      <w:r>
        <w:t>8) a) 10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Yes</w:t>
      </w:r>
    </w:p>
    <w:p>
      <w:pPr>
        <w:spacing w:after="0"/>
      </w:pPr>
      <w:r>
        <w:t>5)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2026-09-16T00:00:00Z</dcterms:created>
  <dcterms:modified xsi:type="dcterms:W3CDTF">2026-09-16T00:00:00Z</dcterms:modified>
  <cp:category/>
</cp:coreProperties>
</file>