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Summer counting: contando no verão</w:t>
      </w:r>
    </w:p>
    <w:p>
      <w:r>
        <w:rPr>
          <w:color w:val="6B6B6B"/>
          <w:sz w:val="18"/>
        </w:rPr>
        <w:t>4 anos e 5 anos · Numbers (números)</w:t>
      </w:r>
    </w:p>
    <w:p>
      <w:pPr>
        <w:pStyle w:val="Heading2"/>
      </w:pPr>
      <w:r>
        <w:t>1. Let's count!</w:t>
      </w:r>
    </w:p>
    <w:p>
      <w:r>
        <w:rPr>
          <w:i/>
        </w:rPr>
        <w:t>Conte as figuras e escolha o número. (Count and choose.)</w:t>
      </w:r>
    </w:p>
    <w:p>
      <w:pPr>
        <w:keepNext/>
        <w:spacing w:before="120"/>
      </w:pPr>
      <w:r>
        <w:t>1. 🐚🐚🐚  How many shells?</w:t>
      </w:r>
    </w:p>
    <w:p>
      <w:pPr>
        <w:spacing w:after="0"/>
        <w:ind w:left="454"/>
      </w:pPr>
      <w:r>
        <w:t>(   ) a) two</w:t>
      </w:r>
    </w:p>
    <w:p>
      <w:pPr>
        <w:spacing w:after="0"/>
        <w:ind w:left="454"/>
      </w:pPr>
      <w:r>
        <w:t>(   ) b) three</w:t>
      </w:r>
    </w:p>
    <w:p>
      <w:pPr>
        <w:spacing w:after="0"/>
        <w:ind w:left="454"/>
      </w:pPr>
      <w:r>
        <w:t>(   ) c) four</w:t>
      </w:r>
    </w:p>
    <w:p>
      <w:pPr>
        <w:keepNext/>
        <w:spacing w:before="120"/>
      </w:pPr>
      <w:r>
        <w:t>2. ☀️  How many suns?</w:t>
      </w:r>
    </w:p>
    <w:p>
      <w:pPr>
        <w:spacing w:after="0"/>
        <w:ind w:left="454"/>
      </w:pPr>
      <w:r>
        <w:t>(   ) a) one</w:t>
      </w:r>
    </w:p>
    <w:p>
      <w:pPr>
        <w:spacing w:after="0"/>
        <w:ind w:left="454"/>
      </w:pPr>
      <w:r>
        <w:t>(   ) b) two</w:t>
      </w:r>
    </w:p>
    <w:p>
      <w:pPr>
        <w:spacing w:after="0"/>
        <w:ind w:left="454"/>
      </w:pPr>
      <w:r>
        <w:t>(   ) c) five</w:t>
      </w:r>
    </w:p>
    <w:p>
      <w:pPr>
        <w:keepNext/>
        <w:spacing w:before="120"/>
      </w:pPr>
      <w:r>
        <w:t>3. 🍦🍦🍦🍦  How many ice creams?</w:t>
      </w:r>
    </w:p>
    <w:p>
      <w:pPr>
        <w:spacing w:after="0"/>
        <w:ind w:left="454"/>
      </w:pPr>
      <w:r>
        <w:t>(   ) a) three</w:t>
      </w:r>
    </w:p>
    <w:p>
      <w:pPr>
        <w:spacing w:after="0"/>
        <w:ind w:left="454"/>
      </w:pPr>
      <w:r>
        <w:t>(   ) b) five</w:t>
      </w:r>
    </w:p>
    <w:p>
      <w:pPr>
        <w:spacing w:after="0"/>
        <w:ind w:left="454"/>
      </w:pPr>
      <w:r>
        <w:t>(   ) c) four</w:t>
      </w:r>
    </w:p>
    <w:p>
      <w:pPr>
        <w:keepNext/>
        <w:spacing w:before="120"/>
      </w:pPr>
      <w:r>
        <w:t>4. 🦀🦀  How many crabs?</w:t>
      </w:r>
    </w:p>
    <w:p>
      <w:pPr>
        <w:spacing w:after="0"/>
        <w:ind w:left="454"/>
      </w:pPr>
      <w:r>
        <w:t>(   ) a) two</w:t>
      </w:r>
    </w:p>
    <w:p>
      <w:pPr>
        <w:spacing w:after="0"/>
        <w:ind w:left="454"/>
      </w:pPr>
      <w:r>
        <w:t>(   ) b) one</w:t>
      </w:r>
    </w:p>
    <w:p>
      <w:pPr>
        <w:spacing w:after="0"/>
        <w:ind w:left="454"/>
      </w:pPr>
      <w:r>
        <w:t>(   ) c) three</w:t>
      </w:r>
    </w:p>
    <w:p>
      <w:pPr>
        <w:keepNext/>
        <w:spacing w:before="120"/>
      </w:pPr>
      <w:r>
        <w:t>5. ⛱️⛱️⛱️⛱️⛱️  How many umbrellas?</w:t>
      </w:r>
    </w:p>
    <w:p>
      <w:pPr>
        <w:spacing w:after="0"/>
        <w:ind w:left="454"/>
      </w:pPr>
      <w:r>
        <w:t>(   ) a) four</w:t>
      </w:r>
    </w:p>
    <w:p>
      <w:pPr>
        <w:spacing w:after="0"/>
        <w:ind w:left="454"/>
      </w:pPr>
      <w:r>
        <w:t>(   ) b) five</w:t>
      </w:r>
    </w:p>
    <w:p>
      <w:pPr>
        <w:spacing w:after="0"/>
        <w:ind w:left="454"/>
      </w:pPr>
      <w:r>
        <w:t>(   ) c) six</w:t>
      </w:r>
    </w:p>
    <w:p>
      <w:pPr>
        <w:pStyle w:val="Heading2"/>
      </w:pPr>
      <w:r>
        <w:t>2. Summer scavenger hunt</w:t>
      </w:r>
    </w:p>
    <w:p>
      <w:r>
        <w:rPr>
          <w:i/>
        </w:rPr>
        <w:t>Olhe a figura e escolha o nome. (Look and choose.)</w:t>
      </w:r>
    </w:p>
    <w:p>
      <w:pPr>
        <w:keepNext/>
        <w:spacing w:before="120"/>
      </w:pPr>
      <w:r>
        <w:t>1. 🕶️  What is it?</w:t>
      </w:r>
    </w:p>
    <w:p>
      <w:pPr>
        <w:spacing w:after="0"/>
        <w:ind w:left="454"/>
      </w:pPr>
      <w:r>
        <w:t>(   ) a) sunglasses</w:t>
      </w:r>
    </w:p>
    <w:p>
      <w:pPr>
        <w:spacing w:after="0"/>
        <w:ind w:left="454"/>
      </w:pPr>
      <w:r>
        <w:t>(   ) b) hat</w:t>
      </w:r>
    </w:p>
    <w:p>
      <w:pPr>
        <w:keepNext/>
        <w:spacing w:before="120"/>
      </w:pPr>
      <w:r>
        <w:t>2. 🏖️  What is it?</w:t>
      </w:r>
    </w:p>
    <w:p>
      <w:pPr>
        <w:spacing w:after="0"/>
        <w:ind w:left="454"/>
      </w:pPr>
      <w:r>
        <w:t>(   ) a) pool</w:t>
      </w:r>
    </w:p>
    <w:p>
      <w:pPr>
        <w:spacing w:after="0"/>
        <w:ind w:left="454"/>
      </w:pPr>
      <w:r>
        <w:t>(   ) b) beach</w:t>
      </w:r>
    </w:p>
    <w:p>
      <w:pPr>
        <w:keepNext/>
        <w:spacing w:before="120"/>
      </w:pPr>
      <w:r>
        <w:t>3. 🩴  What is it?</w:t>
      </w:r>
    </w:p>
    <w:p>
      <w:pPr>
        <w:spacing w:after="0"/>
        <w:ind w:left="454"/>
      </w:pPr>
      <w:r>
        <w:t>(   ) a) flip-flops</w:t>
      </w:r>
    </w:p>
    <w:p>
      <w:pPr>
        <w:spacing w:after="0"/>
        <w:ind w:left="454"/>
      </w:pPr>
      <w:r>
        <w:t>(   ) b) ball</w:t>
      </w:r>
    </w:p>
    <w:p>
      <w:pPr>
        <w:keepNext/>
        <w:spacing w:before="120"/>
      </w:pPr>
      <w:r>
        <w:t>4. 🏐  What is it?</w:t>
      </w:r>
    </w:p>
    <w:p>
      <w:pPr>
        <w:spacing w:after="0"/>
        <w:ind w:left="454"/>
      </w:pPr>
      <w:r>
        <w:t>(   ) a) shell</w:t>
      </w:r>
    </w:p>
    <w:p>
      <w:pPr>
        <w:spacing w:after="0"/>
        <w:ind w:left="454"/>
      </w:pPr>
      <w:r>
        <w:t>(   ) b) ball</w:t>
      </w:r>
    </w:p>
    <w:p>
      <w:pPr>
        <w:keepNext/>
        <w:spacing w:before="120"/>
      </w:pPr>
      <w:r>
        <w:t>5. 👒  What is it?</w:t>
      </w:r>
    </w:p>
    <w:p>
      <w:pPr>
        <w:spacing w:after="0"/>
        <w:ind w:left="454"/>
      </w:pPr>
      <w:r>
        <w:t>(   ) a) hat</w:t>
      </w:r>
    </w:p>
    <w:p>
      <w:pPr>
        <w:spacing w:after="0"/>
        <w:ind w:left="454"/>
      </w:pPr>
      <w:r>
        <w:t>(   ) b) sun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Let's count!</w:t>
      </w:r>
    </w:p>
    <w:p>
      <w:pPr>
        <w:spacing w:after="0"/>
      </w:pPr>
      <w:r>
        <w:t>1) b) three</w:t>
      </w:r>
    </w:p>
    <w:p>
      <w:pPr>
        <w:spacing w:after="0"/>
      </w:pPr>
      <w:r>
        <w:t>2) a) one</w:t>
      </w:r>
    </w:p>
    <w:p>
      <w:pPr>
        <w:spacing w:after="0"/>
      </w:pPr>
      <w:r>
        <w:t>3) c) four</w:t>
      </w:r>
    </w:p>
    <w:p>
      <w:pPr>
        <w:spacing w:after="0"/>
      </w:pPr>
      <w:r>
        <w:t>4) a) two</w:t>
      </w:r>
    </w:p>
    <w:p>
      <w:pPr>
        <w:spacing w:after="0"/>
      </w:pPr>
      <w:r>
        <w:t>5) b) five</w:t>
      </w:r>
    </w:p>
    <w:p>
      <w:r>
        <w:rPr>
          <w:b/>
        </w:rPr>
        <w:t>2. Summer scavenger hunt</w:t>
      </w:r>
    </w:p>
    <w:p>
      <w:pPr>
        <w:spacing w:after="0"/>
      </w:pPr>
      <w:r>
        <w:t>1) a) sunglasses</w:t>
      </w:r>
    </w:p>
    <w:p>
      <w:pPr>
        <w:spacing w:after="0"/>
      </w:pPr>
      <w:r>
        <w:t>2) b) beach</w:t>
      </w:r>
    </w:p>
    <w:p>
      <w:pPr>
        <w:spacing w:after="0"/>
      </w:pPr>
      <w:r>
        <w:t>3) a) flip-flops</w:t>
      </w:r>
    </w:p>
    <w:p>
      <w:pPr>
        <w:spacing w:after="0"/>
      </w:pPr>
      <w:r>
        <w:t>4) b) ball</w:t>
      </w:r>
    </w:p>
    <w:p>
      <w:pPr>
        <w:spacing w:after="0"/>
      </w:pPr>
      <w:r>
        <w:t>5) a) hat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2026-07-13T00:00:00Z</dcterms:created>
  <dcterms:modified xsi:type="dcterms:W3CDTF">2026-07-13T00:00:00Z</dcterms:modified>
  <cp:category/>
</cp:coreProperties>
</file>