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Subjunctive e parallel structure</w:t>
      </w:r>
    </w:p>
    <w:p>
      <w:r>
        <w:rPr>
          <w:color w:val="6B6B6B"/>
          <w:sz w:val="18"/>
        </w:rPr>
        <w:t>2ª série e 3ª série · Gerund and infinitive · BNCC: EM13LGG103, EM13LGG402</w:t>
      </w:r>
    </w:p>
    <w:p>
      <w:pPr>
        <w:pStyle w:val="Heading2"/>
      </w:pPr>
      <w:r>
        <w:t>1. Subjunctive mood</w:t>
      </w:r>
    </w:p>
    <w:p>
      <w:r>
        <w:rPr>
          <w:i/>
        </w:rPr>
        <w:t>After verbs like suggest, recommend, insist and expressions like "it is essential that", we use the base form of the verb (the subjunctive). Complete the sentences.</w:t>
      </w:r>
    </w:p>
    <w:p>
      <w:pPr>
        <w:keepNext/>
        <w:spacing w:before="120"/>
      </w:pPr>
      <w:r>
        <w:t>1. I suggest that he ______________ (go) to the doctor.</w:t>
      </w:r>
    </w:p>
    <w:p>
      <w:pPr>
        <w:keepNext/>
        <w:spacing w:before="120"/>
      </w:pPr>
      <w:r>
        <w:t>2. It is essential that she ______________ (be) present at the meeting.</w:t>
      </w:r>
    </w:p>
    <w:p>
      <w:pPr>
        <w:keepNext/>
        <w:spacing w:before="120"/>
      </w:pPr>
      <w:r>
        <w:t>3. The coach insists that every player ______________ (arrive) on time.</w:t>
      </w:r>
    </w:p>
    <w:p>
      <w:pPr>
        <w:keepNext/>
        <w:spacing w:before="120"/>
      </w:pPr>
      <w:r>
        <w:t>4. The doctor recommended that my father ______________ (eat) less sugar.</w:t>
      </w:r>
    </w:p>
    <w:p>
      <w:pPr>
        <w:keepNext/>
        <w:spacing w:before="120"/>
      </w:pPr>
      <w:r>
        <w:t>5. It is important that he ______________ (not / use) his phone during the exam.</w:t>
      </w:r>
    </w:p>
    <w:p>
      <w:pPr>
        <w:pStyle w:val="Heading2"/>
      </w:pPr>
      <w:r>
        <w:t>2. Find the correct sentence</w:t>
      </w:r>
    </w:p>
    <w:p>
      <w:r>
        <w:rPr>
          <w:i/>
        </w:rPr>
        <w:t>Choose the sentence that uses the subjunctive correctly.</w:t>
      </w:r>
    </w:p>
    <w:p>
      <w:pPr>
        <w:keepNext/>
        <w:spacing w:before="120"/>
      </w:pPr>
      <w:r>
        <w:t>1. Which sentence is correct?</w:t>
      </w:r>
    </w:p>
    <w:p>
      <w:pPr>
        <w:spacing w:after="0"/>
        <w:ind w:left="454"/>
      </w:pPr>
      <w:r>
        <w:t>(   ) a) I suggest that he goes to the doctor.</w:t>
      </w:r>
    </w:p>
    <w:p>
      <w:pPr>
        <w:spacing w:after="0"/>
        <w:ind w:left="454"/>
      </w:pPr>
      <w:r>
        <w:t>(   ) b) I suggest that he go to the doctor.</w:t>
      </w:r>
    </w:p>
    <w:p>
      <w:pPr>
        <w:spacing w:after="0"/>
        <w:ind w:left="454"/>
      </w:pPr>
      <w:r>
        <w:t>(   ) c) I suggest that he going to the doctor.</w:t>
      </w:r>
    </w:p>
    <w:p>
      <w:pPr>
        <w:keepNext/>
        <w:spacing w:before="120"/>
      </w:pPr>
      <w:r>
        <w:t>2. Which sentence is correct?</w:t>
      </w:r>
    </w:p>
    <w:p>
      <w:pPr>
        <w:spacing w:after="0"/>
        <w:ind w:left="454"/>
      </w:pPr>
      <w:r>
        <w:t>(   ) a) The teacher demands that we are quiet.</w:t>
      </w:r>
    </w:p>
    <w:p>
      <w:pPr>
        <w:spacing w:after="0"/>
        <w:ind w:left="454"/>
      </w:pPr>
      <w:r>
        <w:t>(   ) b) The teacher demands that we to be quiet.</w:t>
      </w:r>
    </w:p>
    <w:p>
      <w:pPr>
        <w:spacing w:after="0"/>
        <w:ind w:left="454"/>
      </w:pPr>
      <w:r>
        <w:t>(   ) c) The teacher demands that we be quiet.</w:t>
      </w:r>
    </w:p>
    <w:p>
      <w:pPr>
        <w:pStyle w:val="Heading2"/>
      </w:pPr>
      <w:r>
        <w:t>3. Parallel structure</w:t>
      </w:r>
    </w:p>
    <w:p>
      <w:r>
        <w:rPr>
          <w:i/>
        </w:rPr>
        <w:t>In a list, all the items should have the same grammatical form. Choose the sentence with parallel structure.</w:t>
      </w:r>
    </w:p>
    <w:p>
      <w:pPr>
        <w:keepNext/>
        <w:spacing w:before="120"/>
      </w:pPr>
      <w:r>
        <w:t>1. "She likes reading, to write, and jogging."</w:t>
      </w:r>
    </w:p>
    <w:p>
      <w:pPr>
        <w:spacing w:after="0"/>
        <w:ind w:left="454"/>
      </w:pPr>
      <w:r>
        <w:t>(   ) a) She likes reading, writing, and jogging.</w:t>
      </w:r>
    </w:p>
    <w:p>
      <w:pPr>
        <w:spacing w:after="0"/>
        <w:ind w:left="454"/>
      </w:pPr>
      <w:r>
        <w:t>(   ) b) She likes reading, to write, and to jog.</w:t>
      </w:r>
    </w:p>
    <w:p>
      <w:pPr>
        <w:spacing w:after="0"/>
        <w:ind w:left="454"/>
      </w:pPr>
      <w:r>
        <w:t>(   ) c) She likes read, writing, and jogging.</w:t>
      </w:r>
    </w:p>
    <w:p>
      <w:pPr>
        <w:keepNext/>
        <w:spacing w:before="120"/>
      </w:pPr>
      <w:r>
        <w:t>2. "He wants to buy a new jacket and selling his old bike."</w:t>
      </w:r>
    </w:p>
    <w:p>
      <w:pPr>
        <w:spacing w:after="0"/>
        <w:ind w:left="454"/>
      </w:pPr>
      <w:r>
        <w:t>(   ) a) He wants buying a new jacket and to sell his old bike.</w:t>
      </w:r>
    </w:p>
    <w:p>
      <w:pPr>
        <w:spacing w:after="0"/>
        <w:ind w:left="454"/>
      </w:pPr>
      <w:r>
        <w:t>(   ) b) He wants to buy a new jacket and sell his old bike.</w:t>
      </w:r>
    </w:p>
    <w:p>
      <w:pPr>
        <w:spacing w:after="0"/>
        <w:ind w:left="454"/>
      </w:pPr>
      <w:r>
        <w:t>(   ) c) He wants to buy a new jacket and sold his old bike.</w:t>
      </w:r>
    </w:p>
    <w:p>
      <w:pPr>
        <w:keepNext/>
        <w:spacing w:before="120"/>
      </w:pPr>
      <w:r>
        <w:t>3. "On weekends, I enjoy cooking, to swim, and watching series."</w:t>
      </w:r>
    </w:p>
    <w:p>
      <w:pPr>
        <w:spacing w:after="0"/>
        <w:ind w:left="454"/>
      </w:pPr>
      <w:r>
        <w:t>(   ) a) On weekends, I enjoy to cook, swimming, and watching series.</w:t>
      </w:r>
    </w:p>
    <w:p>
      <w:pPr>
        <w:spacing w:after="0"/>
        <w:ind w:left="454"/>
      </w:pPr>
      <w:r>
        <w:t>(   ) b) On weekends, I enjoy cook, swim, and watch series.</w:t>
      </w:r>
    </w:p>
    <w:p>
      <w:pPr>
        <w:spacing w:after="0"/>
        <w:ind w:left="454"/>
      </w:pPr>
      <w:r>
        <w:t>(   ) c) On weekends, I enjoy cooking, swimming, and watching series.</w:t>
      </w:r>
    </w:p>
    <w:p>
      <w:pPr>
        <w:keepNext/>
        <w:spacing w:before="120"/>
      </w:pPr>
      <w:r>
        <w:t>4. "The job requires speaking English, to work in teams, and good organization."</w:t>
      </w:r>
    </w:p>
    <w:p>
      <w:pPr>
        <w:spacing w:after="0"/>
        <w:ind w:left="454"/>
      </w:pPr>
      <w:r>
        <w:t>(   ) a) The job requires speaking English, working in teams, and organizing tasks well.</w:t>
      </w:r>
    </w:p>
    <w:p>
      <w:pPr>
        <w:spacing w:after="0"/>
        <w:ind w:left="454"/>
      </w:pPr>
      <w:r>
        <w:t>(   ) b) The job requires speaking English, to work in teams, and organizing tasks.</w:t>
      </w:r>
    </w:p>
    <w:p>
      <w:pPr>
        <w:spacing w:after="0"/>
        <w:ind w:left="454"/>
      </w:pPr>
      <w:r>
        <w:t>(   ) c) The job requires speak English, work in teams, and organization.</w:t>
      </w:r>
    </w:p>
    <w:p>
      <w:pPr>
        <w:pStyle w:val="Heading2"/>
      </w:pPr>
      <w:r>
        <w:t>4. Gerund or infinitive?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My sister enjoys ______________ (dance) and singing.</w:t>
      </w:r>
    </w:p>
    <w:p>
      <w:pPr>
        <w:keepNext/>
        <w:spacing w:before="120"/>
      </w:pPr>
      <w:r>
        <w:t>2. We decided ______________ (travel) to Salvador and visit Pelourinho.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Subjunctive mood</w:t>
      </w:r>
    </w:p>
    <w:p>
      <w:pPr>
        <w:spacing w:after="0"/>
      </w:pPr>
      <w:r>
        <w:t>1) go</w:t>
      </w:r>
    </w:p>
    <w:p>
      <w:pPr>
        <w:spacing w:after="0"/>
      </w:pPr>
      <w:r>
        <w:t>2) be</w:t>
      </w:r>
    </w:p>
    <w:p>
      <w:pPr>
        <w:spacing w:after="0"/>
      </w:pPr>
      <w:r>
        <w:t>3) arrive</w:t>
      </w:r>
    </w:p>
    <w:p>
      <w:pPr>
        <w:spacing w:after="0"/>
      </w:pPr>
      <w:r>
        <w:t>4) eat</w:t>
      </w:r>
    </w:p>
    <w:p>
      <w:pPr>
        <w:spacing w:after="0"/>
      </w:pPr>
      <w:r>
        <w:t>5) not use</w:t>
      </w:r>
    </w:p>
    <w:p>
      <w:r>
        <w:rPr>
          <w:b/>
        </w:rPr>
        <w:t>2. Find the correct sentence</w:t>
      </w:r>
    </w:p>
    <w:p>
      <w:pPr>
        <w:spacing w:after="0"/>
      </w:pPr>
      <w:r>
        <w:t>1) b) I suggest that he go to the doctor.</w:t>
      </w:r>
    </w:p>
    <w:p>
      <w:pPr>
        <w:spacing w:after="0"/>
      </w:pPr>
      <w:r>
        <w:t>2) c) The teacher demands that we be quiet.</w:t>
      </w:r>
    </w:p>
    <w:p>
      <w:r>
        <w:rPr>
          <w:b/>
        </w:rPr>
        <w:t>3. Parallel structure</w:t>
      </w:r>
    </w:p>
    <w:p>
      <w:pPr>
        <w:spacing w:after="0"/>
      </w:pPr>
      <w:r>
        <w:t>1) a) She likes reading, writing, and jogging.</w:t>
      </w:r>
    </w:p>
    <w:p>
      <w:pPr>
        <w:spacing w:after="0"/>
      </w:pPr>
      <w:r>
        <w:t>2) b) He wants to buy a new jacket and sell his old bike.</w:t>
      </w:r>
    </w:p>
    <w:p>
      <w:pPr>
        <w:spacing w:after="0"/>
      </w:pPr>
      <w:r>
        <w:t>3) c) On weekends, I enjoy cooking, swimming, and watching series.</w:t>
      </w:r>
    </w:p>
    <w:p>
      <w:pPr>
        <w:spacing w:after="0"/>
      </w:pPr>
      <w:r>
        <w:t>4) a) The job requires speaking English, working in teams, and organizing tasks well.</w:t>
      </w:r>
    </w:p>
    <w:p>
      <w:r>
        <w:rPr>
          <w:b/>
        </w:rPr>
        <w:t>4. Gerund or infinitive?</w:t>
      </w:r>
    </w:p>
    <w:p>
      <w:pPr>
        <w:spacing w:after="0"/>
      </w:pPr>
      <w:r>
        <w:t>1) dancing</w:t>
      </w:r>
    </w:p>
    <w:p>
      <w:pPr>
        <w:spacing w:after="0"/>
      </w:pPr>
      <w:r>
        <w:t>2) to travel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