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Concordância verbal e substantivos</w:t>
      </w:r>
    </w:p>
    <w:p>
      <w:r>
        <w:rPr>
          <w:color w:val="6B6B6B"/>
          <w:sz w:val="18"/>
        </w:rPr>
        <w:t>4º ano e 5º ano · Simple present</w:t>
      </w:r>
    </w:p>
    <w:p>
      <w:pPr>
        <w:pStyle w:val="Heading2"/>
      </w:pPr>
      <w:r>
        <w:t>1. Subject-verb agreement</w:t>
      </w:r>
    </w:p>
    <w:p>
      <w:r>
        <w:rPr>
          <w:i/>
        </w:rPr>
        <w:t>Choose the correct verb to complete the sentence.</w:t>
      </w:r>
    </w:p>
    <w:p>
      <w:pPr>
        <w:keepNext/>
        <w:spacing w:before="120"/>
      </w:pPr>
      <w:r>
        <w:t>1. 👭  She ___ my best friend.</w:t>
      </w:r>
    </w:p>
    <w:p>
      <w:pPr>
        <w:spacing w:after="0"/>
        <w:ind w:left="454"/>
      </w:pPr>
      <w:r>
        <w:t>(   ) a) is</w:t>
      </w:r>
    </w:p>
    <w:p>
      <w:pPr>
        <w:spacing w:after="0"/>
        <w:ind w:left="454"/>
      </w:pPr>
      <w:r>
        <w:t>(   ) b) are</w:t>
      </w:r>
    </w:p>
    <w:p>
      <w:pPr>
        <w:keepNext/>
        <w:spacing w:before="120"/>
      </w:pPr>
      <w:r>
        <w:t>2. 🐕  The dogs ___ loudly.</w:t>
      </w:r>
    </w:p>
    <w:p>
      <w:pPr>
        <w:spacing w:after="0"/>
        <w:ind w:left="454"/>
      </w:pPr>
      <w:r>
        <w:t>(   ) a) barks</w:t>
      </w:r>
    </w:p>
    <w:p>
      <w:pPr>
        <w:spacing w:after="0"/>
        <w:ind w:left="454"/>
      </w:pPr>
      <w:r>
        <w:t>(   ) b) bark</w:t>
      </w:r>
    </w:p>
    <w:p>
      <w:pPr>
        <w:keepNext/>
        <w:spacing w:before="120"/>
      </w:pPr>
      <w:r>
        <w:t>3. ⚽  My brother ___ soccer on Saturdays.</w:t>
      </w:r>
    </w:p>
    <w:p>
      <w:pPr>
        <w:spacing w:after="0"/>
        <w:ind w:left="454"/>
      </w:pPr>
      <w:r>
        <w:t>(   ) a) play</w:t>
      </w:r>
    </w:p>
    <w:p>
      <w:pPr>
        <w:spacing w:after="0"/>
        <w:ind w:left="454"/>
      </w:pPr>
      <w:r>
        <w:t>(   ) b) plays</w:t>
      </w:r>
    </w:p>
    <w:p>
      <w:pPr>
        <w:keepNext/>
        <w:spacing w:before="120"/>
      </w:pPr>
      <w:r>
        <w:t>4. 🏫  We ___ in the same class.</w:t>
      </w:r>
    </w:p>
    <w:p>
      <w:pPr>
        <w:spacing w:after="0"/>
        <w:ind w:left="454"/>
      </w:pPr>
      <w:r>
        <w:t>(   ) a) are</w:t>
      </w:r>
    </w:p>
    <w:p>
      <w:pPr>
        <w:spacing w:after="0"/>
        <w:ind w:left="454"/>
      </w:pPr>
      <w:r>
        <w:t>(   ) b) is</w:t>
      </w:r>
    </w:p>
    <w:p>
      <w:pPr>
        <w:keepNext/>
        <w:spacing w:before="120"/>
      </w:pPr>
      <w:r>
        <w:t>5. 🐦  The birds ___ in the morning.</w:t>
      </w:r>
    </w:p>
    <w:p>
      <w:pPr>
        <w:spacing w:after="0"/>
        <w:ind w:left="454"/>
      </w:pPr>
      <w:r>
        <w:t>(   ) a) sings</w:t>
      </w:r>
    </w:p>
    <w:p>
      <w:pPr>
        <w:spacing w:after="0"/>
        <w:ind w:left="454"/>
      </w:pPr>
      <w:r>
        <w:t>(   ) b) sing</w:t>
      </w:r>
    </w:p>
    <w:p>
      <w:pPr>
        <w:keepNext/>
        <w:spacing w:before="120"/>
      </w:pPr>
      <w:r>
        <w:t>6. 🚲  Tom ___ a red bike.</w:t>
      </w:r>
    </w:p>
    <w:p>
      <w:pPr>
        <w:spacing w:after="0"/>
        <w:ind w:left="454"/>
      </w:pPr>
      <w:r>
        <w:t>(   ) a) has</w:t>
      </w:r>
    </w:p>
    <w:p>
      <w:pPr>
        <w:spacing w:after="0"/>
        <w:ind w:left="454"/>
      </w:pPr>
      <w:r>
        <w:t>(   ) b) have</w:t>
      </w:r>
    </w:p>
    <w:p>
      <w:pPr>
        <w:pStyle w:val="Heading2"/>
      </w:pPr>
      <w:r>
        <w:t>2. Find the nouns</w:t>
      </w:r>
    </w:p>
    <w:p>
      <w:r>
        <w:rPr>
          <w:i/>
        </w:rPr>
        <w:t>Nouns are names of people, animals, places and things. Choose the correct answer.</w:t>
      </w:r>
    </w:p>
    <w:p>
      <w:pPr>
        <w:keepNext/>
        <w:spacing w:before="120"/>
      </w:pPr>
      <w:r>
        <w:t>1. "The boy is playing with a ball." Which words are nouns?</w:t>
      </w:r>
    </w:p>
    <w:p>
      <w:pPr>
        <w:spacing w:after="0"/>
        <w:ind w:left="454"/>
      </w:pPr>
      <w:r>
        <w:t>(   ) a) boy and ball</w:t>
      </w:r>
    </w:p>
    <w:p>
      <w:pPr>
        <w:spacing w:after="0"/>
        <w:ind w:left="454"/>
      </w:pPr>
      <w:r>
        <w:t>(   ) b) is and playing</w:t>
      </w:r>
    </w:p>
    <w:p>
      <w:pPr>
        <w:spacing w:after="0"/>
        <w:ind w:left="454"/>
      </w:pPr>
      <w:r>
        <w:t>(   ) c) the and with</w:t>
      </w:r>
    </w:p>
    <w:p>
      <w:pPr>
        <w:keepNext/>
        <w:spacing w:before="120"/>
      </w:pPr>
      <w:r>
        <w:t>2. "I love reading books in the library." Which words are nouns?</w:t>
      </w:r>
    </w:p>
    <w:p>
      <w:pPr>
        <w:spacing w:after="0"/>
        <w:ind w:left="454"/>
      </w:pPr>
      <w:r>
        <w:t>(   ) a) love and reading</w:t>
      </w:r>
    </w:p>
    <w:p>
      <w:pPr>
        <w:spacing w:after="0"/>
        <w:ind w:left="454"/>
      </w:pPr>
      <w:r>
        <w:t>(   ) b) books and library</w:t>
      </w:r>
    </w:p>
    <w:p>
      <w:pPr>
        <w:spacing w:after="0"/>
        <w:ind w:left="454"/>
      </w:pPr>
      <w:r>
        <w:t>(   ) c) in and the</w:t>
      </w:r>
    </w:p>
    <w:p>
      <w:pPr>
        <w:keepNext/>
        <w:spacing w:before="120"/>
      </w:pPr>
      <w:r>
        <w:t>3. Which word is a noun?</w:t>
      </w:r>
    </w:p>
    <w:p>
      <w:pPr>
        <w:spacing w:after="0"/>
        <w:ind w:left="454"/>
      </w:pPr>
      <w:r>
        <w:t>(   ) a) quickly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teacher</w:t>
      </w:r>
    </w:p>
    <w:p>
      <w:pPr>
        <w:keepNext/>
        <w:spacing w:before="120"/>
      </w:pPr>
      <w:r>
        <w:t>4. Which word is a noun?</w:t>
      </w:r>
    </w:p>
    <w:p>
      <w:pPr>
        <w:spacing w:after="0"/>
        <w:ind w:left="454"/>
      </w:pPr>
      <w:r>
        <w:t>(   ) a) apple</w:t>
      </w:r>
    </w:p>
    <w:p>
      <w:pPr>
        <w:spacing w:after="0"/>
        <w:ind w:left="454"/>
      </w:pPr>
      <w:r>
        <w:t>(   ) b) run</w:t>
      </w:r>
    </w:p>
    <w:p>
      <w:pPr>
        <w:spacing w:after="0"/>
        <w:ind w:left="454"/>
      </w:pPr>
      <w:r>
        <w:t>(   ) c) blue</w:t>
      </w:r>
    </w:p>
    <w:p>
      <w:pPr>
        <w:keepNext/>
        <w:spacing w:before="120"/>
      </w:pPr>
      <w:r>
        <w:t>5. "My cat sleeps on the sofa." Which words are nouns?</w:t>
      </w:r>
    </w:p>
    <w:p>
      <w:pPr>
        <w:spacing w:after="0"/>
        <w:ind w:left="454"/>
      </w:pPr>
      <w:r>
        <w:t>(   ) a) sleeps and on</w:t>
      </w:r>
    </w:p>
    <w:p>
      <w:pPr>
        <w:spacing w:after="0"/>
        <w:ind w:left="454"/>
      </w:pPr>
      <w:r>
        <w:t>(   ) b) my and the</w:t>
      </w:r>
    </w:p>
    <w:p>
      <w:pPr>
        <w:spacing w:after="0"/>
        <w:ind w:left="454"/>
      </w:pPr>
      <w:r>
        <w:t>(   ) c) cat and sofa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Subject-verb agreement</w:t>
      </w:r>
    </w:p>
    <w:p>
      <w:pPr>
        <w:spacing w:after="0"/>
      </w:pPr>
      <w:r>
        <w:t>1) a) is</w:t>
      </w:r>
    </w:p>
    <w:p>
      <w:pPr>
        <w:spacing w:after="0"/>
      </w:pPr>
      <w:r>
        <w:t>2) b) bark</w:t>
      </w:r>
    </w:p>
    <w:p>
      <w:pPr>
        <w:spacing w:after="0"/>
      </w:pPr>
      <w:r>
        <w:t>3) b) plays</w:t>
      </w:r>
    </w:p>
    <w:p>
      <w:pPr>
        <w:spacing w:after="0"/>
      </w:pPr>
      <w:r>
        <w:t>4) a) are</w:t>
      </w:r>
    </w:p>
    <w:p>
      <w:pPr>
        <w:spacing w:after="0"/>
      </w:pPr>
      <w:r>
        <w:t>5) b) sing</w:t>
      </w:r>
    </w:p>
    <w:p>
      <w:pPr>
        <w:spacing w:after="0"/>
      </w:pPr>
      <w:r>
        <w:t>6) a) has</w:t>
      </w:r>
    </w:p>
    <w:p>
      <w:r>
        <w:rPr>
          <w:b/>
        </w:rPr>
        <w:t>2. Find the nouns</w:t>
      </w:r>
    </w:p>
    <w:p>
      <w:pPr>
        <w:spacing w:after="0"/>
      </w:pPr>
      <w:r>
        <w:t>1) a) boy and ball</w:t>
      </w:r>
    </w:p>
    <w:p>
      <w:pPr>
        <w:spacing w:after="0"/>
      </w:pPr>
      <w:r>
        <w:t>2) b) books and library</w:t>
      </w:r>
    </w:p>
    <w:p>
      <w:pPr>
        <w:spacing w:after="0"/>
      </w:pPr>
      <w:r>
        <w:t>3) c) teacher</w:t>
      </w:r>
    </w:p>
    <w:p>
      <w:pPr>
        <w:spacing w:after="0"/>
      </w:pPr>
      <w:r>
        <w:t>4) a) apple</w:t>
      </w:r>
    </w:p>
    <w:p>
      <w:pPr>
        <w:spacing w:after="0"/>
      </w:pPr>
      <w:r>
        <w:t>5) c) cat and sofa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