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Pronomes: subject e object pronouns</w:t>
      </w:r>
    </w:p>
    <w:p>
      <w:r>
        <w:rPr>
          <w:color w:val="6B6B6B"/>
          <w:sz w:val="18"/>
        </w:rPr>
        <w:t>7º ano · Personal pronouns · BNCC: EF07LI19</w:t>
      </w:r>
    </w:p>
    <w:p>
      <w:pPr>
        <w:pStyle w:val="Heading2"/>
      </w:pPr>
      <w:r>
        <w:t>1. Subject pronouns</w:t>
      </w:r>
    </w:p>
    <w:p>
      <w:r>
        <w:rPr>
          <w:i/>
        </w:rPr>
        <w:t>Choose the correct subject pronoun.</w:t>
      </w:r>
    </w:p>
    <w:p>
      <w:r>
        <w:rPr>
          <w:b/>
        </w:rPr>
        <w:t>Word bank:  I  |  you  |  he  |  she  |  it  |  we  |  they</w:t>
      </w:r>
    </w:p>
    <w:p>
      <w:pPr>
        <w:keepNext/>
        <w:spacing w:before="120"/>
      </w:pPr>
      <w:r>
        <w:t>1. Marcos is my cousin. ______________ lives in Fortaleza.</w:t>
      </w:r>
    </w:p>
    <w:p>
      <w:pPr>
        <w:keepNext/>
        <w:spacing w:before="120"/>
      </w:pPr>
      <w:r>
        <w:t>2. My sister and I love music. ______________ go to concerts together.</w:t>
      </w:r>
    </w:p>
    <w:p>
      <w:pPr>
        <w:keepNext/>
        <w:spacing w:before="120"/>
      </w:pPr>
      <w:r>
        <w:t>3. Where is my phone? ______________ was on the table a minute ago.</w:t>
      </w:r>
    </w:p>
    <w:p>
      <w:pPr>
        <w:keepNext/>
        <w:spacing w:before="120"/>
      </w:pPr>
      <w:r>
        <w:t>4. Larissa and Kauã are new students. ______________ are from Goiânia.</w:t>
      </w:r>
    </w:p>
    <w:p>
      <w:pPr>
        <w:keepNext/>
        <w:spacing w:before="120"/>
      </w:pPr>
      <w:r>
        <w:t>5. Mrs. Dias is our principal. ______________ is very kind.</w:t>
      </w:r>
    </w:p>
    <w:p>
      <w:pPr>
        <w:pStyle w:val="Heading2"/>
      </w:pPr>
      <w:r>
        <w:t>2. Object pronouns</w:t>
      </w:r>
    </w:p>
    <w:p>
      <w:r>
        <w:rPr>
          <w:i/>
        </w:rPr>
        <w:t>Choose the correct object pronoun.</w:t>
      </w:r>
    </w:p>
    <w:p>
      <w:r>
        <w:rPr>
          <w:b/>
        </w:rPr>
        <w:t>Word bank:  me  |  you  |  him  |  her  |  it  |  us  |  them</w:t>
      </w:r>
    </w:p>
    <w:p>
      <w:pPr>
        <w:keepNext/>
        <w:spacing w:before="120"/>
      </w:pPr>
      <w:r>
        <w:t>1. Paulo is my friend. I play basketball with ______________ every day.</w:t>
      </w:r>
    </w:p>
    <w:p>
      <w:pPr>
        <w:keepNext/>
        <w:spacing w:before="120"/>
      </w:pPr>
      <w:r>
        <w:t>2. Where are my keys? I can't find ______________.</w:t>
      </w:r>
    </w:p>
    <w:p>
      <w:pPr>
        <w:keepNext/>
        <w:spacing w:before="120"/>
      </w:pPr>
      <w:r>
        <w:t>3. Júlia is sad. Let's call ______________.</w:t>
      </w:r>
    </w:p>
    <w:p>
      <w:pPr>
        <w:keepNext/>
        <w:spacing w:before="120"/>
      </w:pPr>
      <w:r>
        <w:t>4. This song is great! I love ______________.</w:t>
      </w:r>
    </w:p>
    <w:p>
      <w:pPr>
        <w:keepNext/>
        <w:spacing w:before="120"/>
      </w:pPr>
      <w:r>
        <w:t>5. Can you help ______________? We don't understand the exercise.</w:t>
      </w:r>
    </w:p>
    <w:p>
      <w:pPr>
        <w:keepNext/>
        <w:spacing w:before="120"/>
      </w:pPr>
      <w:r>
        <w:t>6. Mom, please wait for ______________! I'm coming.</w:t>
      </w:r>
    </w:p>
    <w:p>
      <w:pPr>
        <w:pStyle w:val="Heading2"/>
      </w:pPr>
      <w:r>
        <w:t>3. Choose the correct option</w:t>
      </w:r>
    </w:p>
    <w:p>
      <w:r>
        <w:rPr>
          <w:i/>
        </w:rPr>
        <w:t>Choose the correct answer.</w:t>
      </w:r>
    </w:p>
    <w:p>
      <w:pPr>
        <w:keepNext/>
        <w:spacing w:before="120"/>
      </w:pPr>
      <w:r>
        <w:t>1. Choose the correct sentence.</w:t>
      </w:r>
    </w:p>
    <w:p>
      <w:pPr>
        <w:spacing w:after="0"/>
        <w:ind w:left="454"/>
      </w:pPr>
      <w:r>
        <w:t>(   ) a) Me and her are friends.</w:t>
      </w:r>
    </w:p>
    <w:p>
      <w:pPr>
        <w:spacing w:after="0"/>
        <w:ind w:left="454"/>
      </w:pPr>
      <w:r>
        <w:t>(   ) b) She and I are friends.</w:t>
      </w:r>
    </w:p>
    <w:p>
      <w:pPr>
        <w:spacing w:after="0"/>
        <w:ind w:left="454"/>
      </w:pPr>
      <w:r>
        <w:t>(   ) c) Her and me are friends.</w:t>
      </w:r>
    </w:p>
    <w:p>
      <w:pPr>
        <w:keepNext/>
        <w:spacing w:before="120"/>
      </w:pPr>
      <w:r>
        <w:t>2. Beatriz did a great job, so the teacher gave ___ a good grade.</w:t>
      </w:r>
    </w:p>
    <w:p>
      <w:pPr>
        <w:spacing w:after="0"/>
        <w:ind w:left="454"/>
      </w:pPr>
      <w:r>
        <w:t>(   ) a) she</w:t>
      </w:r>
    </w:p>
    <w:p>
      <w:pPr>
        <w:spacing w:after="0"/>
        <w:ind w:left="454"/>
      </w:pPr>
      <w:r>
        <w:t>(   ) b) hers</w:t>
      </w:r>
    </w:p>
    <w:p>
      <w:pPr>
        <w:spacing w:after="0"/>
        <w:ind w:left="454"/>
      </w:pPr>
      <w:r>
        <w:t>(   ) c) her</w:t>
      </w:r>
    </w:p>
    <w:p>
      <w:pPr>
        <w:keepNext/>
        <w:spacing w:before="120"/>
      </w:pPr>
      <w:r>
        <w:t>3. My brother is very smart. ___ always helps me with Math.</w:t>
      </w:r>
    </w:p>
    <w:p>
      <w:pPr>
        <w:spacing w:after="0"/>
        <w:ind w:left="454"/>
      </w:pPr>
      <w:r>
        <w:t>(   ) a) He</w:t>
      </w:r>
    </w:p>
    <w:p>
      <w:pPr>
        <w:spacing w:after="0"/>
        <w:ind w:left="454"/>
      </w:pPr>
      <w:r>
        <w:t>(   ) b) Him</w:t>
      </w:r>
    </w:p>
    <w:p>
      <w:pPr>
        <w:spacing w:after="0"/>
        <w:ind w:left="454"/>
      </w:pPr>
      <w:r>
        <w:t>(   ) c) His</w:t>
      </w:r>
    </w:p>
    <w:p>
      <w:pPr>
        <w:keepNext/>
        <w:spacing w:before="120"/>
      </w:pPr>
      <w:r>
        <w:t>4. Are these cookies for ___? Thank you so much!</w:t>
      </w:r>
    </w:p>
    <w:p>
      <w:pPr>
        <w:spacing w:after="0"/>
        <w:ind w:left="454"/>
      </w:pPr>
      <w:r>
        <w:t>(   ) a) we</w:t>
      </w:r>
    </w:p>
    <w:p>
      <w:pPr>
        <w:spacing w:after="0"/>
        <w:ind w:left="454"/>
      </w:pPr>
      <w:r>
        <w:t>(   ) b) us</w:t>
      </w:r>
    </w:p>
    <w:p>
      <w:pPr>
        <w:spacing w:after="0"/>
        <w:ind w:left="454"/>
      </w:pPr>
      <w:r>
        <w:t>(   ) c) our</w:t>
      </w:r>
    </w:p>
    <w:p>
      <w:pPr>
        <w:pStyle w:val="Heading2"/>
      </w:pPr>
      <w:r>
        <w:t>4. True or false?</w:t>
      </w:r>
    </w:p>
    <w:p>
      <w:r>
        <w:rPr>
          <w:i/>
        </w:rPr>
        <w:t>Read the sentences about the grammar and mark T (true) or F (false).</w:t>
      </w:r>
    </w:p>
    <w:p>
      <w:pPr>
        <w:keepNext/>
        <w:spacing w:before="120"/>
      </w:pPr>
      <w:r>
        <w:t>1. We usually use object pronouns after verbs and prepositions.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"Him" is a subject pronoun.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3. "It" can be a subject pronoun and an object pronoun.</w:t>
      </w:r>
    </w:p>
    <w:p>
      <w:pPr>
        <w:ind w:left="454"/>
      </w:pPr>
      <w:r>
        <w:t>(   ) True        (   ) False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Subject pronouns</w:t>
      </w:r>
    </w:p>
    <w:p>
      <w:pPr>
        <w:spacing w:after="0"/>
      </w:pPr>
      <w:r>
        <w:t>1) he</w:t>
      </w:r>
    </w:p>
    <w:p>
      <w:pPr>
        <w:spacing w:after="0"/>
      </w:pPr>
      <w:r>
        <w:t>2) we</w:t>
      </w:r>
    </w:p>
    <w:p>
      <w:pPr>
        <w:spacing w:after="0"/>
      </w:pPr>
      <w:r>
        <w:t>3) it</w:t>
      </w:r>
    </w:p>
    <w:p>
      <w:pPr>
        <w:spacing w:after="0"/>
      </w:pPr>
      <w:r>
        <w:t>4) they</w:t>
      </w:r>
    </w:p>
    <w:p>
      <w:pPr>
        <w:spacing w:after="0"/>
      </w:pPr>
      <w:r>
        <w:t>5) she</w:t>
      </w:r>
    </w:p>
    <w:p>
      <w:r>
        <w:rPr>
          <w:b/>
        </w:rPr>
        <w:t>2. Object pronouns</w:t>
      </w:r>
    </w:p>
    <w:p>
      <w:pPr>
        <w:spacing w:after="0"/>
      </w:pPr>
      <w:r>
        <w:t>1) him</w:t>
      </w:r>
    </w:p>
    <w:p>
      <w:pPr>
        <w:spacing w:after="0"/>
      </w:pPr>
      <w:r>
        <w:t>2) them</w:t>
      </w:r>
    </w:p>
    <w:p>
      <w:pPr>
        <w:spacing w:after="0"/>
      </w:pPr>
      <w:r>
        <w:t>3) her</w:t>
      </w:r>
    </w:p>
    <w:p>
      <w:pPr>
        <w:spacing w:after="0"/>
      </w:pPr>
      <w:r>
        <w:t>4) it</w:t>
      </w:r>
    </w:p>
    <w:p>
      <w:pPr>
        <w:spacing w:after="0"/>
      </w:pPr>
      <w:r>
        <w:t>5) us</w:t>
      </w:r>
    </w:p>
    <w:p>
      <w:pPr>
        <w:spacing w:after="0"/>
      </w:pPr>
      <w:r>
        <w:t>6) me</w:t>
      </w:r>
    </w:p>
    <w:p>
      <w:r>
        <w:rPr>
          <w:b/>
        </w:rPr>
        <w:t>3. Choose the correct option</w:t>
      </w:r>
    </w:p>
    <w:p>
      <w:pPr>
        <w:spacing w:after="0"/>
      </w:pPr>
      <w:r>
        <w:t>1) b) She and I are friends.</w:t>
      </w:r>
    </w:p>
    <w:p>
      <w:pPr>
        <w:spacing w:after="0"/>
      </w:pPr>
      <w:r>
        <w:t>2) c) her</w:t>
      </w:r>
    </w:p>
    <w:p>
      <w:pPr>
        <w:spacing w:after="0"/>
      </w:pPr>
      <w:r>
        <w:t>3) a) He</w:t>
      </w:r>
    </w:p>
    <w:p>
      <w:pPr>
        <w:spacing w:after="0"/>
      </w:pPr>
      <w:r>
        <w:t>4) b) us</w:t>
      </w:r>
    </w:p>
    <w:p>
      <w:r>
        <w:rPr>
          <w:b/>
        </w:rPr>
        <w:t>4. True or false?</w:t>
      </w:r>
    </w:p>
    <w:p>
      <w:pPr>
        <w:spacing w:after="0"/>
      </w:pPr>
      <w:r>
        <w:t>1) True</w:t>
      </w:r>
    </w:p>
    <w:p>
      <w:pPr>
        <w:spacing w:after="0"/>
      </w:pPr>
      <w:r>
        <w:t>2) False</w:t>
      </w:r>
    </w:p>
    <w:p>
      <w:pPr>
        <w:spacing w:after="0"/>
      </w:pPr>
      <w:r>
        <w:t>3) True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