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Spring: sons iniciais das palavras</w:t>
      </w:r>
    </w:p>
    <w:p>
      <w:r>
        <w:rPr>
          <w:color w:val="6B6B6B"/>
          <w:sz w:val="18"/>
        </w:rPr>
        <w:t>5 anos · Alphabet (alfabeto)</w:t>
      </w:r>
    </w:p>
    <w:p>
      <w:pPr>
        <w:pStyle w:val="Heading2"/>
      </w:pPr>
      <w:r>
        <w:t>1. Spring spelling</w:t>
      </w:r>
    </w:p>
    <w:p>
      <w:r>
        <w:rPr>
          <w:i/>
        </w:rPr>
        <w:t>Qual letra começa a palavra? (Which letter starts the word?)</w:t>
      </w:r>
    </w:p>
    <w:p>
      <w:pPr>
        <w:keepNext/>
        <w:spacing w:before="120"/>
      </w:pPr>
      <w:r>
        <w:t>1. 🍃  _eaf</w:t>
      </w:r>
    </w:p>
    <w:p>
      <w:pPr>
        <w:spacing w:after="0"/>
        <w:ind w:left="454"/>
      </w:pPr>
      <w:r>
        <w:t>(   ) a) l</w:t>
      </w:r>
    </w:p>
    <w:p>
      <w:pPr>
        <w:spacing w:after="0"/>
        <w:ind w:left="454"/>
      </w:pPr>
      <w:r>
        <w:t>(   ) b) e</w:t>
      </w:r>
    </w:p>
    <w:p>
      <w:pPr>
        <w:spacing w:after="0"/>
        <w:ind w:left="454"/>
      </w:pPr>
      <w:r>
        <w:t>(   ) c) m</w:t>
      </w:r>
    </w:p>
    <w:p>
      <w:pPr>
        <w:keepNext/>
        <w:spacing w:before="120"/>
      </w:pPr>
      <w:r>
        <w:t>2. ☁️  _loud</w:t>
      </w:r>
    </w:p>
    <w:p>
      <w:pPr>
        <w:spacing w:after="0"/>
        <w:ind w:left="454"/>
      </w:pPr>
      <w:r>
        <w:t>(   ) a) d</w:t>
      </w:r>
    </w:p>
    <w:p>
      <w:pPr>
        <w:spacing w:after="0"/>
        <w:ind w:left="454"/>
      </w:pPr>
      <w:r>
        <w:t>(   ) b) c</w:t>
      </w:r>
    </w:p>
    <w:p>
      <w:pPr>
        <w:spacing w:after="0"/>
        <w:ind w:left="454"/>
      </w:pPr>
      <w:r>
        <w:t>(   ) c) g</w:t>
      </w:r>
    </w:p>
    <w:p>
      <w:pPr>
        <w:keepNext/>
        <w:spacing w:before="120"/>
      </w:pPr>
      <w:r>
        <w:t>3. ☀️  _unny</w:t>
      </w:r>
    </w:p>
    <w:p>
      <w:pPr>
        <w:spacing w:after="0"/>
        <w:ind w:left="454"/>
      </w:pPr>
      <w:r>
        <w:t>(   ) a) h</w:t>
      </w:r>
    </w:p>
    <w:p>
      <w:pPr>
        <w:spacing w:after="0"/>
        <w:ind w:left="454"/>
      </w:pPr>
      <w:r>
        <w:t>(   ) b) b</w:t>
      </w:r>
    </w:p>
    <w:p>
      <w:pPr>
        <w:spacing w:after="0"/>
        <w:ind w:left="454"/>
      </w:pPr>
      <w:r>
        <w:t>(   ) c) s</w:t>
      </w:r>
    </w:p>
    <w:p>
      <w:pPr>
        <w:keepNext/>
        <w:spacing w:before="120"/>
      </w:pPr>
      <w:r>
        <w:t>4. 🌷  _ulip</w:t>
      </w:r>
    </w:p>
    <w:p>
      <w:pPr>
        <w:spacing w:after="0"/>
        <w:ind w:left="454"/>
      </w:pPr>
      <w:r>
        <w:t>(   ) a) t</w:t>
      </w:r>
    </w:p>
    <w:p>
      <w:pPr>
        <w:spacing w:after="0"/>
        <w:ind w:left="454"/>
      </w:pPr>
      <w:r>
        <w:t>(   ) b) l</w:t>
      </w:r>
    </w:p>
    <w:p>
      <w:pPr>
        <w:spacing w:after="0"/>
        <w:ind w:left="454"/>
      </w:pPr>
      <w:r>
        <w:t>(   ) c) s</w:t>
      </w:r>
    </w:p>
    <w:p>
      <w:pPr>
        <w:keepNext/>
        <w:spacing w:before="120"/>
      </w:pPr>
      <w:r>
        <w:t>5. 🦋  _utterfly</w:t>
      </w:r>
    </w:p>
    <w:p>
      <w:pPr>
        <w:spacing w:after="0"/>
        <w:ind w:left="454"/>
      </w:pPr>
      <w:r>
        <w:t>(   ) a) p</w:t>
      </w:r>
    </w:p>
    <w:p>
      <w:pPr>
        <w:spacing w:after="0"/>
        <w:ind w:left="454"/>
      </w:pPr>
      <w:r>
        <w:t>(   ) b) b</w:t>
      </w:r>
    </w:p>
    <w:p>
      <w:pPr>
        <w:spacing w:after="0"/>
        <w:ind w:left="454"/>
      </w:pPr>
      <w:r>
        <w:t>(   ) c) d</w:t>
      </w:r>
    </w:p>
    <w:p>
      <w:pPr>
        <w:keepNext/>
        <w:spacing w:before="120"/>
      </w:pPr>
      <w:r>
        <w:t>6. 🌸  _lower</w:t>
      </w:r>
    </w:p>
    <w:p>
      <w:pPr>
        <w:spacing w:after="0"/>
        <w:ind w:left="454"/>
      </w:pPr>
      <w:r>
        <w:t>(   ) a) f</w:t>
      </w:r>
    </w:p>
    <w:p>
      <w:pPr>
        <w:spacing w:after="0"/>
        <w:ind w:left="454"/>
      </w:pPr>
      <w:r>
        <w:t>(   ) b) v</w:t>
      </w:r>
    </w:p>
    <w:p>
      <w:pPr>
        <w:spacing w:after="0"/>
        <w:ind w:left="454"/>
      </w:pPr>
      <w:r>
        <w:t>(   ) c) t</w:t>
      </w:r>
    </w:p>
    <w:p>
      <w:pPr>
        <w:keepNext/>
        <w:spacing w:before="120"/>
      </w:pPr>
      <w:r>
        <w:t>7. 🐝  _ee</w:t>
      </w:r>
    </w:p>
    <w:p>
      <w:pPr>
        <w:spacing w:after="0"/>
        <w:ind w:left="454"/>
      </w:pPr>
      <w:r>
        <w:t>(   ) a) d</w:t>
      </w:r>
    </w:p>
    <w:p>
      <w:pPr>
        <w:spacing w:after="0"/>
        <w:ind w:left="454"/>
      </w:pPr>
      <w:r>
        <w:t>(   ) b) p</w:t>
      </w:r>
    </w:p>
    <w:p>
      <w:pPr>
        <w:spacing w:after="0"/>
        <w:ind w:left="454"/>
      </w:pPr>
      <w:r>
        <w:t>(   ) c) b</w:t>
      </w:r>
    </w:p>
    <w:p>
      <w:pPr>
        <w:keepNext/>
        <w:spacing w:before="120"/>
      </w:pPr>
      <w:r>
        <w:t>8. 🌧️  _ain</w:t>
      </w:r>
    </w:p>
    <w:p>
      <w:pPr>
        <w:spacing w:after="0"/>
        <w:ind w:left="454"/>
      </w:pPr>
      <w:r>
        <w:t>(   ) a) r</w:t>
      </w:r>
    </w:p>
    <w:p>
      <w:pPr>
        <w:spacing w:after="0"/>
        <w:ind w:left="454"/>
      </w:pPr>
      <w:r>
        <w:t>(   ) b) n</w:t>
      </w:r>
    </w:p>
    <w:p>
      <w:pPr>
        <w:spacing w:after="0"/>
        <w:ind w:left="454"/>
      </w:pPr>
      <w:r>
        <w:t>(   ) c) w</w:t>
      </w:r>
    </w:p>
    <w:p>
      <w:pPr>
        <w:pStyle w:val="Heading2"/>
      </w:pPr>
      <w:r>
        <w:t>2. What comes next?</w:t>
      </w:r>
    </w:p>
    <w:p>
      <w:r>
        <w:rPr>
          <w:i/>
        </w:rPr>
        <w:t>Olhe a sequência. O que vem depois? (What comes next?)</w:t>
      </w:r>
    </w:p>
    <w:p>
      <w:pPr>
        <w:keepNext/>
        <w:spacing w:before="120"/>
      </w:pPr>
      <w:r>
        <w:t>1. 🌷🐝🌷🐝🌷  What comes next?</w:t>
      </w:r>
    </w:p>
    <w:p>
      <w:pPr>
        <w:spacing w:after="0"/>
        <w:ind w:left="454"/>
      </w:pPr>
      <w:r>
        <w:t>(   ) a) 🌷</w:t>
      </w:r>
    </w:p>
    <w:p>
      <w:pPr>
        <w:spacing w:after="0"/>
        <w:ind w:left="454"/>
      </w:pPr>
      <w:r>
        <w:t>(   ) b) 🐝</w:t>
      </w:r>
    </w:p>
    <w:p>
      <w:pPr>
        <w:keepNext/>
        <w:spacing w:before="120"/>
      </w:pPr>
      <w:r>
        <w:t>2. ☀️☁️☀️☁️  What comes next?</w:t>
      </w:r>
    </w:p>
    <w:p>
      <w:pPr>
        <w:spacing w:after="0"/>
        <w:ind w:left="454"/>
      </w:pPr>
      <w:r>
        <w:t>(   ) a) ☀️</w:t>
      </w:r>
    </w:p>
    <w:p>
      <w:pPr>
        <w:spacing w:after="0"/>
        <w:ind w:left="454"/>
      </w:pPr>
      <w:r>
        <w:t>(   ) b) ☁️</w:t>
      </w:r>
    </w:p>
    <w:p>
      <w:pPr>
        <w:keepNext/>
        <w:spacing w:before="120"/>
      </w:pPr>
      <w:r>
        <w:t>3. 🦋🌸🦋🌸🦋  What comes next?</w:t>
      </w:r>
    </w:p>
    <w:p>
      <w:pPr>
        <w:spacing w:after="0"/>
        <w:ind w:left="454"/>
      </w:pPr>
      <w:r>
        <w:t>(   ) a) 🦋</w:t>
      </w:r>
    </w:p>
    <w:p>
      <w:pPr>
        <w:spacing w:after="0"/>
        <w:ind w:left="454"/>
      </w:pPr>
      <w:r>
        <w:t>(   ) b) 🌸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Spring spelling</w:t>
      </w:r>
    </w:p>
    <w:p>
      <w:pPr>
        <w:spacing w:after="0"/>
      </w:pPr>
      <w:r>
        <w:t>1) a) l</w:t>
      </w:r>
    </w:p>
    <w:p>
      <w:pPr>
        <w:spacing w:after="0"/>
      </w:pPr>
      <w:r>
        <w:t>2) b) c</w:t>
      </w:r>
    </w:p>
    <w:p>
      <w:pPr>
        <w:spacing w:after="0"/>
      </w:pPr>
      <w:r>
        <w:t>3) c) s</w:t>
      </w:r>
    </w:p>
    <w:p>
      <w:pPr>
        <w:spacing w:after="0"/>
      </w:pPr>
      <w:r>
        <w:t>4) a) t</w:t>
      </w:r>
    </w:p>
    <w:p>
      <w:pPr>
        <w:spacing w:after="0"/>
      </w:pPr>
      <w:r>
        <w:t>5) b) b</w:t>
      </w:r>
    </w:p>
    <w:p>
      <w:pPr>
        <w:spacing w:after="0"/>
      </w:pPr>
      <w:r>
        <w:t>6) a) f</w:t>
      </w:r>
    </w:p>
    <w:p>
      <w:pPr>
        <w:spacing w:after="0"/>
      </w:pPr>
      <w:r>
        <w:t>7) c) b</w:t>
      </w:r>
    </w:p>
    <w:p>
      <w:pPr>
        <w:spacing w:after="0"/>
      </w:pPr>
      <w:r>
        <w:t>8) a) r</w:t>
      </w:r>
    </w:p>
    <w:p>
      <w:r>
        <w:rPr>
          <w:b/>
        </w:rPr>
        <w:t>2. What comes next?</w:t>
      </w:r>
    </w:p>
    <w:p>
      <w:pPr>
        <w:spacing w:after="0"/>
      </w:pPr>
      <w:r>
        <w:t>1) b) 🐝</w:t>
      </w:r>
    </w:p>
    <w:p>
      <w:pPr>
        <w:spacing w:after="0"/>
      </w:pPr>
      <w:r>
        <w:t>2) a) ☀️</w:t>
      </w:r>
    </w:p>
    <w:p>
      <w:pPr>
        <w:spacing w:after="0"/>
      </w:pPr>
      <w:r>
        <w:t>3) b) 🌸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2026-05-06T00:00:00Z</dcterms:created>
  <dcterms:modified xsi:type="dcterms:W3CDTF">2026-05-06T00:00:00Z</dcterms:modified>
  <cp:category/>
</cp:coreProperties>
</file>