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Some, any, much e many</w:t>
      </w:r>
    </w:p>
    <w:p>
      <w:r>
        <w:rPr>
          <w:color w:val="6B6B6B"/>
          <w:sz w:val="18"/>
        </w:rPr>
        <w:t>8º ano · Some, any, much, many · BNCC: EF08LI16</w:t>
      </w:r>
    </w:p>
    <w:p>
      <w:pPr>
        <w:pStyle w:val="Heading2"/>
      </w:pPr>
      <w:r>
        <w:t>1. Reading</w:t>
      </w:r>
    </w:p>
    <w:p>
      <w:r>
        <w:rPr>
          <w:i/>
        </w:rPr>
        <w:t>Read the dialogue and choose the correct answer.</w:t>
      </w:r>
    </w:p>
    <w:p>
      <w:r>
        <w:rPr>
          <w:b/>
        </w:rPr>
        <w:t>A surprise party</w:t>
      </w:r>
    </w:p>
    <w:p>
      <w:pPr>
        <w:ind w:left="340"/>
      </w:pPr>
      <w:r>
        <w:t>Júlia and her brother Pedro are organizing a surprise party for their mom.</w:t>
      </w:r>
    </w:p>
    <w:p>
      <w:pPr>
        <w:ind w:left="340"/>
      </w:pPr>
      <w:r>
        <w:t>Júlia: Do we have any balloons?</w:t>
      </w:r>
    </w:p>
    <w:p>
      <w:pPr>
        <w:ind w:left="340"/>
      </w:pPr>
      <w:r>
        <w:t>Pedro: No, we don't have any balloons, but there are some candles in the kitchen.</w:t>
      </w:r>
    </w:p>
    <w:p>
      <w:pPr>
        <w:ind w:left="340"/>
      </w:pPr>
      <w:r>
        <w:t>Júlia: How many guests are coming?</w:t>
      </w:r>
    </w:p>
    <w:p>
      <w:pPr>
        <w:ind w:left="340"/>
      </w:pPr>
      <w:r>
        <w:t>Pedro: About twenty. That's a lot of people!</w:t>
      </w:r>
    </w:p>
    <w:p>
      <w:pPr>
        <w:ind w:left="340"/>
      </w:pPr>
      <w:r>
        <w:t>Júlia: How much juice do we need?</w:t>
      </w:r>
    </w:p>
    <w:p>
      <w:pPr>
        <w:ind w:left="340"/>
      </w:pPr>
      <w:r>
        <w:t>Pedro: Not much. Many guests prefer soda. Let's buy some juice and some soda.</w:t>
      </w:r>
    </w:p>
    <w:p>
      <w:pPr>
        <w:ind w:left="340"/>
      </w:pPr>
      <w:r>
        <w:t>Júlia: OK. And the cake?</w:t>
      </w:r>
    </w:p>
    <w:p>
      <w:pPr>
        <w:ind w:left="340"/>
      </w:pPr>
      <w:r>
        <w:t>Pedro: Grandma is going to bake it. She doesn't want any help!</w:t>
      </w:r>
    </w:p>
    <w:p>
      <w:pPr>
        <w:keepNext/>
        <w:spacing w:before="120"/>
      </w:pPr>
      <w:r>
        <w:t>1. Which sentence is TRUE?</w:t>
      </w:r>
    </w:p>
    <w:p>
      <w:pPr>
        <w:spacing w:after="0"/>
        <w:ind w:left="454"/>
      </w:pPr>
      <w:r>
        <w:t>(   ) a) They have some candles.</w:t>
      </w:r>
    </w:p>
    <w:p>
      <w:pPr>
        <w:spacing w:after="0"/>
        <w:ind w:left="454"/>
      </w:pPr>
      <w:r>
        <w:t>(   ) b) They have some balloons.</w:t>
      </w:r>
    </w:p>
    <w:p>
      <w:pPr>
        <w:spacing w:after="0"/>
        <w:ind w:left="454"/>
      </w:pPr>
      <w:r>
        <w:t>(   ) c) They need a lot of juice.</w:t>
      </w:r>
    </w:p>
    <w:p>
      <w:pPr>
        <w:keepNext/>
        <w:spacing w:before="120"/>
      </w:pPr>
      <w:r>
        <w:t>2. How many guests are coming?</w:t>
      </w:r>
    </w:p>
    <w:p>
      <w:pPr>
        <w:spacing w:after="0"/>
        <w:ind w:left="454"/>
      </w:pPr>
      <w:r>
        <w:t>(   ) a) About fifty</w:t>
      </w:r>
    </w:p>
    <w:p>
      <w:pPr>
        <w:spacing w:after="0"/>
        <w:ind w:left="454"/>
      </w:pPr>
      <w:r>
        <w:t>(   ) b) About twenty</w:t>
      </w:r>
    </w:p>
    <w:p>
      <w:pPr>
        <w:spacing w:after="0"/>
        <w:ind w:left="454"/>
      </w:pPr>
      <w:r>
        <w:t>(   ) c) About ten</w:t>
      </w:r>
    </w:p>
    <w:p>
      <w:pPr>
        <w:keepNext/>
        <w:spacing w:before="120"/>
      </w:pPr>
      <w:r>
        <w:t>3. Who is going to bake the cake?</w:t>
      </w:r>
    </w:p>
    <w:p>
      <w:pPr>
        <w:spacing w:after="0"/>
        <w:ind w:left="454"/>
      </w:pPr>
      <w:r>
        <w:t>(   ) a) Grandma</w:t>
      </w:r>
    </w:p>
    <w:p>
      <w:pPr>
        <w:spacing w:after="0"/>
        <w:ind w:left="454"/>
      </w:pPr>
      <w:r>
        <w:t>(   ) b) Pedro</w:t>
      </w:r>
    </w:p>
    <w:p>
      <w:pPr>
        <w:spacing w:after="0"/>
        <w:ind w:left="454"/>
      </w:pPr>
      <w:r>
        <w:t>(   ) c) Júlia</w:t>
      </w:r>
    </w:p>
    <w:p>
      <w:pPr>
        <w:pStyle w:val="Heading2"/>
      </w:pPr>
      <w:r>
        <w:t>2. Some or any?</w:t>
      </w:r>
    </w:p>
    <w:p>
      <w:r>
        <w:rPr>
          <w:i/>
        </w:rPr>
        <w:t>Complete the sentences with some or any.</w:t>
      </w:r>
    </w:p>
    <w:p>
      <w:r>
        <w:rPr>
          <w:b/>
        </w:rPr>
        <w:t>Word bank:  some  |  any</w:t>
      </w:r>
    </w:p>
    <w:p>
      <w:pPr>
        <w:keepNext/>
        <w:spacing w:before="120"/>
      </w:pPr>
      <w:r>
        <w:t>1. I'd like ______________ water, please.</w:t>
      </w:r>
    </w:p>
    <w:p>
      <w:pPr>
        <w:keepNext/>
        <w:spacing w:before="120"/>
      </w:pPr>
      <w:r>
        <w:t>2. Are there ______________ apples in the fridge?</w:t>
      </w:r>
    </w:p>
    <w:p>
      <w:pPr>
        <w:keepNext/>
        <w:spacing w:before="120"/>
      </w:pPr>
      <w:r>
        <w:t>3. We don't have ______________ homework today.</w:t>
      </w:r>
    </w:p>
    <w:p>
      <w:pPr>
        <w:keepNext/>
        <w:spacing w:before="120"/>
      </w:pPr>
      <w:r>
        <w:t>4. There are ______________ cookies on the table. Help yourself!</w:t>
      </w:r>
    </w:p>
    <w:p>
      <w:pPr>
        <w:keepNext/>
        <w:spacing w:before="120"/>
      </w:pPr>
      <w:r>
        <w:t>5. Would you like ______________ popcorn?</w:t>
      </w:r>
    </w:p>
    <w:p>
      <w:pPr>
        <w:pStyle w:val="Heading2"/>
      </w:pPr>
      <w:r>
        <w:t>3. Much or many?</w:t>
      </w:r>
    </w:p>
    <w:p>
      <w:r>
        <w:rPr>
          <w:i/>
        </w:rPr>
        <w:t>Complete the sentences with much or many.</w:t>
      </w:r>
    </w:p>
    <w:p>
      <w:r>
        <w:rPr>
          <w:b/>
        </w:rPr>
        <w:t>Word bank:  much  |  many</w:t>
      </w:r>
    </w:p>
    <w:p>
      <w:pPr>
        <w:keepNext/>
        <w:spacing w:before="120"/>
      </w:pPr>
      <w:r>
        <w:t>1. How ______________ brothers and sisters do you have?</w:t>
      </w:r>
    </w:p>
    <w:p>
      <w:pPr>
        <w:keepNext/>
        <w:spacing w:before="120"/>
      </w:pPr>
      <w:r>
        <w:t>2. How ______________ money do you have in your wallet?</w:t>
      </w:r>
    </w:p>
    <w:p>
      <w:pPr>
        <w:keepNext/>
        <w:spacing w:before="120"/>
      </w:pPr>
      <w:r>
        <w:t>3. There isn't ______________ milk in the bottle.</w:t>
      </w:r>
    </w:p>
    <w:p>
      <w:pPr>
        <w:keepNext/>
        <w:spacing w:before="120"/>
      </w:pPr>
      <w:r>
        <w:t>4. Does she have ______________ friends at her new school?</w:t>
      </w:r>
    </w:p>
    <w:p>
      <w:pPr>
        <w:keepNext/>
        <w:spacing w:before="120"/>
      </w:pPr>
      <w:r>
        <w:t>5. I don't drink ______________ coffee.</w:t>
      </w:r>
    </w:p>
    <w:p>
      <w:pPr>
        <w:pStyle w:val="Heading2"/>
      </w:pPr>
      <w:r>
        <w:t>4. True or false?</w:t>
      </w:r>
    </w:p>
    <w:p>
      <w:r>
        <w:rPr>
          <w:i/>
        </w:rPr>
        <w:t>Mark T (true) or F (false) about the grammar.</w:t>
      </w:r>
    </w:p>
    <w:p>
      <w:pPr>
        <w:keepNext/>
        <w:spacing w:before="120"/>
      </w:pPr>
      <w:r>
        <w:t>1. We usually use "any" in negative sentences and questions.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We use "much" with countable nouns, like "books".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We use "some" in offers, like "Would you like some cake?"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a) They have some candles.</w:t>
      </w:r>
    </w:p>
    <w:p>
      <w:pPr>
        <w:spacing w:after="0"/>
      </w:pPr>
      <w:r>
        <w:t>2) b) About twenty</w:t>
      </w:r>
    </w:p>
    <w:p>
      <w:pPr>
        <w:spacing w:after="0"/>
      </w:pPr>
      <w:r>
        <w:t>3) a) Grandma</w:t>
      </w:r>
    </w:p>
    <w:p>
      <w:r>
        <w:rPr>
          <w:b/>
        </w:rPr>
        <w:t>2. Some or any?</w:t>
      </w:r>
    </w:p>
    <w:p>
      <w:pPr>
        <w:spacing w:after="0"/>
      </w:pPr>
      <w:r>
        <w:t>1) some</w:t>
      </w:r>
    </w:p>
    <w:p>
      <w:pPr>
        <w:spacing w:after="0"/>
      </w:pPr>
      <w:r>
        <w:t>2) any</w:t>
      </w:r>
    </w:p>
    <w:p>
      <w:pPr>
        <w:spacing w:after="0"/>
      </w:pPr>
      <w:r>
        <w:t>3) any</w:t>
      </w:r>
    </w:p>
    <w:p>
      <w:pPr>
        <w:spacing w:after="0"/>
      </w:pPr>
      <w:r>
        <w:t>4) some</w:t>
      </w:r>
    </w:p>
    <w:p>
      <w:pPr>
        <w:spacing w:after="0"/>
      </w:pPr>
      <w:r>
        <w:t>5) some</w:t>
      </w:r>
    </w:p>
    <w:p>
      <w:r>
        <w:rPr>
          <w:b/>
        </w:rPr>
        <w:t>3. Much or many?</w:t>
      </w:r>
    </w:p>
    <w:p>
      <w:pPr>
        <w:spacing w:after="0"/>
      </w:pPr>
      <w:r>
        <w:t>1) many</w:t>
      </w:r>
    </w:p>
    <w:p>
      <w:pPr>
        <w:spacing w:after="0"/>
      </w:pPr>
      <w:r>
        <w:t>2) much</w:t>
      </w:r>
    </w:p>
    <w:p>
      <w:pPr>
        <w:spacing w:after="0"/>
      </w:pPr>
      <w:r>
        <w:t>3) much</w:t>
      </w:r>
    </w:p>
    <w:p>
      <w:pPr>
        <w:spacing w:after="0"/>
      </w:pPr>
      <w:r>
        <w:t>4) many</w:t>
      </w:r>
    </w:p>
    <w:p>
      <w:pPr>
        <w:spacing w:after="0"/>
      </w:pPr>
      <w:r>
        <w:t>5) much</w:t>
      </w:r>
    </w:p>
    <w:p>
      <w:r>
        <w:rPr>
          <w:b/>
        </w:rPr>
        <w:t>4.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