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Social Media and Mental Health: voz passiva e condicionais</w:t>
      </w:r>
    </w:p>
    <w:p>
      <w:r>
        <w:rPr>
          <w:color w:val="6B6B6B"/>
          <w:sz w:val="18"/>
        </w:rPr>
        <w:t>9º ano · Passive voice · BNCC: EF09LI15, EF09LI14, EF09LI07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Social Media and Mental Health</w:t>
      </w:r>
    </w:p>
    <w:p>
      <w:pPr>
        <w:ind w:left="340"/>
      </w:pPr>
      <w:r>
        <w:t>Social media has become an essential part of teenagers' lives. Although these platforms help people stay connected and informed, excessive use may lead to anxiety, low self-esteem, and difficulty concentrating. Experts recommend balancing online activities with real-life interactions.</w:t>
      </w:r>
    </w:p>
    <w:p>
      <w:pPr>
        <w:keepNext/>
        <w:spacing w:before="120"/>
      </w:pPr>
      <w:r>
        <w:t>1. What are two positive aspects of social media mentioned in the text?</w:t>
      </w:r>
    </w:p>
    <w:p>
      <w:pPr>
        <w:spacing w:after="0"/>
        <w:ind w:left="454"/>
      </w:pPr>
      <w:r>
        <w:t>(   ) a) It helps people sleep better and study more.</w:t>
      </w:r>
    </w:p>
    <w:p>
      <w:pPr>
        <w:spacing w:after="0"/>
        <w:ind w:left="454"/>
      </w:pPr>
      <w:r>
        <w:t>(   ) b) It helps people stay connected and informed.</w:t>
      </w:r>
    </w:p>
    <w:p>
      <w:pPr>
        <w:spacing w:after="0"/>
        <w:ind w:left="454"/>
      </w:pPr>
      <w:r>
        <w:t>(   ) c) It makes people more confident and healthy.</w:t>
      </w:r>
    </w:p>
    <w:p>
      <w:pPr>
        <w:spacing w:after="0"/>
        <w:ind w:left="454"/>
      </w:pPr>
      <w:r>
        <w:t>(   ) d) It replaces real-life friendships.</w:t>
      </w:r>
    </w:p>
    <w:p>
      <w:pPr>
        <w:keepNext/>
        <w:spacing w:before="120"/>
      </w:pPr>
      <w:r>
        <w:t>2. Which negative effects are mentioned?</w:t>
      </w:r>
    </w:p>
    <w:p>
      <w:pPr>
        <w:spacing w:after="0"/>
        <w:ind w:left="454"/>
      </w:pPr>
      <w:r>
        <w:t>(   ) a) Anxiety, low self-esteem, and difficulty concentrating</w:t>
      </w:r>
    </w:p>
    <w:p>
      <w:pPr>
        <w:spacing w:after="0"/>
        <w:ind w:left="454"/>
      </w:pPr>
      <w:r>
        <w:t>(   ) b) Eye problems and headaches</w:t>
      </w:r>
    </w:p>
    <w:p>
      <w:pPr>
        <w:spacing w:after="0"/>
        <w:ind w:left="454"/>
      </w:pPr>
      <w:r>
        <w:t>(   ) c) Bad grades and less money</w:t>
      </w:r>
    </w:p>
    <w:p>
      <w:pPr>
        <w:spacing w:after="0"/>
        <w:ind w:left="454"/>
      </w:pPr>
      <w:r>
        <w:t>(   ) d) Loneliness and boredom only</w:t>
      </w:r>
    </w:p>
    <w:p>
      <w:pPr>
        <w:keepNext/>
        <w:spacing w:before="120"/>
      </w:pPr>
      <w:r>
        <w:t>3. The word "although" expresses...</w:t>
      </w:r>
    </w:p>
    <w:p>
      <w:pPr>
        <w:spacing w:after="0"/>
        <w:ind w:left="454"/>
      </w:pPr>
      <w:r>
        <w:t>(   ) a) cause</w:t>
      </w:r>
    </w:p>
    <w:p>
      <w:pPr>
        <w:spacing w:after="0"/>
        <w:ind w:left="454"/>
      </w:pPr>
      <w:r>
        <w:t>(   ) b) time</w:t>
      </w:r>
    </w:p>
    <w:p>
      <w:pPr>
        <w:spacing w:after="0"/>
        <w:ind w:left="454"/>
      </w:pPr>
      <w:r>
        <w:t>(   ) c) contrast</w:t>
      </w:r>
    </w:p>
    <w:p>
      <w:pPr>
        <w:spacing w:after="0"/>
        <w:ind w:left="454"/>
      </w:pPr>
      <w:r>
        <w:t>(   ) d) addition</w:t>
      </w:r>
    </w:p>
    <w:p>
      <w:pPr>
        <w:keepNext/>
        <w:spacing w:before="120"/>
      </w:pPr>
      <w:r>
        <w:t>4. What do experts recommend?</w:t>
      </w:r>
    </w:p>
    <w:p>
      <w:pPr>
        <w:spacing w:after="0"/>
        <w:ind w:left="454"/>
      </w:pPr>
      <w:r>
        <w:t>(   ) a) Deleting all social media apps</w:t>
      </w:r>
    </w:p>
    <w:p>
      <w:pPr>
        <w:spacing w:after="0"/>
        <w:ind w:left="454"/>
      </w:pPr>
      <w:r>
        <w:t>(   ) b) Using social media all day</w:t>
      </w:r>
    </w:p>
    <w:p>
      <w:pPr>
        <w:spacing w:after="0"/>
        <w:ind w:left="454"/>
      </w:pPr>
      <w:r>
        <w:t>(   ) c) Talking only online</w:t>
      </w:r>
    </w:p>
    <w:p>
      <w:pPr>
        <w:spacing w:after="0"/>
        <w:ind w:left="454"/>
      </w:pPr>
      <w:r>
        <w:t>(   ) d) Balancing online activities with real-life interactions</w:t>
      </w:r>
    </w:p>
    <w:p>
      <w:pPr>
        <w:pStyle w:val="Heading2"/>
      </w:pPr>
      <w:r>
        <w:t>2. Passive voice</w:t>
      </w:r>
    </w:p>
    <w:p>
      <w:r>
        <w:rPr>
          <w:i/>
        </w:rPr>
        <w:t>Complete the passive voice version of each sentence with the verb in parentheses.</w:t>
      </w:r>
    </w:p>
    <w:p>
      <w:pPr>
        <w:keepNext/>
        <w:spacing w:before="120"/>
      </w:pPr>
      <w:r>
        <w:t>1. People use smartphones all over the world. → Smartphones ______________ (use) all over the world.</w:t>
      </w:r>
    </w:p>
    <w:p>
      <w:pPr>
        <w:keepNext/>
        <w:spacing w:before="120"/>
      </w:pPr>
      <w:r>
        <w:t>2. The teacher corrected the tests yesterday. → The tests ______________ (correct) by the teacher yesterday.</w:t>
      </w:r>
    </w:p>
    <w:p>
      <w:pPr>
        <w:keepNext/>
        <w:spacing w:before="120"/>
      </w:pPr>
      <w:r>
        <w:t>3. Scientists will develop new technologies. → New technologies ______________ (develop) by scientists.</w:t>
      </w:r>
    </w:p>
    <w:p>
      <w:pPr>
        <w:pStyle w:val="Heading2"/>
      </w:pPr>
      <w:r>
        <w:t>3. Conditionals</w:t>
      </w:r>
    </w:p>
    <w:p>
      <w:r>
        <w:rPr>
          <w:i/>
        </w:rPr>
        <w:t>Complete the conditional sentences with the correct form of the verbs.</w:t>
      </w:r>
    </w:p>
    <w:p>
      <w:pPr>
        <w:keepNext/>
        <w:spacing w:before="120"/>
      </w:pPr>
      <w:r>
        <w:t>1. If I ______________ (study) more, I will pass the exam. (1st conditional)</w:t>
      </w:r>
    </w:p>
    <w:p>
      <w:pPr>
        <w:keepNext/>
        <w:spacing w:before="120"/>
      </w:pPr>
      <w:r>
        <w:t>2. If I study more, I ______________ (pass) the exam. (1st conditional)</w:t>
      </w:r>
    </w:p>
    <w:p>
      <w:pPr>
        <w:keepNext/>
        <w:spacing w:before="120"/>
      </w:pPr>
      <w:r>
        <w:t>3. If she ______________ (be) richer, she would travel around the world. (2nd conditional)</w:t>
      </w:r>
    </w:p>
    <w:p>
      <w:pPr>
        <w:keepNext/>
        <w:spacing w:before="120"/>
      </w:pPr>
      <w:r>
        <w:t>4. If she were richer, she ______________ (travel) around the world. (2nd conditional)</w:t>
      </w:r>
    </w:p>
    <w:p>
      <w:pPr>
        <w:keepNext/>
        <w:spacing w:before="120"/>
      </w:pPr>
      <w:r>
        <w:t>5. If they ______________ (not hurry), they will miss the bus. (1st conditional)</w:t>
      </w:r>
    </w:p>
    <w:p>
      <w:pPr>
        <w:pStyle w:val="Heading2"/>
      </w:pPr>
      <w:r>
        <w:t>4. Vocabulary in context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The word "essential" means...</w:t>
      </w:r>
    </w:p>
    <w:p>
      <w:pPr>
        <w:spacing w:after="0"/>
        <w:ind w:left="454"/>
      </w:pPr>
      <w:r>
        <w:t>(   ) a) unnecessary</w:t>
      </w:r>
    </w:p>
    <w:p>
      <w:pPr>
        <w:spacing w:after="0"/>
        <w:ind w:left="454"/>
      </w:pPr>
      <w:r>
        <w:t>(   ) b) very important</w:t>
      </w:r>
    </w:p>
    <w:p>
      <w:pPr>
        <w:keepNext/>
        <w:spacing w:before="120"/>
      </w:pPr>
      <w:r>
        <w:t>2. A synonym for "recommend" is...</w:t>
      </w:r>
    </w:p>
    <w:p>
      <w:pPr>
        <w:spacing w:after="0"/>
        <w:ind w:left="454"/>
      </w:pPr>
      <w:r>
        <w:t>(   ) a) suggest</w:t>
      </w:r>
    </w:p>
    <w:p>
      <w:pPr>
        <w:spacing w:after="0"/>
        <w:ind w:left="454"/>
      </w:pPr>
      <w:r>
        <w:t>(   ) b) ignore</w:t>
      </w:r>
    </w:p>
    <w:p>
      <w:pPr>
        <w:keepNext/>
        <w:spacing w:before="120"/>
      </w:pPr>
      <w:r>
        <w:t>3. The opposite of "connected" is...</w:t>
      </w:r>
    </w:p>
    <w:p>
      <w:pPr>
        <w:spacing w:after="0"/>
        <w:ind w:left="454"/>
      </w:pPr>
      <w:r>
        <w:t>(   ) a) informed</w:t>
      </w:r>
    </w:p>
    <w:p>
      <w:pPr>
        <w:spacing w:after="0"/>
        <w:ind w:left="454"/>
      </w:pPr>
      <w:r>
        <w:t>(   ) b) isolated</w:t>
      </w:r>
    </w:p>
    <w:p>
      <w:pPr>
        <w:keepNext/>
        <w:spacing w:before="120"/>
      </w:pPr>
      <w:r>
        <w:t>4. The word "excessive" suggests something...</w:t>
      </w:r>
    </w:p>
    <w:p>
      <w:pPr>
        <w:spacing w:after="0"/>
        <w:ind w:left="454"/>
      </w:pPr>
      <w:r>
        <w:t>(   ) a) too much</w:t>
      </w:r>
    </w:p>
    <w:p>
      <w:pPr>
        <w:spacing w:after="0"/>
        <w:ind w:left="454"/>
      </w:pPr>
      <w:r>
        <w:t>(   ) b) balanced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It helps people stay connected and informed.</w:t>
      </w:r>
    </w:p>
    <w:p>
      <w:pPr>
        <w:spacing w:after="0"/>
      </w:pPr>
      <w:r>
        <w:t>2) a) Anxiety, low self-esteem, and difficulty concentrating</w:t>
      </w:r>
    </w:p>
    <w:p>
      <w:pPr>
        <w:spacing w:after="0"/>
      </w:pPr>
      <w:r>
        <w:t>3) c) contrast</w:t>
      </w:r>
    </w:p>
    <w:p>
      <w:pPr>
        <w:spacing w:after="0"/>
      </w:pPr>
      <w:r>
        <w:t>4) d) Balancing online activities with real-life interactions</w:t>
      </w:r>
    </w:p>
    <w:p>
      <w:r>
        <w:rPr>
          <w:b/>
        </w:rPr>
        <w:t>2. Passive voice</w:t>
      </w:r>
    </w:p>
    <w:p>
      <w:pPr>
        <w:spacing w:after="0"/>
      </w:pPr>
      <w:r>
        <w:t>1) are used</w:t>
      </w:r>
    </w:p>
    <w:p>
      <w:pPr>
        <w:spacing w:after="0"/>
      </w:pPr>
      <w:r>
        <w:t>2) were corrected</w:t>
      </w:r>
    </w:p>
    <w:p>
      <w:pPr>
        <w:spacing w:after="0"/>
      </w:pPr>
      <w:r>
        <w:t>3) will be developed</w:t>
      </w:r>
    </w:p>
    <w:p>
      <w:r>
        <w:rPr>
          <w:b/>
        </w:rPr>
        <w:t>3. Conditionals</w:t>
      </w:r>
    </w:p>
    <w:p>
      <w:pPr>
        <w:spacing w:after="0"/>
      </w:pPr>
      <w:r>
        <w:t>1) study</w:t>
      </w:r>
    </w:p>
    <w:p>
      <w:pPr>
        <w:spacing w:after="0"/>
      </w:pPr>
      <w:r>
        <w:t>2) will pass</w:t>
      </w:r>
    </w:p>
    <w:p>
      <w:pPr>
        <w:spacing w:after="0"/>
      </w:pPr>
      <w:r>
        <w:t>3) were</w:t>
      </w:r>
    </w:p>
    <w:p>
      <w:pPr>
        <w:spacing w:after="0"/>
      </w:pPr>
      <w:r>
        <w:t>4) would travel</w:t>
      </w:r>
    </w:p>
    <w:p>
      <w:pPr>
        <w:spacing w:after="0"/>
      </w:pPr>
      <w:r>
        <w:t>5) don't hurry</w:t>
      </w:r>
    </w:p>
    <w:p>
      <w:r>
        <w:rPr>
          <w:b/>
        </w:rPr>
        <w:t>4. Vocabulary in context</w:t>
      </w:r>
    </w:p>
    <w:p>
      <w:pPr>
        <w:spacing w:after="0"/>
      </w:pPr>
      <w:r>
        <w:t>1) b) very important</w:t>
      </w:r>
    </w:p>
    <w:p>
      <w:pPr>
        <w:spacing w:after="0"/>
      </w:pPr>
      <w:r>
        <w:t>2) a) suggest</w:t>
      </w:r>
    </w:p>
    <w:p>
      <w:pPr>
        <w:spacing w:after="0"/>
      </w:pPr>
      <w:r>
        <w:t>3) b) isolated</w:t>
      </w:r>
    </w:p>
    <w:p>
      <w:pPr>
        <w:spacing w:after="0"/>
      </w:pPr>
      <w:r>
        <w:t>4) a) too much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