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Social Media and Communication: passiva e condicionais</w:t>
      </w:r>
    </w:p>
    <w:p>
      <w:r>
        <w:rPr>
          <w:color w:val="6B6B6B"/>
          <w:sz w:val="18"/>
        </w:rPr>
        <w:t>9º ano · Conditionals (if clauses) · BNCC: EF09LI15, EF09LI14, EF09LI07</w:t>
      </w:r>
    </w:p>
    <w:p>
      <w:pPr>
        <w:pStyle w:val="Heading2"/>
      </w:pPr>
      <w:r>
        <w:t>1. Reading</w:t>
      </w:r>
    </w:p>
    <w:p>
      <w:r>
        <w:rPr>
          <w:i/>
        </w:rPr>
        <w:t>Read the text and choose the correct answer.</w:t>
      </w:r>
    </w:p>
    <w:p>
      <w:r>
        <w:rPr>
          <w:b/>
        </w:rPr>
        <w:t>Social Media and Communication</w:t>
      </w:r>
    </w:p>
    <w:p>
      <w:pPr>
        <w:ind w:left="340"/>
      </w:pPr>
      <w:r>
        <w:t>Social media has changed the way people communicate. Through online platforms, users can share information instantly and interact with individuals from different parts of the world. However, excessive use of social media may lead to reduced face-to-face interaction and increased anxiety among teenagers.</w:t>
      </w:r>
    </w:p>
    <w:p>
      <w:pPr>
        <w:keepNext/>
        <w:spacing w:before="120"/>
      </w:pPr>
      <w:r>
        <w:t>1. How has social media changed communication?</w:t>
      </w:r>
    </w:p>
    <w:p>
      <w:pPr>
        <w:spacing w:after="0"/>
        <w:ind w:left="454"/>
      </w:pPr>
      <w:r>
        <w:t>(   ) a) It has made communication slower.</w:t>
      </w:r>
    </w:p>
    <w:p>
      <w:pPr>
        <w:spacing w:after="0"/>
        <w:ind w:left="454"/>
      </w:pPr>
      <w:r>
        <w:t>(   ) b) It has made communication faster and more global.</w:t>
      </w:r>
    </w:p>
    <w:p>
      <w:pPr>
        <w:spacing w:after="0"/>
        <w:ind w:left="454"/>
      </w:pPr>
      <w:r>
        <w:t>(   ) c) It has stopped people from talking.</w:t>
      </w:r>
    </w:p>
    <w:p>
      <w:pPr>
        <w:spacing w:after="0"/>
        <w:ind w:left="454"/>
      </w:pPr>
      <w:r>
        <w:t>(   ) d) It has made letters more popular.</w:t>
      </w:r>
    </w:p>
    <w:p>
      <w:pPr>
        <w:keepNext/>
        <w:spacing w:before="120"/>
      </w:pPr>
      <w:r>
        <w:t>2. What can users do through online platforms?</w:t>
      </w:r>
    </w:p>
    <w:p>
      <w:pPr>
        <w:spacing w:after="0"/>
        <w:ind w:left="454"/>
      </w:pPr>
      <w:r>
        <w:t>(   ) a) Share information and interact with people from different parts of the world</w:t>
      </w:r>
    </w:p>
    <w:p>
      <w:pPr>
        <w:spacing w:after="0"/>
        <w:ind w:left="454"/>
      </w:pPr>
      <w:r>
        <w:t>(   ) b) Only watch videos</w:t>
      </w:r>
    </w:p>
    <w:p>
      <w:pPr>
        <w:spacing w:after="0"/>
        <w:ind w:left="454"/>
      </w:pPr>
      <w:r>
        <w:t>(   ) c) Talk only with their neighbors</w:t>
      </w:r>
    </w:p>
    <w:p>
      <w:pPr>
        <w:spacing w:after="0"/>
        <w:ind w:left="454"/>
      </w:pPr>
      <w:r>
        <w:t>(   ) d) Avoid all contact with others</w:t>
      </w:r>
    </w:p>
    <w:p>
      <w:pPr>
        <w:keepNext/>
        <w:spacing w:before="120"/>
      </w:pPr>
      <w:r>
        <w:t>3. Which negative effects are mentioned in the text?</w:t>
      </w:r>
    </w:p>
    <w:p>
      <w:pPr>
        <w:spacing w:after="0"/>
        <w:ind w:left="454"/>
      </w:pPr>
      <w:r>
        <w:t>(   ) a) Lower grades and less sleep</w:t>
      </w:r>
    </w:p>
    <w:p>
      <w:pPr>
        <w:spacing w:after="0"/>
        <w:ind w:left="454"/>
      </w:pPr>
      <w:r>
        <w:t>(   ) b) More traffic and pollution</w:t>
      </w:r>
    </w:p>
    <w:p>
      <w:pPr>
        <w:spacing w:after="0"/>
        <w:ind w:left="454"/>
      </w:pPr>
      <w:r>
        <w:t>(   ) c) Reduced face-to-face interaction and increased anxiety</w:t>
      </w:r>
    </w:p>
    <w:p>
      <w:pPr>
        <w:spacing w:after="0"/>
        <w:ind w:left="454"/>
      </w:pPr>
      <w:r>
        <w:t>(   ) d) Higher phone bills</w:t>
      </w:r>
    </w:p>
    <w:p>
      <w:pPr>
        <w:keepNext/>
        <w:spacing w:before="120"/>
      </w:pPr>
      <w:r>
        <w:t>4. In the text, the word "however" indicates...</w:t>
      </w:r>
    </w:p>
    <w:p>
      <w:pPr>
        <w:spacing w:after="0"/>
        <w:ind w:left="454"/>
      </w:pPr>
      <w:r>
        <w:t>(   ) a) addition</w:t>
      </w:r>
    </w:p>
    <w:p>
      <w:pPr>
        <w:spacing w:after="0"/>
        <w:ind w:left="454"/>
      </w:pPr>
      <w:r>
        <w:t>(   ) b) cause</w:t>
      </w:r>
    </w:p>
    <w:p>
      <w:pPr>
        <w:spacing w:after="0"/>
        <w:ind w:left="454"/>
      </w:pPr>
      <w:r>
        <w:t>(   ) c) contrast</w:t>
      </w:r>
    </w:p>
    <w:p>
      <w:pPr>
        <w:keepNext/>
        <w:spacing w:before="120"/>
      </w:pPr>
      <w:r>
        <w:t>5. What is the main idea of the text?</w:t>
      </w:r>
    </w:p>
    <w:p>
      <w:pPr>
        <w:spacing w:after="0"/>
        <w:ind w:left="454"/>
      </w:pPr>
      <w:r>
        <w:t>(   ) a) Teenagers should never use social media.</w:t>
      </w:r>
    </w:p>
    <w:p>
      <w:pPr>
        <w:spacing w:after="0"/>
        <w:ind w:left="454"/>
      </w:pPr>
      <w:r>
        <w:t>(   ) b) Social media is only for adults.</w:t>
      </w:r>
    </w:p>
    <w:p>
      <w:pPr>
        <w:spacing w:after="0"/>
        <w:ind w:left="454"/>
      </w:pPr>
      <w:r>
        <w:t>(   ) c) Face-to-face conversations are boring.</w:t>
      </w:r>
    </w:p>
    <w:p>
      <w:pPr>
        <w:spacing w:after="0"/>
        <w:ind w:left="454"/>
      </w:pPr>
      <w:r>
        <w:t>(   ) d) Social media has positive and negative effects on communication.</w:t>
      </w:r>
    </w:p>
    <w:p>
      <w:pPr>
        <w:pStyle w:val="Heading2"/>
      </w:pPr>
      <w:r>
        <w:t>2. Passive voice</w:t>
      </w:r>
    </w:p>
    <w:p>
      <w:r>
        <w:rPr>
          <w:i/>
        </w:rPr>
        <w:t>Complete the passive voice version of each sentence with the verb in parentheses.</w:t>
      </w:r>
    </w:p>
    <w:p>
      <w:pPr>
        <w:keepNext/>
        <w:spacing w:before="120"/>
      </w:pPr>
      <w:r>
        <w:t>1. People use smartphones around the world. → Smartphones ______________ (use) around the world.</w:t>
      </w:r>
    </w:p>
    <w:p>
      <w:pPr>
        <w:keepNext/>
        <w:spacing w:before="120"/>
      </w:pPr>
      <w:r>
        <w:t>2. The teacher corrected the tests yesterday. → The tests ______________ (correct) by the teacher yesterday.</w:t>
      </w:r>
    </w:p>
    <w:p>
      <w:pPr>
        <w:keepNext/>
        <w:spacing w:before="120"/>
      </w:pPr>
      <w:r>
        <w:t>3. Scientists will develop new technologies. → New technologies ______________ (develop) by scientists.</w:t>
      </w:r>
    </w:p>
    <w:p>
      <w:pPr>
        <w:keepNext/>
        <w:spacing w:before="120"/>
      </w:pPr>
      <w:r>
        <w:t>4. Millions of people speak English every day. → English ______________ (speak) by millions of people every day.</w:t>
      </w:r>
    </w:p>
    <w:p>
      <w:pPr>
        <w:pStyle w:val="Heading2"/>
      </w:pPr>
      <w:r>
        <w:t>3. Conditionals</w:t>
      </w:r>
    </w:p>
    <w:p>
      <w:r>
        <w:rPr>
          <w:i/>
        </w:rPr>
        <w:t>Choose the correct option to complete each sentence.</w:t>
      </w:r>
    </w:p>
    <w:p>
      <w:pPr>
        <w:keepNext/>
        <w:spacing w:before="120"/>
      </w:pPr>
      <w:r>
        <w:t>1. If I study hard, I ___ the test. (first conditional)</w:t>
      </w:r>
    </w:p>
    <w:p>
      <w:pPr>
        <w:spacing w:after="0"/>
        <w:ind w:left="454"/>
      </w:pPr>
      <w:r>
        <w:t>(   ) a) would pass</w:t>
      </w:r>
    </w:p>
    <w:p>
      <w:pPr>
        <w:spacing w:after="0"/>
        <w:ind w:left="454"/>
      </w:pPr>
      <w:r>
        <w:t>(   ) b) will pass</w:t>
      </w:r>
    </w:p>
    <w:p>
      <w:pPr>
        <w:spacing w:after="0"/>
        <w:ind w:left="454"/>
      </w:pPr>
      <w:r>
        <w:t>(   ) c) passed</w:t>
      </w:r>
    </w:p>
    <w:p>
      <w:pPr>
        <w:keepNext/>
        <w:spacing w:before="120"/>
      </w:pPr>
      <w:r>
        <w:t>2. If she ___ richer, she would travel around the world. (second conditional)</w:t>
      </w:r>
    </w:p>
    <w:p>
      <w:pPr>
        <w:spacing w:after="0"/>
        <w:ind w:left="454"/>
      </w:pPr>
      <w:r>
        <w:t>(   ) a) were</w:t>
      </w:r>
    </w:p>
    <w:p>
      <w:pPr>
        <w:spacing w:after="0"/>
        <w:ind w:left="454"/>
      </w:pPr>
      <w:r>
        <w:t>(   ) b) is</w:t>
      </w:r>
    </w:p>
    <w:p>
      <w:pPr>
        <w:spacing w:after="0"/>
        <w:ind w:left="454"/>
      </w:pPr>
      <w:r>
        <w:t>(   ) c) will be</w:t>
      </w:r>
    </w:p>
    <w:p>
      <w:pPr>
        <w:keepNext/>
        <w:spacing w:before="120"/>
      </w:pPr>
      <w:r>
        <w:t>3. If they don't hurry, they ___ the bus. (first conditional)</w:t>
      </w:r>
    </w:p>
    <w:p>
      <w:pPr>
        <w:spacing w:after="0"/>
        <w:ind w:left="454"/>
      </w:pPr>
      <w:r>
        <w:t>(   ) a) would miss</w:t>
      </w:r>
    </w:p>
    <w:p>
      <w:pPr>
        <w:spacing w:after="0"/>
        <w:ind w:left="454"/>
      </w:pPr>
      <w:r>
        <w:t>(   ) b) missed</w:t>
      </w:r>
    </w:p>
    <w:p>
      <w:pPr>
        <w:spacing w:after="0"/>
        <w:ind w:left="454"/>
      </w:pPr>
      <w:r>
        <w:t>(   ) c) will miss</w:t>
      </w:r>
    </w:p>
    <w:p>
      <w:pPr>
        <w:keepNext/>
        <w:spacing w:before="120"/>
      </w:pPr>
      <w:r>
        <w:t>4. If we ___ more time, we would learn another language. (second conditional)</w:t>
      </w:r>
    </w:p>
    <w:p>
      <w:pPr>
        <w:spacing w:after="0"/>
        <w:ind w:left="454"/>
      </w:pPr>
      <w:r>
        <w:t>(   ) a) have</w:t>
      </w:r>
    </w:p>
    <w:p>
      <w:pPr>
        <w:spacing w:after="0"/>
        <w:ind w:left="454"/>
      </w:pPr>
      <w:r>
        <w:t>(   ) b) will have</w:t>
      </w:r>
    </w:p>
    <w:p>
      <w:pPr>
        <w:spacing w:after="0"/>
        <w:ind w:left="454"/>
      </w:pPr>
      <w:r>
        <w:t>(   ) c) had</w:t>
      </w:r>
    </w:p>
    <w:p>
      <w:r>
        <w:br w:type="page"/>
      </w:r>
    </w:p>
    <w:p>
      <w:pPr>
        <w:pStyle w:val="Heading2"/>
      </w:pPr>
      <w:r>
        <w:t>Gabarito (Answer key)</w:t>
      </w:r>
    </w:p>
    <w:p>
      <w:r>
        <w:rPr>
          <w:b/>
        </w:rPr>
        <w:t>1. Reading</w:t>
      </w:r>
    </w:p>
    <w:p>
      <w:pPr>
        <w:spacing w:after="0"/>
      </w:pPr>
      <w:r>
        <w:t>1) b) It has made communication faster and more global.</w:t>
      </w:r>
    </w:p>
    <w:p>
      <w:pPr>
        <w:spacing w:after="0"/>
      </w:pPr>
      <w:r>
        <w:t>2) a) Share information and interact with people from different parts of the world</w:t>
      </w:r>
    </w:p>
    <w:p>
      <w:pPr>
        <w:spacing w:after="0"/>
      </w:pPr>
      <w:r>
        <w:t>3) c) Reduced face-to-face interaction and increased anxiety</w:t>
      </w:r>
    </w:p>
    <w:p>
      <w:pPr>
        <w:spacing w:after="0"/>
      </w:pPr>
      <w:r>
        <w:t>4) c) contrast</w:t>
      </w:r>
    </w:p>
    <w:p>
      <w:pPr>
        <w:spacing w:after="0"/>
      </w:pPr>
      <w:r>
        <w:t>5) d) Social media has positive and negative effects on communication.</w:t>
      </w:r>
    </w:p>
    <w:p>
      <w:r>
        <w:rPr>
          <w:b/>
        </w:rPr>
        <w:t>2. Passive voice</w:t>
      </w:r>
    </w:p>
    <w:p>
      <w:pPr>
        <w:spacing w:after="0"/>
      </w:pPr>
      <w:r>
        <w:t>1) are used</w:t>
      </w:r>
    </w:p>
    <w:p>
      <w:pPr>
        <w:spacing w:after="0"/>
      </w:pPr>
      <w:r>
        <w:t>2) were corrected</w:t>
      </w:r>
    </w:p>
    <w:p>
      <w:pPr>
        <w:spacing w:after="0"/>
      </w:pPr>
      <w:r>
        <w:t>3) will be developed</w:t>
      </w:r>
    </w:p>
    <w:p>
      <w:pPr>
        <w:spacing w:after="0"/>
      </w:pPr>
      <w:r>
        <w:t>4) is spoken</w:t>
      </w:r>
    </w:p>
    <w:p>
      <w:r>
        <w:rPr>
          <w:b/>
        </w:rPr>
        <w:t>3. Conditionals</w:t>
      </w:r>
    </w:p>
    <w:p>
      <w:pPr>
        <w:spacing w:after="0"/>
      </w:pPr>
      <w:r>
        <w:t>1) b) will pass</w:t>
      </w:r>
    </w:p>
    <w:p>
      <w:pPr>
        <w:spacing w:after="0"/>
      </w:pPr>
      <w:r>
        <w:t>2) a) were</w:t>
      </w:r>
    </w:p>
    <w:p>
      <w:pPr>
        <w:spacing w:after="0"/>
      </w:pPr>
      <w:r>
        <w:t>3) c) will miss</w:t>
      </w:r>
    </w:p>
    <w:p>
      <w:pPr>
        <w:spacing w:after="0"/>
      </w:pPr>
      <w:r>
        <w:t>4) c) had</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2026-07-01T00:00:00Z</dcterms:created>
  <dcterms:modified xsi:type="dcterms:W3CDTF">2026-07-01T00:00:00Z</dcterms:modified>
  <cp:category/>
</cp:coreProperties>
</file>