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A importância do sono: questões no estilo ENEM</w:t>
      </w:r>
    </w:p>
    <w:p>
      <w:r>
        <w:rPr>
          <w:color w:val="6B6B6B"/>
          <w:sz w:val="18"/>
        </w:rPr>
        <w:t>1ª série · Reading comprehension (interpretação) · BNCC: EM13LGG302, EM13LGG403</w:t>
      </w:r>
    </w:p>
    <w:p>
      <w:pPr>
        <w:pStyle w:val="Heading2"/>
      </w:pPr>
      <w:r>
        <w:t>1. The importance of sleep</w:t>
      </w:r>
    </w:p>
    <w:p>
      <w:r>
        <w:rPr>
          <w:i/>
        </w:rPr>
        <w:t>Read the text and answer the questions.</w:t>
      </w:r>
    </w:p>
    <w:p>
      <w:r>
        <w:rPr>
          <w:b/>
        </w:rPr>
        <w:t>The Importance of Sleep</w:t>
      </w:r>
    </w:p>
    <w:p>
      <w:pPr>
        <w:ind w:left="340"/>
      </w:pPr>
      <w:r>
        <w:t>Sleep plays an essential role in physical and mental health. During sleep, the body repairs tissues, strengthens the immune system, and processes memories from the day. Experts recommend that teenagers sleep between eight and ten hours per night. However, due to school schedules and the use of electronic devices at night, many young people do not get enough rest, which can affect their concentration and mood.</w:t>
      </w:r>
    </w:p>
    <w:p>
      <w:pPr>
        <w:keepNext/>
        <w:spacing w:before="120"/>
      </w:pPr>
      <w:r>
        <w:t>1. O objetivo principal do texto é:</w:t>
      </w:r>
    </w:p>
    <w:p>
      <w:pPr>
        <w:spacing w:after="0"/>
        <w:ind w:left="454"/>
      </w:pPr>
      <w:r>
        <w:t>(   ) a) recomendar o uso de aparelhos eletrônicos antes de dormir.</w:t>
      </w:r>
    </w:p>
    <w:p>
      <w:pPr>
        <w:spacing w:after="0"/>
        <w:ind w:left="454"/>
      </w:pPr>
      <w:r>
        <w:t>(   ) b) descrever como os horários escolares são organizados.</w:t>
      </w:r>
    </w:p>
    <w:p>
      <w:pPr>
        <w:spacing w:after="0"/>
        <w:ind w:left="454"/>
      </w:pPr>
      <w:r>
        <w:t>(   ) c) explicar a importância do sono e os obstáculos comuns para dormir bem.</w:t>
      </w:r>
    </w:p>
    <w:p>
      <w:pPr>
        <w:spacing w:after="0"/>
        <w:ind w:left="454"/>
      </w:pPr>
      <w:r>
        <w:t>(   ) d) comparar hábitos de sono em diferentes países.</w:t>
      </w:r>
    </w:p>
    <w:p>
      <w:pPr>
        <w:spacing w:after="0"/>
        <w:ind w:left="454"/>
      </w:pPr>
      <w:r>
        <w:t>(   ) e) criticar os adolescentes por sua rotina.</w:t>
      </w:r>
    </w:p>
    <w:p>
      <w:pPr>
        <w:keepNext/>
        <w:spacing w:before="120"/>
      </w:pPr>
      <w:r>
        <w:t>2. De acordo com o texto, durante o sono o corpo:</w:t>
      </w:r>
    </w:p>
    <w:p>
      <w:pPr>
        <w:spacing w:after="0"/>
        <w:ind w:left="454"/>
      </w:pPr>
      <w:r>
        <w:t>(   ) a) repara tecidos e fortalece o sistema imunológico.</w:t>
      </w:r>
    </w:p>
    <w:p>
      <w:pPr>
        <w:spacing w:after="0"/>
        <w:ind w:left="454"/>
      </w:pPr>
      <w:r>
        <w:t>(   ) b) para de produzir memórias.</w:t>
      </w:r>
    </w:p>
    <w:p>
      <w:pPr>
        <w:spacing w:after="0"/>
        <w:ind w:left="454"/>
      </w:pPr>
      <w:r>
        <w:t>(   ) c) fica mais vulnerável a doenças.</w:t>
      </w:r>
    </w:p>
    <w:p>
      <w:pPr>
        <w:spacing w:after="0"/>
        <w:ind w:left="454"/>
      </w:pPr>
      <w:r>
        <w:t>(   ) d) diminui sua necessidade de descanso.</w:t>
      </w:r>
    </w:p>
    <w:p>
      <w:pPr>
        <w:spacing w:after="0"/>
        <w:ind w:left="454"/>
      </w:pPr>
      <w:r>
        <w:t>(   ) e) aumenta o uso de aparelhos eletrônicos.</w:t>
      </w:r>
    </w:p>
    <w:p>
      <w:pPr>
        <w:keepNext/>
        <w:spacing w:before="120"/>
      </w:pPr>
      <w:r>
        <w:t>3. A palavra "However", no texto, introduz:</w:t>
      </w:r>
    </w:p>
    <w:p>
      <w:pPr>
        <w:spacing w:after="0"/>
        <w:ind w:left="454"/>
      </w:pPr>
      <w:r>
        <w:t>(   ) a) um exemplo.</w:t>
      </w:r>
    </w:p>
    <w:p>
      <w:pPr>
        <w:spacing w:after="0"/>
        <w:ind w:left="454"/>
      </w:pPr>
      <w:r>
        <w:t>(   ) b) uma causa.</w:t>
      </w:r>
    </w:p>
    <w:p>
      <w:pPr>
        <w:spacing w:after="0"/>
        <w:ind w:left="454"/>
      </w:pPr>
      <w:r>
        <w:t>(   ) c) um resumo.</w:t>
      </w:r>
    </w:p>
    <w:p>
      <w:pPr>
        <w:spacing w:after="0"/>
        <w:ind w:left="454"/>
      </w:pPr>
      <w:r>
        <w:t>(   ) d) um contraste.</w:t>
      </w:r>
    </w:p>
    <w:p>
      <w:pPr>
        <w:spacing w:after="0"/>
        <w:ind w:left="454"/>
      </w:pPr>
      <w:r>
        <w:t>(   ) e) uma adição.</w:t>
      </w:r>
    </w:p>
    <w:p>
      <w:pPr>
        <w:keepNext/>
        <w:spacing w:before="120"/>
      </w:pPr>
      <w:r>
        <w:t>4. Segundo o texto, a falta de sono pode afetar:</w:t>
      </w:r>
    </w:p>
    <w:p>
      <w:pPr>
        <w:spacing w:after="0"/>
        <w:ind w:left="454"/>
      </w:pPr>
      <w:r>
        <w:t>(   ) a) os horários escolares.</w:t>
      </w:r>
    </w:p>
    <w:p>
      <w:pPr>
        <w:spacing w:after="0"/>
        <w:ind w:left="454"/>
      </w:pPr>
      <w:r>
        <w:t>(   ) b) apenas o sistema imunológico.</w:t>
      </w:r>
    </w:p>
    <w:p>
      <w:pPr>
        <w:spacing w:after="0"/>
        <w:ind w:left="454"/>
      </w:pPr>
      <w:r>
        <w:t>(   ) c) o uso de aparelhos eletrônicos.</w:t>
      </w:r>
    </w:p>
    <w:p>
      <w:pPr>
        <w:spacing w:after="0"/>
        <w:ind w:left="454"/>
      </w:pPr>
      <w:r>
        <w:t>(   ) d) apenas o crescimento físico.</w:t>
      </w:r>
    </w:p>
    <w:p>
      <w:pPr>
        <w:spacing w:after="0"/>
        <w:ind w:left="454"/>
      </w:pPr>
      <w:r>
        <w:t>(   ) e) a concentração e o humor.</w:t>
      </w:r>
    </w:p>
    <w:p>
      <w:pPr>
        <w:keepNext/>
        <w:spacing w:before="120"/>
      </w:pPr>
      <w:r>
        <w:t>5. Em "their concentration and mood", o pronome "their" se refere a:</w:t>
      </w:r>
    </w:p>
    <w:p>
      <w:pPr>
        <w:spacing w:after="0"/>
        <w:ind w:left="454"/>
      </w:pPr>
      <w:r>
        <w:t>(   ) a) experts.</w:t>
      </w:r>
    </w:p>
    <w:p>
      <w:pPr>
        <w:spacing w:after="0"/>
        <w:ind w:left="454"/>
      </w:pPr>
      <w:r>
        <w:t>(   ) b) young people (teenagers).</w:t>
      </w:r>
    </w:p>
    <w:p>
      <w:pPr>
        <w:spacing w:after="0"/>
        <w:ind w:left="454"/>
      </w:pPr>
      <w:r>
        <w:t>(   ) c) electronic devices.</w:t>
      </w:r>
    </w:p>
    <w:p>
      <w:pPr>
        <w:spacing w:after="0"/>
        <w:ind w:left="454"/>
      </w:pPr>
      <w:r>
        <w:t>(   ) d) tissues.</w:t>
      </w:r>
    </w:p>
    <w:p>
      <w:pPr>
        <w:spacing w:after="0"/>
        <w:ind w:left="454"/>
      </w:pPr>
      <w:r>
        <w:t>(   ) e) memories.</w:t>
      </w:r>
    </w:p>
    <w:p>
      <w:pPr>
        <w:keepNext/>
        <w:spacing w:before="120"/>
      </w:pPr>
      <w:r>
        <w:t>6. Segundo os especialistas citados no texto, os adolescentes devem dormir:</w:t>
      </w:r>
    </w:p>
    <w:p>
      <w:pPr>
        <w:spacing w:after="0"/>
        <w:ind w:left="454"/>
      </w:pPr>
      <w:r>
        <w:t>(   ) a) menos de seis horas por noite.</w:t>
      </w:r>
    </w:p>
    <w:p>
      <w:pPr>
        <w:spacing w:after="0"/>
        <w:ind w:left="454"/>
      </w:pPr>
      <w:r>
        <w:t>(   ) b) exatamente sete horas por noite.</w:t>
      </w:r>
    </w:p>
    <w:p>
      <w:pPr>
        <w:spacing w:after="0"/>
        <w:ind w:left="454"/>
      </w:pPr>
      <w:r>
        <w:t>(   ) c) doze horas por noite.</w:t>
      </w:r>
    </w:p>
    <w:p>
      <w:pPr>
        <w:spacing w:after="0"/>
        <w:ind w:left="454"/>
      </w:pPr>
      <w:r>
        <w:t>(   ) d) entre oito e dez horas por noite.</w:t>
      </w:r>
    </w:p>
    <w:p>
      <w:pPr>
        <w:spacing w:after="0"/>
        <w:ind w:left="454"/>
      </w:pPr>
      <w:r>
        <w:t>(   ) e) apenas durante o dia.</w:t>
      </w:r>
    </w:p>
    <w:p>
      <w:pPr>
        <w:pStyle w:val="Heading2"/>
      </w:pPr>
      <w:r>
        <w:t>2. Summer reading challenge</w:t>
      </w:r>
    </w:p>
    <w:p>
      <w:r>
        <w:rPr>
          <w:i/>
        </w:rPr>
        <w:t>Read the notice and answer the questions.</w:t>
      </w:r>
    </w:p>
    <w:p>
      <w:r>
        <w:rPr>
          <w:b/>
        </w:rPr>
        <w:t>SUMMER READING CHALLENGE</w:t>
      </w:r>
    </w:p>
    <w:p>
      <w:pPr>
        <w:ind w:left="340"/>
      </w:pPr>
      <w:r>
        <w:t>Read at least 3 books this summer and win a prize!</w:t>
      </w:r>
    </w:p>
    <w:p>
      <w:pPr>
        <w:ind w:left="340"/>
      </w:pPr>
      <w:r>
        <w:t>How to participate: register at the school library, choose your books, and write a short review of each one.</w:t>
      </w:r>
    </w:p>
    <w:p>
      <w:pPr>
        <w:ind w:left="340"/>
      </w:pPr>
      <w:r>
        <w:t>Deadline: August 30th</w:t>
      </w:r>
    </w:p>
    <w:p>
      <w:pPr>
        <w:ind w:left="340"/>
      </w:pPr>
      <w:r>
        <w:t>Open to all high school students.</w:t>
      </w:r>
    </w:p>
    <w:p>
      <w:pPr>
        <w:keepNext/>
        <w:spacing w:before="120"/>
      </w:pPr>
      <w:r>
        <w:t>1. O objetivo principal desse aviso é:</w:t>
      </w:r>
    </w:p>
    <w:p>
      <w:pPr>
        <w:spacing w:after="0"/>
        <w:ind w:left="454"/>
      </w:pPr>
      <w:r>
        <w:t>(   ) a) vender livros aos alunos.</w:t>
      </w:r>
    </w:p>
    <w:p>
      <w:pPr>
        <w:spacing w:after="0"/>
        <w:ind w:left="454"/>
      </w:pPr>
      <w:r>
        <w:t>(   ) b) anunciar uma mudança no horário da biblioteca.</w:t>
      </w:r>
    </w:p>
    <w:p>
      <w:pPr>
        <w:spacing w:after="0"/>
        <w:ind w:left="454"/>
      </w:pPr>
      <w:r>
        <w:t>(   ) c) divulgar o novo prédio da biblioteca.</w:t>
      </w:r>
    </w:p>
    <w:p>
      <w:pPr>
        <w:spacing w:after="0"/>
        <w:ind w:left="454"/>
      </w:pPr>
      <w:r>
        <w:t>(   ) d) convidar os alunos a participar de um desafio de leitura.</w:t>
      </w:r>
    </w:p>
    <w:p>
      <w:pPr>
        <w:spacing w:after="0"/>
        <w:ind w:left="454"/>
      </w:pPr>
      <w:r>
        <w:t>(   ) e) informar as datas das provas.</w:t>
      </w:r>
    </w:p>
    <w:p>
      <w:pPr>
        <w:keepNext/>
        <w:spacing w:before="120"/>
      </w:pPr>
      <w:r>
        <w:t>2. De acordo com o aviso, para participar, os alunos devem:</w:t>
      </w:r>
    </w:p>
    <w:p>
      <w:pPr>
        <w:spacing w:after="0"/>
        <w:ind w:left="454"/>
      </w:pPr>
      <w:r>
        <w:t>(   ) a) comprar livros na loja da escola.</w:t>
      </w:r>
    </w:p>
    <w:p>
      <w:pPr>
        <w:spacing w:after="0"/>
        <w:ind w:left="454"/>
      </w:pPr>
      <w:r>
        <w:t>(   ) b) assistir a uma aula de literatura.</w:t>
      </w:r>
    </w:p>
    <w:p>
      <w:pPr>
        <w:spacing w:after="0"/>
        <w:ind w:left="454"/>
      </w:pPr>
      <w:r>
        <w:t>(   ) c) escrever uma resenha curta de cada livro lido.</w:t>
      </w:r>
    </w:p>
    <w:p>
      <w:pPr>
        <w:spacing w:after="0"/>
        <w:ind w:left="454"/>
      </w:pPr>
      <w:r>
        <w:t>(   ) d) pegar livros emprestados com um professor.</w:t>
      </w:r>
    </w:p>
    <w:p>
      <w:pPr>
        <w:spacing w:after="0"/>
        <w:ind w:left="454"/>
      </w:pPr>
      <w:r>
        <w:t>(   ) e) ler exatamente um livro.</w:t>
      </w:r>
    </w:p>
    <w:p>
      <w:pPr>
        <w:keepNext/>
        <w:spacing w:before="120"/>
      </w:pPr>
      <w:r>
        <w:t>3. A palavra "deadline" tem sentido mais próximo de:</w:t>
      </w:r>
    </w:p>
    <w:p>
      <w:pPr>
        <w:spacing w:after="0"/>
        <w:ind w:left="454"/>
      </w:pPr>
      <w:r>
        <w:t>(   ) a) data final.</w:t>
      </w:r>
    </w:p>
    <w:p>
      <w:pPr>
        <w:spacing w:after="0"/>
        <w:ind w:left="454"/>
      </w:pPr>
      <w:r>
        <w:t>(   ) b) data de início.</w:t>
      </w:r>
    </w:p>
    <w:p>
      <w:pPr>
        <w:spacing w:after="0"/>
        <w:ind w:left="454"/>
      </w:pPr>
      <w:r>
        <w:t>(   ) c) horário da biblioteca.</w:t>
      </w:r>
    </w:p>
    <w:p>
      <w:pPr>
        <w:spacing w:after="0"/>
        <w:ind w:left="454"/>
      </w:pPr>
      <w:r>
        <w:t>(   ) d) título do livro.</w:t>
      </w:r>
    </w:p>
    <w:p>
      <w:pPr>
        <w:spacing w:after="0"/>
        <w:ind w:left="454"/>
      </w:pPr>
      <w:r>
        <w:t>(   ) e) valor do prêmio.</w:t>
      </w:r>
    </w:p>
    <w:p>
      <w:pPr>
        <w:keepNext/>
        <w:spacing w:before="120"/>
      </w:pPr>
      <w:r>
        <w:t>4. A expressão "at least 3 books" indica que o aluno deve ler:</w:t>
      </w:r>
    </w:p>
    <w:p>
      <w:pPr>
        <w:spacing w:after="0"/>
        <w:ind w:left="454"/>
      </w:pPr>
      <w:r>
        <w:t>(   ) a) no máximo 3 livros.</w:t>
      </w:r>
    </w:p>
    <w:p>
      <w:pPr>
        <w:spacing w:after="0"/>
        <w:ind w:left="454"/>
      </w:pPr>
      <w:r>
        <w:t>(   ) b) 3 livros ou mais.</w:t>
      </w:r>
    </w:p>
    <w:p>
      <w:pPr>
        <w:spacing w:after="0"/>
        <w:ind w:left="454"/>
      </w:pPr>
      <w:r>
        <w:t>(   ) c) menos de 3 livros.</w:t>
      </w:r>
    </w:p>
    <w:p>
      <w:pPr>
        <w:spacing w:after="0"/>
        <w:ind w:left="454"/>
      </w:pPr>
      <w:r>
        <w:t>(   ) d) exatamente 3 livros por semana.</w:t>
      </w:r>
    </w:p>
    <w:p>
      <w:pPr>
        <w:spacing w:after="0"/>
        <w:ind w:left="454"/>
      </w:pPr>
      <w:r>
        <w:t>(   ) e) 3 livros escolhidos pela escola.</w:t>
      </w:r>
    </w:p>
    <w:p>
      <w:r>
        <w:br w:type="page"/>
      </w:r>
    </w:p>
    <w:p>
      <w:pPr>
        <w:pStyle w:val="Heading2"/>
      </w:pPr>
      <w:r>
        <w:t>Gabarito (Answer key)</w:t>
      </w:r>
    </w:p>
    <w:p>
      <w:r>
        <w:rPr>
          <w:b/>
        </w:rPr>
        <w:t>1. The importance of sleep</w:t>
      </w:r>
    </w:p>
    <w:p>
      <w:pPr>
        <w:spacing w:after="0"/>
      </w:pPr>
      <w:r>
        <w:t>1) c) explicar a importância do sono e os obstáculos comuns para dormir bem.</w:t>
      </w:r>
    </w:p>
    <w:p>
      <w:pPr>
        <w:spacing w:after="0"/>
      </w:pPr>
      <w:r>
        <w:t>2) a) repara tecidos e fortalece o sistema imunológico.</w:t>
      </w:r>
    </w:p>
    <w:p>
      <w:pPr>
        <w:spacing w:after="0"/>
      </w:pPr>
      <w:r>
        <w:t>3) d) um contraste.</w:t>
      </w:r>
    </w:p>
    <w:p>
      <w:pPr>
        <w:spacing w:after="0"/>
      </w:pPr>
      <w:r>
        <w:t>4) e) a concentração e o humor.</w:t>
      </w:r>
    </w:p>
    <w:p>
      <w:pPr>
        <w:spacing w:after="0"/>
      </w:pPr>
      <w:r>
        <w:t>5) b) young people (teenagers).</w:t>
      </w:r>
    </w:p>
    <w:p>
      <w:pPr>
        <w:spacing w:after="0"/>
      </w:pPr>
      <w:r>
        <w:t>6) d) entre oito e dez horas por noite.</w:t>
      </w:r>
    </w:p>
    <w:p>
      <w:r>
        <w:rPr>
          <w:b/>
        </w:rPr>
        <w:t>2. Summer reading challenge</w:t>
      </w:r>
    </w:p>
    <w:p>
      <w:pPr>
        <w:spacing w:after="0"/>
      </w:pPr>
      <w:r>
        <w:t>1) d) convidar os alunos a participar de um desafio de leitura.</w:t>
      </w:r>
    </w:p>
    <w:p>
      <w:pPr>
        <w:spacing w:after="0"/>
      </w:pPr>
      <w:r>
        <w:t>2) c) escrever uma resenha curta de cada livro lido.</w:t>
      </w:r>
    </w:p>
    <w:p>
      <w:pPr>
        <w:spacing w:after="0"/>
      </w:pPr>
      <w:r>
        <w:t>3) a) data final.</w:t>
      </w:r>
    </w:p>
    <w:p>
      <w:pPr>
        <w:spacing w:after="0"/>
      </w:pPr>
      <w:r>
        <w:t>4) b) 3 livros ou mais.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