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Simple present e preposições</w:t>
      </w:r>
    </w:p>
    <w:p>
      <w:r>
        <w:rPr>
          <w:color w:val="6B6B6B"/>
          <w:sz w:val="18"/>
        </w:rPr>
        <w:t>4º ano e 5º ano · Simple present</w:t>
      </w:r>
    </w:p>
    <w:p>
      <w:pPr>
        <w:pStyle w:val="Heading2"/>
      </w:pPr>
      <w:r>
        <w:t>1. Simple present</w:t>
      </w:r>
    </w:p>
    <w:p>
      <w:r>
        <w:rPr>
          <w:i/>
        </w:rPr>
        <w:t>Complete with the simple present of the verb in parentheses.</w:t>
      </w:r>
    </w:p>
    <w:p>
      <w:pPr>
        <w:keepNext/>
        <w:spacing w:before="120"/>
      </w:pPr>
      <w:r>
        <w:t>1. She ______________ (study) English.</w:t>
      </w:r>
    </w:p>
    <w:p>
      <w:pPr>
        <w:keepNext/>
        <w:spacing w:before="120"/>
      </w:pPr>
      <w:r>
        <w:t>2. They ______________ (play) soccer.</w:t>
      </w:r>
    </w:p>
    <w:p>
      <w:pPr>
        <w:keepNext/>
        <w:spacing w:before="120"/>
      </w:pPr>
      <w:r>
        <w:t>3. My dad ______________ (watch) the news every night.</w:t>
      </w:r>
    </w:p>
    <w:p>
      <w:pPr>
        <w:keepNext/>
        <w:spacing w:before="120"/>
      </w:pPr>
      <w:r>
        <w:t>4. Lucas ______________ (go) to school by bike.</w:t>
      </w:r>
    </w:p>
    <w:p>
      <w:pPr>
        <w:keepNext/>
        <w:spacing w:before="120"/>
      </w:pPr>
      <w:r>
        <w:t>5. We ______________ (like) ice cream.</w:t>
      </w:r>
    </w:p>
    <w:p>
      <w:pPr>
        <w:keepNext/>
        <w:spacing w:before="120"/>
      </w:pPr>
      <w:r>
        <w:t>6. The baby ______________ (cry) a lot.</w:t>
      </w:r>
    </w:p>
    <w:p>
      <w:pPr>
        <w:pStyle w:val="Heading2"/>
      </w:pPr>
      <w:r>
        <w:t>2. Choose the sentence</w:t>
      </w:r>
    </w:p>
    <w:p>
      <w:r>
        <w:rPr>
          <w:i/>
        </w:rPr>
        <w:t>Choose the correct sentence.</w:t>
      </w:r>
    </w:p>
    <w:p>
      <w:pPr>
        <w:keepNext/>
        <w:spacing w:before="120"/>
      </w:pPr>
      <w:r>
        <w:t>1. (she / study / English)</w:t>
      </w:r>
    </w:p>
    <w:p>
      <w:pPr>
        <w:spacing w:after="0"/>
        <w:ind w:left="454"/>
      </w:pPr>
      <w:r>
        <w:t>(   ) a) She study English.</w:t>
      </w:r>
    </w:p>
    <w:p>
      <w:pPr>
        <w:spacing w:after="0"/>
        <w:ind w:left="454"/>
      </w:pPr>
      <w:r>
        <w:t>(   ) b) She studies English.</w:t>
      </w:r>
    </w:p>
    <w:p>
      <w:pPr>
        <w:spacing w:after="0"/>
        <w:ind w:left="454"/>
      </w:pPr>
      <w:r>
        <w:t>(   ) c) She studys English.</w:t>
      </w:r>
    </w:p>
    <w:p>
      <w:pPr>
        <w:keepNext/>
        <w:spacing w:before="120"/>
      </w:pPr>
      <w:r>
        <w:t>2. (they / play / soccer)</w:t>
      </w:r>
    </w:p>
    <w:p>
      <w:pPr>
        <w:spacing w:after="0"/>
        <w:ind w:left="454"/>
      </w:pPr>
      <w:r>
        <w:t>(   ) a) They play soccer.</w:t>
      </w:r>
    </w:p>
    <w:p>
      <w:pPr>
        <w:spacing w:after="0"/>
        <w:ind w:left="454"/>
      </w:pPr>
      <w:r>
        <w:t>(   ) b) They plays soccer.</w:t>
      </w:r>
    </w:p>
    <w:p>
      <w:pPr>
        <w:spacing w:after="0"/>
        <w:ind w:left="454"/>
      </w:pPr>
      <w:r>
        <w:t>(   ) c) They playing soccer.</w:t>
      </w:r>
    </w:p>
    <w:p>
      <w:pPr>
        <w:pStyle w:val="Heading2"/>
      </w:pPr>
      <w:r>
        <w:t>3. Prepositions</w:t>
      </w:r>
    </w:p>
    <w:p>
      <w:r>
        <w:rPr>
          <w:i/>
        </w:rPr>
        <w:t>Complete with the correct preposition.</w:t>
      </w:r>
    </w:p>
    <w:p>
      <w:pPr>
        <w:keepNext/>
        <w:spacing w:before="120"/>
      </w:pPr>
      <w:r>
        <w:t>1. The cat is sleeping ___ the chair.</w:t>
      </w:r>
    </w:p>
    <w:p>
      <w:pPr>
        <w:spacing w:after="0"/>
        <w:ind w:left="454"/>
      </w:pPr>
      <w:r>
        <w:t>(   ) a) of</w:t>
      </w:r>
    </w:p>
    <w:p>
      <w:pPr>
        <w:spacing w:after="0"/>
        <w:ind w:left="454"/>
      </w:pPr>
      <w:r>
        <w:t>(   ) b) to</w:t>
      </w:r>
    </w:p>
    <w:p>
      <w:pPr>
        <w:spacing w:after="0"/>
        <w:ind w:left="454"/>
      </w:pPr>
      <w:r>
        <w:t>(   ) c) under</w:t>
      </w:r>
    </w:p>
    <w:p>
      <w:pPr>
        <w:keepNext/>
        <w:spacing w:before="120"/>
      </w:pPr>
      <w:r>
        <w:t>2. We go to school ___ bus.</w:t>
      </w:r>
    </w:p>
    <w:p>
      <w:pPr>
        <w:spacing w:after="0"/>
        <w:ind w:left="454"/>
      </w:pPr>
      <w:r>
        <w:t>(   ) a) by</w:t>
      </w:r>
    </w:p>
    <w:p>
      <w:pPr>
        <w:spacing w:after="0"/>
        <w:ind w:left="454"/>
      </w:pPr>
      <w:r>
        <w:t>(   ) b) on</w:t>
      </w:r>
    </w:p>
    <w:p>
      <w:pPr>
        <w:spacing w:after="0"/>
        <w:ind w:left="454"/>
      </w:pPr>
      <w:r>
        <w:t>(   ) c) at</w:t>
      </w:r>
    </w:p>
    <w:p>
      <w:pPr>
        <w:keepNext/>
        <w:spacing w:before="120"/>
      </w:pPr>
      <w:r>
        <w:t>3. The books are ___ the table.</w:t>
      </w:r>
    </w:p>
    <w:p>
      <w:pPr>
        <w:spacing w:after="0"/>
        <w:ind w:left="454"/>
      </w:pPr>
      <w:r>
        <w:t>(   ) a) on</w:t>
      </w:r>
    </w:p>
    <w:p>
      <w:pPr>
        <w:spacing w:after="0"/>
        <w:ind w:left="454"/>
      </w:pPr>
      <w:r>
        <w:t>(   ) b) of</w:t>
      </w:r>
    </w:p>
    <w:p>
      <w:pPr>
        <w:spacing w:after="0"/>
        <w:ind w:left="454"/>
      </w:pPr>
      <w:r>
        <w:t>(   ) c) with</w:t>
      </w:r>
    </w:p>
    <w:p>
      <w:pPr>
        <w:keepNext/>
        <w:spacing w:before="120"/>
      </w:pPr>
      <w:r>
        <w:t>4. My birthday is ___ June.</w:t>
      </w:r>
    </w:p>
    <w:p>
      <w:pPr>
        <w:spacing w:after="0"/>
        <w:ind w:left="454"/>
      </w:pPr>
      <w:r>
        <w:t>(   ) a) on</w:t>
      </w:r>
    </w:p>
    <w:p>
      <w:pPr>
        <w:spacing w:after="0"/>
        <w:ind w:left="454"/>
      </w:pPr>
      <w:r>
        <w:t>(   ) b) in</w:t>
      </w:r>
    </w:p>
    <w:p>
      <w:pPr>
        <w:spacing w:after="0"/>
        <w:ind w:left="454"/>
      </w:pPr>
      <w:r>
        <w:t>(   ) c) at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Simple present</w:t>
      </w:r>
    </w:p>
    <w:p>
      <w:pPr>
        <w:spacing w:after="0"/>
      </w:pPr>
      <w:r>
        <w:t>1) studies</w:t>
      </w:r>
    </w:p>
    <w:p>
      <w:pPr>
        <w:spacing w:after="0"/>
      </w:pPr>
      <w:r>
        <w:t>2) play</w:t>
      </w:r>
    </w:p>
    <w:p>
      <w:pPr>
        <w:spacing w:after="0"/>
      </w:pPr>
      <w:r>
        <w:t>3) watches</w:t>
      </w:r>
    </w:p>
    <w:p>
      <w:pPr>
        <w:spacing w:after="0"/>
      </w:pPr>
      <w:r>
        <w:t>4) goes</w:t>
      </w:r>
    </w:p>
    <w:p>
      <w:pPr>
        <w:spacing w:after="0"/>
      </w:pPr>
      <w:r>
        <w:t>5) like</w:t>
      </w:r>
    </w:p>
    <w:p>
      <w:pPr>
        <w:spacing w:after="0"/>
      </w:pPr>
      <w:r>
        <w:t>6) cries</w:t>
      </w:r>
    </w:p>
    <w:p>
      <w:r>
        <w:rPr>
          <w:b/>
        </w:rPr>
        <w:t>2. Choose the sentence</w:t>
      </w:r>
    </w:p>
    <w:p>
      <w:pPr>
        <w:spacing w:after="0"/>
      </w:pPr>
      <w:r>
        <w:t>1) b) She studies English.</w:t>
      </w:r>
    </w:p>
    <w:p>
      <w:pPr>
        <w:spacing w:after="0"/>
      </w:pPr>
      <w:r>
        <w:t>2) a) They play soccer.</w:t>
      </w:r>
    </w:p>
    <w:p>
      <w:r>
        <w:rPr>
          <w:b/>
        </w:rPr>
        <w:t>3. Prepositions</w:t>
      </w:r>
    </w:p>
    <w:p>
      <w:pPr>
        <w:spacing w:after="0"/>
      </w:pPr>
      <w:r>
        <w:t>1) c) under</w:t>
      </w:r>
    </w:p>
    <w:p>
      <w:pPr>
        <w:spacing w:after="0"/>
      </w:pPr>
      <w:r>
        <w:t>2) a) by</w:t>
      </w:r>
    </w:p>
    <w:p>
      <w:pPr>
        <w:spacing w:after="0"/>
      </w:pPr>
      <w:r>
        <w:t>3) a) on</w:t>
      </w:r>
    </w:p>
    <w:p>
      <w:pPr>
        <w:spacing w:after="0"/>
      </w:pPr>
      <w:r>
        <w:t>4) b) in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2024-06-26T00:00:00Z</dcterms:created>
  <dcterms:modified xsi:type="dcterms:W3CDTF">2024-06-26T00:00:00Z</dcterms:modified>
  <cp:category/>
</cp:coreProperties>
</file>