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 e palavras opostas</w:t>
      </w:r>
    </w:p>
    <w:p>
      <w:r>
        <w:rPr>
          <w:color w:val="6B6B6B"/>
          <w:sz w:val="18"/>
        </w:rPr>
        <w:t>3º ano e 4º ano · Simple present</w:t>
      </w:r>
    </w:p>
    <w:p>
      <w:pPr>
        <w:pStyle w:val="Heading2"/>
      </w:pPr>
      <w:r>
        <w:t>1. Simple present</w:t>
      </w:r>
    </w:p>
    <w:p>
      <w:r>
        <w:rPr>
          <w:i/>
        </w:rPr>
        <w:t>Escolha a frase certa. (Choose the correct sentence.)</w:t>
      </w:r>
    </w:p>
    <w:p>
      <w:pPr>
        <w:keepNext/>
        <w:spacing w:before="120"/>
      </w:pPr>
      <w:r>
        <w:t>1. 📐  (she / study / math)</w:t>
      </w:r>
    </w:p>
    <w:p>
      <w:pPr>
        <w:spacing w:after="0"/>
        <w:ind w:left="454"/>
      </w:pPr>
      <w:r>
        <w:t>(   ) a) She study math.</w:t>
      </w:r>
    </w:p>
    <w:p>
      <w:pPr>
        <w:spacing w:after="0"/>
        <w:ind w:left="454"/>
      </w:pPr>
      <w:r>
        <w:t>(   ) b) She studies math.</w:t>
      </w:r>
    </w:p>
    <w:p>
      <w:pPr>
        <w:spacing w:after="0"/>
        <w:ind w:left="454"/>
      </w:pPr>
      <w:r>
        <w:t>(   ) c) She studys math.</w:t>
      </w:r>
    </w:p>
    <w:p>
      <w:pPr>
        <w:keepNext/>
        <w:spacing w:before="120"/>
      </w:pPr>
      <w:r>
        <w:t>2. 🏀  (they / play / basketball)</w:t>
      </w:r>
    </w:p>
    <w:p>
      <w:pPr>
        <w:spacing w:after="0"/>
        <w:ind w:left="454"/>
      </w:pPr>
      <w:r>
        <w:t>(   ) a) They play basketball.</w:t>
      </w:r>
    </w:p>
    <w:p>
      <w:pPr>
        <w:spacing w:after="0"/>
        <w:ind w:left="454"/>
      </w:pPr>
      <w:r>
        <w:t>(   ) b) They plays basketball.</w:t>
      </w:r>
    </w:p>
    <w:p>
      <w:pPr>
        <w:spacing w:after="0"/>
        <w:ind w:left="454"/>
      </w:pPr>
      <w:r>
        <w:t>(   ) c) They playing basketball.</w:t>
      </w:r>
    </w:p>
    <w:p>
      <w:pPr>
        <w:keepNext/>
        <w:spacing w:before="120"/>
      </w:pPr>
      <w:r>
        <w:t>3. 🍕  (he / eat / pizza)</w:t>
      </w:r>
    </w:p>
    <w:p>
      <w:pPr>
        <w:spacing w:after="0"/>
        <w:ind w:left="454"/>
      </w:pPr>
      <w:r>
        <w:t>(   ) a) He eat pizza.</w:t>
      </w:r>
    </w:p>
    <w:p>
      <w:pPr>
        <w:spacing w:after="0"/>
        <w:ind w:left="454"/>
      </w:pPr>
      <w:r>
        <w:t>(   ) b) He eating pizza.</w:t>
      </w:r>
    </w:p>
    <w:p>
      <w:pPr>
        <w:spacing w:after="0"/>
        <w:ind w:left="454"/>
      </w:pPr>
      <w:r>
        <w:t>(   ) c) He eats pizza.</w:t>
      </w:r>
    </w:p>
    <w:p>
      <w:pPr>
        <w:keepNext/>
        <w:spacing w:before="120"/>
      </w:pPr>
      <w:r>
        <w:t>4. 📺  (we / watch / TV)</w:t>
      </w:r>
    </w:p>
    <w:p>
      <w:pPr>
        <w:spacing w:after="0"/>
        <w:ind w:left="454"/>
      </w:pPr>
      <w:r>
        <w:t>(   ) a) We watches TV.</w:t>
      </w:r>
    </w:p>
    <w:p>
      <w:pPr>
        <w:spacing w:after="0"/>
        <w:ind w:left="454"/>
      </w:pPr>
      <w:r>
        <w:t>(   ) b) We watch TV.</w:t>
      </w:r>
    </w:p>
    <w:p>
      <w:pPr>
        <w:spacing w:after="0"/>
        <w:ind w:left="454"/>
      </w:pPr>
      <w:r>
        <w:t>(   ) c) We watchs TV.</w:t>
      </w:r>
    </w:p>
    <w:p>
      <w:pPr>
        <w:pStyle w:val="Heading2"/>
      </w:pPr>
      <w:r>
        <w:t>2. Complete the sentence</w:t>
      </w:r>
    </w:p>
    <w:p>
      <w:r>
        <w:rPr>
          <w:i/>
        </w:rPr>
        <w:t>Complete com o verbo no simple present. (Complete with the verb in parentheses.)</w:t>
      </w:r>
    </w:p>
    <w:p>
      <w:pPr>
        <w:keepNext/>
        <w:spacing w:before="120"/>
      </w:pPr>
      <w:r>
        <w:t>1. 📖  Mariana ______________ (read) a book every night.</w:t>
      </w:r>
    </w:p>
    <w:p>
      <w:pPr>
        <w:keepNext/>
        <w:spacing w:before="120"/>
      </w:pPr>
      <w:r>
        <w:t>2. 🚲  My friends ______________ (ride) bikes in the park.</w:t>
      </w:r>
    </w:p>
    <w:p>
      <w:pPr>
        <w:keepNext/>
        <w:spacing w:before="120"/>
      </w:pPr>
      <w:r>
        <w:t>3. 🐶  The dog ______________ (sleep) in the garden.</w:t>
      </w:r>
    </w:p>
    <w:p>
      <w:pPr>
        <w:pStyle w:val="Heading2"/>
      </w:pPr>
      <w:r>
        <w:t>3. Opposite words</w:t>
      </w:r>
    </w:p>
    <w:p>
      <w:r>
        <w:rPr>
          <w:i/>
        </w:rPr>
        <w:t>Escolha o oposto da palavra. (Choose the opposite.)</w:t>
      </w:r>
    </w:p>
    <w:p>
      <w:pPr>
        <w:keepNext/>
        <w:spacing w:before="120"/>
      </w:pPr>
      <w:r>
        <w:t>1. ☀️  hot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cold</w:t>
      </w:r>
    </w:p>
    <w:p>
      <w:pPr>
        <w:spacing w:after="0"/>
        <w:ind w:left="454"/>
      </w:pPr>
      <w:r>
        <w:t>(   ) c) big</w:t>
      </w:r>
    </w:p>
    <w:p>
      <w:pPr>
        <w:keepNext/>
        <w:spacing w:before="120"/>
      </w:pPr>
      <w:r>
        <w:t>2. 😊  happy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slow</w:t>
      </w:r>
    </w:p>
    <w:p>
      <w:pPr>
        <w:spacing w:after="0"/>
        <w:ind w:left="454"/>
      </w:pPr>
      <w:r>
        <w:t>(   ) c) short</w:t>
      </w:r>
    </w:p>
    <w:p>
      <w:pPr>
        <w:keepNext/>
        <w:spacing w:before="120"/>
      </w:pPr>
      <w:r>
        <w:t>3. 🦒  tall</w:t>
      </w:r>
    </w:p>
    <w:p>
      <w:pPr>
        <w:spacing w:after="0"/>
        <w:ind w:left="454"/>
      </w:pPr>
      <w:r>
        <w:t>(   ) a) new</w:t>
      </w:r>
    </w:p>
    <w:p>
      <w:pPr>
        <w:spacing w:after="0"/>
        <w:ind w:left="454"/>
      </w:pPr>
      <w:r>
        <w:t>(   ) b) cold</w:t>
      </w:r>
    </w:p>
    <w:p>
      <w:pPr>
        <w:spacing w:after="0"/>
        <w:ind w:left="454"/>
      </w:pPr>
      <w:r>
        <w:t>(   ) c) short</w:t>
      </w:r>
    </w:p>
    <w:p>
      <w:pPr>
        <w:keepNext/>
        <w:spacing w:before="120"/>
      </w:pPr>
      <w:r>
        <w:t>4. 🆕  new</w:t>
      </w:r>
    </w:p>
    <w:p>
      <w:pPr>
        <w:spacing w:after="0"/>
        <w:ind w:left="454"/>
      </w:pPr>
      <w:r>
        <w:t>(   ) a) old</w:t>
      </w:r>
    </w:p>
    <w:p>
      <w:pPr>
        <w:spacing w:after="0"/>
        <w:ind w:left="454"/>
      </w:pPr>
      <w:r>
        <w:t>(   ) b) fast</w:t>
      </w:r>
    </w:p>
    <w:p>
      <w:pPr>
        <w:spacing w:after="0"/>
        <w:ind w:left="454"/>
      </w:pPr>
      <w:r>
        <w:t>(   ) c) happy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</w:t>
      </w:r>
    </w:p>
    <w:p>
      <w:pPr>
        <w:spacing w:after="0"/>
      </w:pPr>
      <w:r>
        <w:t>1) b) She studies math.</w:t>
      </w:r>
    </w:p>
    <w:p>
      <w:pPr>
        <w:spacing w:after="0"/>
      </w:pPr>
      <w:r>
        <w:t>2) a) They play basketball.</w:t>
      </w:r>
    </w:p>
    <w:p>
      <w:pPr>
        <w:spacing w:after="0"/>
      </w:pPr>
      <w:r>
        <w:t>3) c) He eats pizza.</w:t>
      </w:r>
    </w:p>
    <w:p>
      <w:pPr>
        <w:spacing w:after="0"/>
      </w:pPr>
      <w:r>
        <w:t>4) b) We watch TV.</w:t>
      </w:r>
    </w:p>
    <w:p>
      <w:r>
        <w:rPr>
          <w:b/>
        </w:rPr>
        <w:t>2. Complete the sentence</w:t>
      </w:r>
    </w:p>
    <w:p>
      <w:pPr>
        <w:spacing w:after="0"/>
      </w:pPr>
      <w:r>
        <w:t>1) reads</w:t>
      </w:r>
    </w:p>
    <w:p>
      <w:pPr>
        <w:spacing w:after="0"/>
      </w:pPr>
      <w:r>
        <w:t>2) ride</w:t>
      </w:r>
    </w:p>
    <w:p>
      <w:pPr>
        <w:spacing w:after="0"/>
      </w:pPr>
      <w:r>
        <w:t>3) sleeps</w:t>
      </w:r>
    </w:p>
    <w:p>
      <w:r>
        <w:rPr>
          <w:b/>
        </w:rPr>
        <w:t>3. Opposite words</w:t>
      </w:r>
    </w:p>
    <w:p>
      <w:pPr>
        <w:spacing w:after="0"/>
      </w:pPr>
      <w:r>
        <w:t>1) b) cold</w:t>
      </w:r>
    </w:p>
    <w:p>
      <w:pPr>
        <w:spacing w:after="0"/>
      </w:pPr>
      <w:r>
        <w:t>2) a) sad</w:t>
      </w:r>
    </w:p>
    <w:p>
      <w:pPr>
        <w:spacing w:after="0"/>
      </w:pPr>
      <w:r>
        <w:t>3) c) short</w:t>
      </w:r>
    </w:p>
    <w:p>
      <w:pPr>
        <w:spacing w:after="0"/>
      </w:pPr>
      <w:r>
        <w:t>4) a) old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2024-04-17T00:00:00Z</dcterms:created>
  <dcterms:modified xsi:type="dcterms:W3CDTF">2024-04-17T00:00:00Z</dcterms:modified>
  <cp:category/>
</cp:coreProperties>
</file>