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present: minha rotina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My routine</w:t>
      </w:r>
    </w:p>
    <w:p>
      <w:r>
        <w:rPr>
          <w:i/>
        </w:rPr>
        <w:t>Look at the picture and choose the correct sentence.</w:t>
      </w:r>
    </w:p>
    <w:p>
      <w:pPr>
        <w:keepNext/>
        <w:spacing w:before="120"/>
      </w:pPr>
      <w:r>
        <w:t>1. ⏰  Morning</w:t>
      </w:r>
    </w:p>
    <w:p>
      <w:pPr>
        <w:spacing w:after="0"/>
        <w:ind w:left="454"/>
      </w:pPr>
      <w:r>
        <w:t>(   ) a) I go to bed.</w:t>
      </w:r>
    </w:p>
    <w:p>
      <w:pPr>
        <w:spacing w:after="0"/>
        <w:ind w:left="454"/>
      </w:pPr>
      <w:r>
        <w:t>(   ) b) I wake up.</w:t>
      </w:r>
    </w:p>
    <w:p>
      <w:pPr>
        <w:spacing w:after="0"/>
        <w:ind w:left="454"/>
      </w:pPr>
      <w:r>
        <w:t>(   ) c) I have dinner.</w:t>
      </w:r>
    </w:p>
    <w:p>
      <w:pPr>
        <w:keepNext/>
        <w:spacing w:before="120"/>
      </w:pPr>
      <w:r>
        <w:t>2. 🪥  Morning</w:t>
      </w:r>
    </w:p>
    <w:p>
      <w:pPr>
        <w:spacing w:after="0"/>
        <w:ind w:left="454"/>
      </w:pPr>
      <w:r>
        <w:t>(   ) a) I brush my teeth.</w:t>
      </w:r>
    </w:p>
    <w:p>
      <w:pPr>
        <w:spacing w:after="0"/>
        <w:ind w:left="454"/>
      </w:pPr>
      <w:r>
        <w:t>(   ) b) I watch TV.</w:t>
      </w:r>
    </w:p>
    <w:p>
      <w:pPr>
        <w:spacing w:after="0"/>
        <w:ind w:left="454"/>
      </w:pPr>
      <w:r>
        <w:t>(   ) c) I go to sleep.</w:t>
      </w:r>
    </w:p>
    <w:p>
      <w:pPr>
        <w:keepNext/>
        <w:spacing w:before="120"/>
      </w:pPr>
      <w:r>
        <w:t>3. 🚌  Morning</w:t>
      </w:r>
    </w:p>
    <w:p>
      <w:pPr>
        <w:spacing w:after="0"/>
        <w:ind w:left="454"/>
      </w:pPr>
      <w:r>
        <w:t>(   ) a) I take a shower.</w:t>
      </w:r>
    </w:p>
    <w:p>
      <w:pPr>
        <w:spacing w:after="0"/>
        <w:ind w:left="454"/>
      </w:pPr>
      <w:r>
        <w:t>(   ) b) I do my homework.</w:t>
      </w:r>
    </w:p>
    <w:p>
      <w:pPr>
        <w:spacing w:after="0"/>
        <w:ind w:left="454"/>
      </w:pPr>
      <w:r>
        <w:t>(   ) c) I go to school.</w:t>
      </w:r>
    </w:p>
    <w:p>
      <w:pPr>
        <w:keepNext/>
        <w:spacing w:before="120"/>
      </w:pPr>
      <w:r>
        <w:t>4. 📝  Afternoon</w:t>
      </w:r>
    </w:p>
    <w:p>
      <w:pPr>
        <w:spacing w:after="0"/>
        <w:ind w:left="454"/>
      </w:pPr>
      <w:r>
        <w:t>(   ) a) I do my homework.</w:t>
      </w:r>
    </w:p>
    <w:p>
      <w:pPr>
        <w:spacing w:after="0"/>
        <w:ind w:left="454"/>
      </w:pPr>
      <w:r>
        <w:t>(   ) b) I wake up.</w:t>
      </w:r>
    </w:p>
    <w:p>
      <w:pPr>
        <w:spacing w:after="0"/>
        <w:ind w:left="454"/>
      </w:pPr>
      <w:r>
        <w:t>(   ) c) I have breakfast.</w:t>
      </w:r>
    </w:p>
    <w:p>
      <w:pPr>
        <w:pStyle w:val="Heading2"/>
      </w:pPr>
      <w:r>
        <w:t>2. He or she: add -s or -es</w:t>
      </w:r>
    </w:p>
    <w:p>
      <w:r>
        <w:rPr>
          <w:i/>
        </w:rPr>
        <w:t>Complete with the verb in parentheses. Remember: he, she, it + -s / -es.</w:t>
      </w:r>
    </w:p>
    <w:p>
      <w:pPr>
        <w:keepNext/>
        <w:spacing w:before="120"/>
      </w:pPr>
      <w:r>
        <w:t>1. 😴  Ana ______________ (wake) up at seven o'clock.</w:t>
      </w:r>
    </w:p>
    <w:p>
      <w:pPr>
        <w:keepNext/>
        <w:spacing w:before="120"/>
      </w:pPr>
      <w:r>
        <w:t>2. 🪥  He ______________ (brush) his teeth after lunch.</w:t>
      </w:r>
    </w:p>
    <w:p>
      <w:pPr>
        <w:keepNext/>
        <w:spacing w:before="120"/>
      </w:pPr>
      <w:r>
        <w:t>3. 📺  My sister ______________ (watch) cartoons in the afternoon.</w:t>
      </w:r>
    </w:p>
    <w:p>
      <w:pPr>
        <w:keepNext/>
        <w:spacing w:before="120"/>
      </w:pPr>
      <w:r>
        <w:t>4. 🏫  Tiago ______________ (go) to school by bike.</w:t>
      </w:r>
    </w:p>
    <w:p>
      <w:pPr>
        <w:keepNext/>
        <w:spacing w:before="120"/>
      </w:pPr>
      <w:r>
        <w:t>5. 🍽️  We ______________ (have) dinner at eight o'clock.</w:t>
      </w:r>
    </w:p>
    <w:p>
      <w:pPr>
        <w:pStyle w:val="Heading2"/>
      </w:pPr>
      <w:r>
        <w:t>3. Reading</w:t>
      </w:r>
    </w:p>
    <w:p>
      <w:r>
        <w:rPr>
          <w:i/>
        </w:rPr>
        <w:t>Read the text. Then choose the correct answer.</w:t>
      </w:r>
    </w:p>
    <w:p>
      <w:r>
        <w:rPr>
          <w:b/>
        </w:rPr>
        <w:t>Marina's day</w:t>
      </w:r>
    </w:p>
    <w:p>
      <w:pPr>
        <w:ind w:left="340"/>
      </w:pPr>
      <w:r>
        <w:t>Marina is ten years old. She lives in Recife. She wakes up at six thirty and takes a shower. Then she has breakfast with her grandma. She goes to school by bus. In the afternoon, she plays volleyball. At night, she reads a book and goes to bed at nine o'clock.</w:t>
      </w:r>
    </w:p>
    <w:p>
      <w:pPr>
        <w:keepNext/>
        <w:spacing w:before="120"/>
      </w:pPr>
      <w:r>
        <w:t>1. ⏰  What time does Marina wake up?</w:t>
      </w:r>
    </w:p>
    <w:p>
      <w:pPr>
        <w:spacing w:after="0"/>
        <w:ind w:left="454"/>
      </w:pPr>
      <w:r>
        <w:t>(   ) a) At six o'clock.</w:t>
      </w:r>
    </w:p>
    <w:p>
      <w:pPr>
        <w:spacing w:after="0"/>
        <w:ind w:left="454"/>
      </w:pPr>
      <w:r>
        <w:t>(   ) b) At nine o'clock.</w:t>
      </w:r>
    </w:p>
    <w:p>
      <w:pPr>
        <w:spacing w:after="0"/>
        <w:ind w:left="454"/>
      </w:pPr>
      <w:r>
        <w:t>(   ) c) At six thirty.</w:t>
      </w:r>
    </w:p>
    <w:p>
      <w:pPr>
        <w:keepNext/>
        <w:spacing w:before="120"/>
      </w:pPr>
      <w:r>
        <w:t>2. 🥣  Who does she have breakfast with?</w:t>
      </w:r>
    </w:p>
    <w:p>
      <w:pPr>
        <w:spacing w:after="0"/>
        <w:ind w:left="454"/>
      </w:pPr>
      <w:r>
        <w:t>(   ) a) With her grandma.</w:t>
      </w:r>
    </w:p>
    <w:p>
      <w:pPr>
        <w:spacing w:after="0"/>
        <w:ind w:left="454"/>
      </w:pPr>
      <w:r>
        <w:t>(   ) b) With her mom.</w:t>
      </w:r>
    </w:p>
    <w:p>
      <w:pPr>
        <w:spacing w:after="0"/>
        <w:ind w:left="454"/>
      </w:pPr>
      <w:r>
        <w:t>(   ) c) With her friends.</w:t>
      </w:r>
    </w:p>
    <w:p>
      <w:pPr>
        <w:keepNext/>
        <w:spacing w:before="120"/>
      </w:pPr>
      <w:r>
        <w:t>3. 🚌  How does she go to school?</w:t>
      </w:r>
    </w:p>
    <w:p>
      <w:pPr>
        <w:spacing w:after="0"/>
        <w:ind w:left="454"/>
      </w:pPr>
      <w:r>
        <w:t>(   ) a) By bike.</w:t>
      </w:r>
    </w:p>
    <w:p>
      <w:pPr>
        <w:spacing w:after="0"/>
        <w:ind w:left="454"/>
      </w:pPr>
      <w:r>
        <w:t>(   ) b) By bus.</w:t>
      </w:r>
    </w:p>
    <w:p>
      <w:pPr>
        <w:spacing w:after="0"/>
        <w:ind w:left="454"/>
      </w:pPr>
      <w:r>
        <w:t>(   ) c) On foot.</w:t>
      </w:r>
    </w:p>
    <w:p>
      <w:pPr>
        <w:keepNext/>
        <w:spacing w:before="120"/>
      </w:pPr>
      <w:r>
        <w:t>4. 🏐  What does she do in the afternoon?</w:t>
      </w:r>
    </w:p>
    <w:p>
      <w:pPr>
        <w:spacing w:after="0"/>
        <w:ind w:left="454"/>
      </w:pPr>
      <w:r>
        <w:t>(   ) a) She reads a book.</w:t>
      </w:r>
    </w:p>
    <w:p>
      <w:pPr>
        <w:spacing w:after="0"/>
        <w:ind w:left="454"/>
      </w:pPr>
      <w:r>
        <w:t>(   ) b) She plays volleyball.</w:t>
      </w:r>
    </w:p>
    <w:p>
      <w:pPr>
        <w:spacing w:after="0"/>
        <w:ind w:left="454"/>
      </w:pPr>
      <w:r>
        <w:t>(   ) c) She watches TV.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My routine</w:t>
      </w:r>
    </w:p>
    <w:p>
      <w:pPr>
        <w:spacing w:after="0"/>
      </w:pPr>
      <w:r>
        <w:t>1) b) I wake up.</w:t>
      </w:r>
    </w:p>
    <w:p>
      <w:pPr>
        <w:spacing w:after="0"/>
      </w:pPr>
      <w:r>
        <w:t>2) a) I brush my teeth.</w:t>
      </w:r>
    </w:p>
    <w:p>
      <w:pPr>
        <w:spacing w:after="0"/>
      </w:pPr>
      <w:r>
        <w:t>3) c) I go to school.</w:t>
      </w:r>
    </w:p>
    <w:p>
      <w:pPr>
        <w:spacing w:after="0"/>
      </w:pPr>
      <w:r>
        <w:t>4) a) I do my homework.</w:t>
      </w:r>
    </w:p>
    <w:p>
      <w:r>
        <w:rPr>
          <w:b/>
        </w:rPr>
        <w:t>2. He or she: add -s or -es</w:t>
      </w:r>
    </w:p>
    <w:p>
      <w:pPr>
        <w:spacing w:after="0"/>
      </w:pPr>
      <w:r>
        <w:t>1) wakes</w:t>
      </w:r>
    </w:p>
    <w:p>
      <w:pPr>
        <w:spacing w:after="0"/>
      </w:pPr>
      <w:r>
        <w:t>2) brushes</w:t>
      </w:r>
    </w:p>
    <w:p>
      <w:pPr>
        <w:spacing w:after="0"/>
      </w:pPr>
      <w:r>
        <w:t>3) watches</w:t>
      </w:r>
    </w:p>
    <w:p>
      <w:pPr>
        <w:spacing w:after="0"/>
      </w:pPr>
      <w:r>
        <w:t>4) goes</w:t>
      </w:r>
    </w:p>
    <w:p>
      <w:pPr>
        <w:spacing w:after="0"/>
      </w:pPr>
      <w:r>
        <w:t>5) have</w:t>
      </w:r>
    </w:p>
    <w:p>
      <w:r>
        <w:rPr>
          <w:b/>
        </w:rPr>
        <w:t>3. Reading</w:t>
      </w:r>
    </w:p>
    <w:p>
      <w:pPr>
        <w:spacing w:after="0"/>
      </w:pPr>
      <w:r>
        <w:t>1) c) At six thirty.</w:t>
      </w:r>
    </w:p>
    <w:p>
      <w:pPr>
        <w:spacing w:after="0"/>
      </w:pPr>
      <w:r>
        <w:t>2) a) With her grandma.</w:t>
      </w:r>
    </w:p>
    <w:p>
      <w:pPr>
        <w:spacing w:after="0"/>
      </w:pPr>
      <w:r>
        <w:t>3) b) By bus.</w:t>
      </w:r>
    </w:p>
    <w:p>
      <w:pPr>
        <w:spacing w:after="0"/>
      </w:pPr>
      <w:r>
        <w:t>4) b) She plays volleyball.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