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Leo's weekend: leitura e simple present</w:t>
      </w:r>
    </w:p>
    <w:p>
      <w:r>
        <w:rPr>
          <w:color w:val="6B6B6B"/>
          <w:sz w:val="18"/>
        </w:rPr>
        <w:t>7º ano e 8º ano · Simple present · BNCC: EF08LI05, EF06LI19</w:t>
      </w:r>
    </w:p>
    <w:p>
      <w:pPr>
        <w:pStyle w:val="Heading2"/>
      </w:pPr>
      <w:r>
        <w:t>1. Reading</w:t>
      </w:r>
    </w:p>
    <w:p>
      <w:r>
        <w:rPr>
          <w:i/>
        </w:rPr>
        <w:t>Read Leo's blog post and choose the correct answer.</w:t>
      </w:r>
    </w:p>
    <w:p>
      <w:r>
        <w:rPr>
          <w:b/>
        </w:rPr>
        <w:t>My weekends</w:t>
      </w:r>
    </w:p>
    <w:p>
      <w:pPr>
        <w:ind w:left="340"/>
      </w:pPr>
      <w:r>
        <w:t>Hi! I'm Leo. I love skateboarding and listening to music. On weekends, I go to the park with my friends. We skate, laugh, and sometimes take photos. It's the best part of my week!</w:t>
      </w:r>
    </w:p>
    <w:p>
      <w:pPr>
        <w:keepNext/>
        <w:spacing w:before="120"/>
      </w:pPr>
      <w:r>
        <w:t>1. What two things does Leo like to do?</w:t>
      </w:r>
    </w:p>
    <w:p>
      <w:pPr>
        <w:spacing w:after="0"/>
        <w:ind w:left="454"/>
      </w:pPr>
      <w:r>
        <w:t>(   ) a) Swimming and cooking</w:t>
      </w:r>
    </w:p>
    <w:p>
      <w:pPr>
        <w:spacing w:after="0"/>
        <w:ind w:left="454"/>
      </w:pPr>
      <w:r>
        <w:t>(   ) b) Skateboarding and listening to music</w:t>
      </w:r>
    </w:p>
    <w:p>
      <w:pPr>
        <w:spacing w:after="0"/>
        <w:ind w:left="454"/>
      </w:pPr>
      <w:r>
        <w:t>(   ) c) Reading and playing soccer</w:t>
      </w:r>
    </w:p>
    <w:p>
      <w:pPr>
        <w:keepNext/>
        <w:spacing w:before="120"/>
      </w:pPr>
      <w:r>
        <w:t>2. Where does he go on weekends?</w:t>
      </w:r>
    </w:p>
    <w:p>
      <w:pPr>
        <w:spacing w:after="0"/>
        <w:ind w:left="454"/>
      </w:pPr>
      <w:r>
        <w:t>(   ) a) To the park</w:t>
      </w:r>
    </w:p>
    <w:p>
      <w:pPr>
        <w:spacing w:after="0"/>
        <w:ind w:left="454"/>
      </w:pPr>
      <w:r>
        <w:t>(   ) b) To the mall</w:t>
      </w:r>
    </w:p>
    <w:p>
      <w:pPr>
        <w:spacing w:after="0"/>
        <w:ind w:left="454"/>
      </w:pPr>
      <w:r>
        <w:t>(   ) c) To the beach</w:t>
      </w:r>
    </w:p>
    <w:p>
      <w:pPr>
        <w:keepNext/>
        <w:spacing w:before="120"/>
      </w:pPr>
      <w:r>
        <w:t>3. What is the best part of his week?</w:t>
      </w:r>
    </w:p>
    <w:p>
      <w:pPr>
        <w:spacing w:after="0"/>
        <w:ind w:left="454"/>
      </w:pPr>
      <w:r>
        <w:t>(   ) a) Going to school</w:t>
      </w:r>
    </w:p>
    <w:p>
      <w:pPr>
        <w:spacing w:after="0"/>
        <w:ind w:left="454"/>
      </w:pPr>
      <w:r>
        <w:t>(   ) b) Taking photos alone</w:t>
      </w:r>
    </w:p>
    <w:p>
      <w:pPr>
        <w:spacing w:after="0"/>
        <w:ind w:left="454"/>
      </w:pPr>
      <w:r>
        <w:t>(   ) c) Spending the weekend with his friends in the park</w:t>
      </w:r>
    </w:p>
    <w:p>
      <w:pPr>
        <w:keepNext/>
        <w:spacing w:before="120"/>
      </w:pPr>
      <w:r>
        <w:t>4. How does Leo probably feel on weekends?</w:t>
      </w:r>
    </w:p>
    <w:p>
      <w:pPr>
        <w:spacing w:after="0"/>
        <w:ind w:left="454"/>
      </w:pPr>
      <w:r>
        <w:t>(   ) a) Bored</w:t>
      </w:r>
    </w:p>
    <w:p>
      <w:pPr>
        <w:spacing w:after="0"/>
        <w:ind w:left="454"/>
      </w:pPr>
      <w:r>
        <w:t>(   ) b) Happy</w:t>
      </w:r>
    </w:p>
    <w:p>
      <w:pPr>
        <w:spacing w:after="0"/>
        <w:ind w:left="454"/>
      </w:pPr>
      <w:r>
        <w:t>(   ) c) Worried</w:t>
      </w:r>
    </w:p>
    <w:p>
      <w:pPr>
        <w:pStyle w:val="Heading2"/>
      </w:pPr>
      <w:r>
        <w:t>2. Vocabulary in context</w:t>
      </w:r>
    </w:p>
    <w:p>
      <w:r>
        <w:rPr>
          <w:i/>
        </w:rPr>
        <w:t>Complete with play, read, cook or swim.</w:t>
      </w:r>
    </w:p>
    <w:p>
      <w:r>
        <w:rPr>
          <w:b/>
        </w:rPr>
        <w:t>Word bank:  play  |  read  |  cook  |  swim</w:t>
      </w:r>
    </w:p>
    <w:p>
      <w:pPr>
        <w:keepNext/>
        <w:spacing w:before="120"/>
      </w:pPr>
      <w:r>
        <w:t>1. I like to ______________ books in the afternoon.</w:t>
      </w:r>
    </w:p>
    <w:p>
      <w:pPr>
        <w:keepNext/>
        <w:spacing w:before="120"/>
      </w:pPr>
      <w:r>
        <w:t>2. My dad loves to ______________ lasagna on Sundays.</w:t>
      </w:r>
    </w:p>
    <w:p>
      <w:pPr>
        <w:keepNext/>
        <w:spacing w:before="120"/>
      </w:pPr>
      <w:r>
        <w:t>3. We ______________ soccer at school.</w:t>
      </w:r>
    </w:p>
    <w:p>
      <w:pPr>
        <w:keepNext/>
        <w:spacing w:before="120"/>
      </w:pPr>
      <w:r>
        <w:t>4. She can ______________ very fast in the pool!</w:t>
      </w:r>
    </w:p>
    <w:p>
      <w:pPr>
        <w:pStyle w:val="Heading2"/>
      </w:pPr>
      <w:r>
        <w:t>3. Simple present</w:t>
      </w:r>
    </w:p>
    <w:p>
      <w:r>
        <w:rPr>
          <w:i/>
        </w:rPr>
        <w:t>Complete with the correct form of the verbs in parentheses.</w:t>
      </w:r>
    </w:p>
    <w:p>
      <w:pPr>
        <w:keepNext/>
        <w:spacing w:before="120"/>
      </w:pPr>
      <w:r>
        <w:t>1. My brother ______________ (go) to school at 7 a.m.</w:t>
      </w:r>
    </w:p>
    <w:p>
      <w:pPr>
        <w:keepNext/>
        <w:spacing w:before="120"/>
      </w:pPr>
      <w:r>
        <w:t>2. We ______________ (not like) spicy food.</w:t>
      </w:r>
    </w:p>
    <w:p>
      <w:pPr>
        <w:keepNext/>
        <w:spacing w:before="120"/>
      </w:pPr>
      <w:r>
        <w:t>3. ______________ your sister speak English?</w:t>
      </w:r>
    </w:p>
    <w:p>
      <w:pPr>
        <w:keepNext/>
        <w:spacing w:before="120"/>
      </w:pPr>
      <w:r>
        <w:t>4. Leo ______________ (skate) with his friends on weekends.</w:t>
      </w:r>
    </w:p>
    <w:p>
      <w:pPr>
        <w:keepNext/>
        <w:spacing w:before="120"/>
      </w:pPr>
      <w:r>
        <w:t>5. Leo ______________ (not / go) to the park on Mondays.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Skateboarding and listening to music</w:t>
      </w:r>
    </w:p>
    <w:p>
      <w:pPr>
        <w:spacing w:after="0"/>
      </w:pPr>
      <w:r>
        <w:t>2) a) To the park</w:t>
      </w:r>
    </w:p>
    <w:p>
      <w:pPr>
        <w:spacing w:after="0"/>
      </w:pPr>
      <w:r>
        <w:t>3) c) Spending the weekend with his friends in the park</w:t>
      </w:r>
    </w:p>
    <w:p>
      <w:pPr>
        <w:spacing w:after="0"/>
      </w:pPr>
      <w:r>
        <w:t>4) b) Happy</w:t>
      </w:r>
    </w:p>
    <w:p>
      <w:r>
        <w:rPr>
          <w:b/>
        </w:rPr>
        <w:t>2. Vocabulary in context</w:t>
      </w:r>
    </w:p>
    <w:p>
      <w:pPr>
        <w:spacing w:after="0"/>
      </w:pPr>
      <w:r>
        <w:t>1) read</w:t>
      </w:r>
    </w:p>
    <w:p>
      <w:pPr>
        <w:spacing w:after="0"/>
      </w:pPr>
      <w:r>
        <w:t>2) cook</w:t>
      </w:r>
    </w:p>
    <w:p>
      <w:pPr>
        <w:spacing w:after="0"/>
      </w:pPr>
      <w:r>
        <w:t>3) play</w:t>
      </w:r>
    </w:p>
    <w:p>
      <w:pPr>
        <w:spacing w:after="0"/>
      </w:pPr>
      <w:r>
        <w:t>4) swim</w:t>
      </w:r>
    </w:p>
    <w:p>
      <w:r>
        <w:rPr>
          <w:b/>
        </w:rPr>
        <w:t>3. Simple present</w:t>
      </w:r>
    </w:p>
    <w:p>
      <w:pPr>
        <w:spacing w:after="0"/>
      </w:pPr>
      <w:r>
        <w:t>1) goes</w:t>
      </w:r>
    </w:p>
    <w:p>
      <w:pPr>
        <w:spacing w:after="0"/>
      </w:pPr>
      <w:r>
        <w:t>2) don't like</w:t>
      </w:r>
    </w:p>
    <w:p>
      <w:pPr>
        <w:spacing w:after="0"/>
      </w:pPr>
      <w:r>
        <w:t>3) Does</w:t>
      </w:r>
    </w:p>
    <w:p>
      <w:pPr>
        <w:spacing w:after="0"/>
      </w:pPr>
      <w:r>
        <w:t>4) skates</w:t>
      </w:r>
    </w:p>
    <w:p>
      <w:pPr>
        <w:spacing w:after="0"/>
      </w:pPr>
      <w:r>
        <w:t>5) doesn't go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2025-12-29T00:00:00Z</dcterms:created>
  <dcterms:modified xsi:type="dcterms:W3CDTF">2025-12-29T00:00:00Z</dcterms:modified>
  <cp:category/>
</cp:coreProperties>
</file>