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Simple Present: rotina diária</w:t>
      </w:r>
    </w:p>
    <w:p>
      <w:r>
        <w:rPr>
          <w:color w:val="6B6B6B"/>
          <w:sz w:val="18"/>
        </w:rPr>
        <w:t>6º ano · Simple present · BNCC: EF06LI19, EF06LI17, EF06LI09</w:t>
      </w:r>
    </w:p>
    <w:p>
      <w:pPr>
        <w:pStyle w:val="Heading2"/>
      </w:pPr>
      <w:r>
        <w:t>1. Reading</w:t>
      </w:r>
    </w:p>
    <w:p>
      <w:r>
        <w:rPr>
          <w:i/>
        </w:rPr>
        <w:t>Read the text and choose the correct answer.</w:t>
      </w:r>
    </w:p>
    <w:p>
      <w:r>
        <w:rPr>
          <w:b/>
        </w:rPr>
        <w:t>A day in Mariana's life</w:t>
      </w:r>
    </w:p>
    <w:p>
      <w:pPr>
        <w:ind w:left="340"/>
      </w:pPr>
      <w:r>
        <w:t>Mariana is 12 and she lives in Curitiba. She gets up at 6:30 every morning. She has breakfast with her mother and she goes to school by bus.</w:t>
      </w:r>
    </w:p>
    <w:p>
      <w:pPr>
        <w:ind w:left="340"/>
      </w:pPr>
      <w:r>
        <w:t>Classes start at 7:15. Her favorite subject is Art. After school, she eats lunch at home and does her homework. On Tuesdays and Thursdays, she plays volleyball.</w:t>
      </w:r>
    </w:p>
    <w:p>
      <w:pPr>
        <w:ind w:left="340"/>
      </w:pPr>
      <w:r>
        <w:t>In the evening, Mariana watches videos and talks to her friends. She doesn't go to bed late. She goes to bed at 9:30.</w:t>
      </w:r>
    </w:p>
    <w:p>
      <w:pPr>
        <w:keepNext/>
        <w:spacing w:before="120"/>
      </w:pPr>
      <w:r>
        <w:t>1. What time does Mariana get up?</w:t>
      </w:r>
    </w:p>
    <w:p>
      <w:pPr>
        <w:spacing w:after="0"/>
        <w:ind w:left="454"/>
      </w:pPr>
      <w:r>
        <w:t>(   ) a) 7:15</w:t>
      </w:r>
    </w:p>
    <w:p>
      <w:pPr>
        <w:spacing w:after="0"/>
        <w:ind w:left="454"/>
      </w:pPr>
      <w:r>
        <w:t>(   ) b) 6:30</w:t>
      </w:r>
    </w:p>
    <w:p>
      <w:pPr>
        <w:spacing w:after="0"/>
        <w:ind w:left="454"/>
      </w:pPr>
      <w:r>
        <w:t>(   ) c) 9:30</w:t>
      </w:r>
    </w:p>
    <w:p>
      <w:pPr>
        <w:keepNext/>
        <w:spacing w:before="120"/>
      </w:pPr>
      <w:r>
        <w:t>2. How does she go to school?</w:t>
      </w:r>
    </w:p>
    <w:p>
      <w:pPr>
        <w:spacing w:after="0"/>
        <w:ind w:left="454"/>
      </w:pPr>
      <w:r>
        <w:t>(   ) a) On foot</w:t>
      </w:r>
    </w:p>
    <w:p>
      <w:pPr>
        <w:spacing w:after="0"/>
        <w:ind w:left="454"/>
      </w:pPr>
      <w:r>
        <w:t>(   ) b) By car</w:t>
      </w:r>
    </w:p>
    <w:p>
      <w:pPr>
        <w:spacing w:after="0"/>
        <w:ind w:left="454"/>
      </w:pPr>
      <w:r>
        <w:t>(   ) c) By bike</w:t>
      </w:r>
    </w:p>
    <w:p>
      <w:pPr>
        <w:spacing w:after="0"/>
        <w:ind w:left="454"/>
      </w:pPr>
      <w:r>
        <w:t>(   ) d) By bus</w:t>
      </w:r>
    </w:p>
    <w:p>
      <w:pPr>
        <w:keepNext/>
        <w:spacing w:before="120"/>
      </w:pPr>
      <w:r>
        <w:t>3. When does she play volleyball?</w:t>
      </w:r>
    </w:p>
    <w:p>
      <w:pPr>
        <w:spacing w:after="0"/>
        <w:ind w:left="454"/>
      </w:pPr>
      <w:r>
        <w:t>(   ) a) On Tuesdays and Thursdays</w:t>
      </w:r>
    </w:p>
    <w:p>
      <w:pPr>
        <w:spacing w:after="0"/>
        <w:ind w:left="454"/>
      </w:pPr>
      <w:r>
        <w:t>(   ) b) Every day</w:t>
      </w:r>
    </w:p>
    <w:p>
      <w:pPr>
        <w:spacing w:after="0"/>
        <w:ind w:left="454"/>
      </w:pPr>
      <w:r>
        <w:t>(   ) c) On weekends</w:t>
      </w:r>
    </w:p>
    <w:p>
      <w:pPr>
        <w:keepNext/>
        <w:spacing w:before="120"/>
      </w:pPr>
      <w:r>
        <w:t>4. Which sentence is FALSE?</w:t>
      </w:r>
    </w:p>
    <w:p>
      <w:pPr>
        <w:spacing w:after="0"/>
        <w:ind w:left="454"/>
      </w:pPr>
      <w:r>
        <w:t>(   ) a) She has breakfast with her mother.</w:t>
      </w:r>
    </w:p>
    <w:p>
      <w:pPr>
        <w:spacing w:after="0"/>
        <w:ind w:left="454"/>
      </w:pPr>
      <w:r>
        <w:t>(   ) b) Her favorite subject is Art.</w:t>
      </w:r>
    </w:p>
    <w:p>
      <w:pPr>
        <w:spacing w:after="0"/>
        <w:ind w:left="454"/>
      </w:pPr>
      <w:r>
        <w:t>(   ) c) She goes to bed late.</w:t>
      </w:r>
    </w:p>
    <w:p>
      <w:pPr>
        <w:spacing w:after="0"/>
        <w:ind w:left="454"/>
      </w:pPr>
      <w:r>
        <w:t>(   ) d) She does her homework after school.</w:t>
      </w:r>
    </w:p>
    <w:p>
      <w:pPr>
        <w:pStyle w:val="Heading2"/>
      </w:pPr>
      <w:r>
        <w:t>2. Affirmative sentences</w:t>
      </w:r>
    </w:p>
    <w:p>
      <w:r>
        <w:rPr>
          <w:i/>
        </w:rPr>
        <w:t>Complete with the simple present of the verbs in parentheses.</w:t>
      </w:r>
    </w:p>
    <w:p>
      <w:pPr>
        <w:keepNext/>
        <w:spacing w:before="120"/>
      </w:pPr>
      <w:r>
        <w:t>1. My brother ______________ (wake) up at 6 o'clock.</w:t>
      </w:r>
    </w:p>
    <w:p>
      <w:pPr>
        <w:keepNext/>
        <w:spacing w:before="120"/>
      </w:pPr>
      <w:r>
        <w:t>2. We ______________ (have) lunch at school.</w:t>
      </w:r>
    </w:p>
    <w:p>
      <w:pPr>
        <w:keepNext/>
        <w:spacing w:before="120"/>
      </w:pPr>
      <w:r>
        <w:t>3. Lia ______________ (brush) her teeth after breakfast.</w:t>
      </w:r>
    </w:p>
    <w:p>
      <w:pPr>
        <w:keepNext/>
        <w:spacing w:before="120"/>
      </w:pPr>
      <w:r>
        <w:t>4. My dad ______________ (go) to work by train.</w:t>
      </w:r>
    </w:p>
    <w:p>
      <w:pPr>
        <w:keepNext/>
        <w:spacing w:before="120"/>
      </w:pPr>
      <w:r>
        <w:t>5. Theo ______________ (study) English on Mondays.</w:t>
      </w:r>
    </w:p>
    <w:p>
      <w:pPr>
        <w:pStyle w:val="Heading2"/>
      </w:pPr>
      <w:r>
        <w:t>3. Negatives and questions</w:t>
      </w:r>
    </w:p>
    <w:p>
      <w:r>
        <w:rPr>
          <w:i/>
        </w:rPr>
        <w:t>Complete the sentences. Use the words in parentheses.</w:t>
      </w:r>
    </w:p>
    <w:p>
      <w:pPr>
        <w:keepNext/>
        <w:spacing w:before="120"/>
      </w:pPr>
      <w:r>
        <w:t>1. I ______________ (not / like) to wake up early.</w:t>
      </w:r>
    </w:p>
    <w:p>
      <w:pPr>
        <w:keepNext/>
        <w:spacing w:before="120"/>
      </w:pPr>
      <w:r>
        <w:t>2. Carol ______________ (not / watch) TV at night.</w:t>
      </w:r>
    </w:p>
    <w:p>
      <w:pPr>
        <w:keepNext/>
        <w:spacing w:before="120"/>
      </w:pPr>
      <w:r>
        <w:t>3. ______________ your sister play the guitar? (do)</w:t>
      </w:r>
    </w:p>
    <w:p>
      <w:pPr>
        <w:keepNext/>
        <w:spacing w:before="120"/>
      </w:pPr>
      <w:r>
        <w:t>4. My friends ______________ (not / walk) to school.</w:t>
      </w:r>
    </w:p>
    <w:p>
      <w:pPr>
        <w:pStyle w:val="Heading2"/>
      </w:pPr>
      <w:r>
        <w:t>4. True or false?</w:t>
      </w:r>
    </w:p>
    <w:p>
      <w:r>
        <w:rPr>
          <w:i/>
        </w:rPr>
        <w:t>Read the sentences about the grammar and mark T (true) or F (false).</w:t>
      </w:r>
    </w:p>
    <w:p>
      <w:pPr>
        <w:keepNext/>
        <w:spacing w:before="120"/>
      </w:pPr>
      <w:r>
        <w:t>1. With he, she and it, we add -es to verbs like "watch" and "go".</w:t>
      </w:r>
    </w:p>
    <w:p>
      <w:pPr>
        <w:ind w:left="454"/>
      </w:pPr>
      <w:r>
        <w:t>(   ) True        (   ) False</w:t>
      </w:r>
    </w:p>
    <w:p>
      <w:pPr>
        <w:keepNext/>
        <w:spacing w:before="120"/>
      </w:pPr>
      <w:r>
        <w:t>2. "She don't eat meat" is a correct sentence.</w:t>
      </w:r>
    </w:p>
    <w:p>
      <w:pPr>
        <w:ind w:left="454"/>
      </w:pPr>
      <w:r>
        <w:t>(   ) True        (   ) False</w:t>
      </w:r>
    </w:p>
    <w:p>
      <w:pPr>
        <w:keepNext/>
        <w:spacing w:before="120"/>
      </w:pPr>
      <w:r>
        <w:t>3. In questions with he, she and it, we use "does".</w:t>
      </w:r>
    </w:p>
    <w:p>
      <w:pPr>
        <w:ind w:left="454"/>
      </w:pPr>
      <w:r>
        <w:t>(   ) True        (   ) False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Reading</w:t>
      </w:r>
    </w:p>
    <w:p>
      <w:pPr>
        <w:spacing w:after="0"/>
      </w:pPr>
      <w:r>
        <w:t>1) b) 6:30</w:t>
      </w:r>
    </w:p>
    <w:p>
      <w:pPr>
        <w:spacing w:after="0"/>
      </w:pPr>
      <w:r>
        <w:t>2) d) By bus</w:t>
      </w:r>
    </w:p>
    <w:p>
      <w:pPr>
        <w:spacing w:after="0"/>
      </w:pPr>
      <w:r>
        <w:t>3) a) On Tuesdays and Thursdays</w:t>
      </w:r>
    </w:p>
    <w:p>
      <w:pPr>
        <w:spacing w:after="0"/>
      </w:pPr>
      <w:r>
        <w:t>4) c) She goes to bed late.</w:t>
      </w:r>
    </w:p>
    <w:p>
      <w:r>
        <w:rPr>
          <w:b/>
        </w:rPr>
        <w:t>2. Affirmative sentences</w:t>
      </w:r>
    </w:p>
    <w:p>
      <w:pPr>
        <w:spacing w:after="0"/>
      </w:pPr>
      <w:r>
        <w:t>1) wakes</w:t>
      </w:r>
    </w:p>
    <w:p>
      <w:pPr>
        <w:spacing w:after="0"/>
      </w:pPr>
      <w:r>
        <w:t>2) have</w:t>
      </w:r>
    </w:p>
    <w:p>
      <w:pPr>
        <w:spacing w:after="0"/>
      </w:pPr>
      <w:r>
        <w:t>3) brushes</w:t>
      </w:r>
    </w:p>
    <w:p>
      <w:pPr>
        <w:spacing w:after="0"/>
      </w:pPr>
      <w:r>
        <w:t>4) goes</w:t>
      </w:r>
    </w:p>
    <w:p>
      <w:pPr>
        <w:spacing w:after="0"/>
      </w:pPr>
      <w:r>
        <w:t>5) studies</w:t>
      </w:r>
    </w:p>
    <w:p>
      <w:r>
        <w:rPr>
          <w:b/>
        </w:rPr>
        <w:t>3. Negatives and questions</w:t>
      </w:r>
    </w:p>
    <w:p>
      <w:pPr>
        <w:spacing w:after="0"/>
      </w:pPr>
      <w:r>
        <w:t>1) don't like</w:t>
      </w:r>
    </w:p>
    <w:p>
      <w:pPr>
        <w:spacing w:after="0"/>
      </w:pPr>
      <w:r>
        <w:t>2) doesn't watch</w:t>
      </w:r>
    </w:p>
    <w:p>
      <w:pPr>
        <w:spacing w:after="0"/>
      </w:pPr>
      <w:r>
        <w:t>3) Does</w:t>
      </w:r>
    </w:p>
    <w:p>
      <w:pPr>
        <w:spacing w:after="0"/>
      </w:pPr>
      <w:r>
        <w:t>4) don't walk</w:t>
      </w:r>
    </w:p>
    <w:p>
      <w:r>
        <w:rPr>
          <w:b/>
        </w:rPr>
        <w:t>4. True or false?</w:t>
      </w:r>
    </w:p>
    <w:p>
      <w:pPr>
        <w:spacing w:after="0"/>
      </w:pPr>
      <w:r>
        <w:t>1) True</w:t>
      </w:r>
    </w:p>
    <w:p>
      <w:pPr>
        <w:spacing w:after="0"/>
      </w:pPr>
      <w:r>
        <w:t>2) False</w:t>
      </w:r>
    </w:p>
    <w:p>
      <w:pPr>
        <w:spacing w:after="0"/>
      </w:pPr>
      <w:r>
        <w:t>3) True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2026-10-23T00:00:00Z</dcterms:created>
  <dcterms:modified xsi:type="dcterms:W3CDTF">2026-10-23T00:00:00Z</dcterms:modified>
  <cp:category/>
</cp:coreProperties>
</file>