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 e present continuous</w:t>
      </w:r>
    </w:p>
    <w:p>
      <w:r>
        <w:rPr>
          <w:color w:val="6B6B6B"/>
          <w:sz w:val="18"/>
        </w:rPr>
        <w:t>5º ano e 6º ano · Simple present · BNCC: EF06LI19, EF06LI20</w:t>
      </w:r>
    </w:p>
    <w:p>
      <w:pPr>
        <w:pStyle w:val="Heading2"/>
      </w:pPr>
      <w:r>
        <w:t>1. Choose the correct word</w:t>
      </w:r>
    </w:p>
    <w:p>
      <w:r>
        <w:rPr>
          <w:i/>
        </w:rPr>
        <w:t>Choose the correct word to complete the sentence.</w:t>
      </w:r>
    </w:p>
    <w:p>
      <w:pPr>
        <w:keepNext/>
        <w:spacing w:before="120"/>
      </w:pPr>
      <w:r>
        <w:t>1. The cat is ___ on the sofa.</w:t>
      </w:r>
    </w:p>
    <w:p>
      <w:pPr>
        <w:spacing w:after="0"/>
        <w:ind w:left="454"/>
      </w:pPr>
      <w:r>
        <w:t>(   ) a) sleeping</w:t>
      </w:r>
    </w:p>
    <w:p>
      <w:pPr>
        <w:spacing w:after="0"/>
        <w:ind w:left="454"/>
      </w:pPr>
      <w:r>
        <w:t>(   ) b) eats</w:t>
      </w:r>
    </w:p>
    <w:p>
      <w:pPr>
        <w:keepNext/>
        <w:spacing w:before="120"/>
      </w:pPr>
      <w:r>
        <w:t>2. My brother ___ video games every day.</w:t>
      </w:r>
    </w:p>
    <w:p>
      <w:pPr>
        <w:spacing w:after="0"/>
        <w:ind w:left="454"/>
      </w:pPr>
      <w:r>
        <w:t>(   ) a) play</w:t>
      </w:r>
    </w:p>
    <w:p>
      <w:pPr>
        <w:spacing w:after="0"/>
        <w:ind w:left="454"/>
      </w:pPr>
      <w:r>
        <w:t>(   ) b) plays</w:t>
      </w:r>
    </w:p>
    <w:p>
      <w:pPr>
        <w:spacing w:after="0"/>
        <w:ind w:left="454"/>
      </w:pPr>
      <w:r>
        <w:t>(   ) c) playing</w:t>
      </w:r>
    </w:p>
    <w:p>
      <w:pPr>
        <w:keepNext/>
        <w:spacing w:before="120"/>
      </w:pPr>
      <w:r>
        <w:t>3. Look! The children ___ in the park.</w:t>
      </w:r>
    </w:p>
    <w:p>
      <w:pPr>
        <w:spacing w:after="0"/>
        <w:ind w:left="454"/>
      </w:pPr>
      <w:r>
        <w:t>(   ) a) runs</w:t>
      </w:r>
    </w:p>
    <w:p>
      <w:pPr>
        <w:spacing w:after="0"/>
        <w:ind w:left="454"/>
      </w:pPr>
      <w:r>
        <w:t>(   ) b) run</w:t>
      </w:r>
    </w:p>
    <w:p>
      <w:pPr>
        <w:spacing w:after="0"/>
        <w:ind w:left="454"/>
      </w:pPr>
      <w:r>
        <w:t>(   ) c) are running</w:t>
      </w:r>
    </w:p>
    <w:p>
      <w:pPr>
        <w:keepNext/>
        <w:spacing w:before="120"/>
      </w:pPr>
      <w:r>
        <w:t>4. We ___ to school by bus.</w:t>
      </w:r>
    </w:p>
    <w:p>
      <w:pPr>
        <w:spacing w:after="0"/>
        <w:ind w:left="454"/>
      </w:pPr>
      <w:r>
        <w:t>(   ) a) go</w:t>
      </w:r>
    </w:p>
    <w:p>
      <w:pPr>
        <w:spacing w:after="0"/>
        <w:ind w:left="454"/>
      </w:pPr>
      <w:r>
        <w:t>(   ) b) goes</w:t>
      </w:r>
    </w:p>
    <w:p>
      <w:pPr>
        <w:spacing w:after="0"/>
        <w:ind w:left="454"/>
      </w:pPr>
      <w:r>
        <w:t>(   ) c) going</w:t>
      </w:r>
    </w:p>
    <w:p>
      <w:pPr>
        <w:keepNext/>
        <w:spacing w:before="120"/>
      </w:pPr>
      <w:r>
        <w:t>5. Listen! Mom ___ a song.</w:t>
      </w:r>
    </w:p>
    <w:p>
      <w:pPr>
        <w:spacing w:after="0"/>
        <w:ind w:left="454"/>
      </w:pPr>
      <w:r>
        <w:t>(   ) a) sings</w:t>
      </w:r>
    </w:p>
    <w:p>
      <w:pPr>
        <w:spacing w:after="0"/>
        <w:ind w:left="454"/>
      </w:pPr>
      <w:r>
        <w:t>(   ) b) is singing</w:t>
      </w:r>
    </w:p>
    <w:p>
      <w:pPr>
        <w:spacing w:after="0"/>
        <w:ind w:left="454"/>
      </w:pPr>
      <w:r>
        <w:t>(   ) c) sing</w:t>
      </w:r>
    </w:p>
    <w:p>
      <w:pPr>
        <w:pStyle w:val="Heading2"/>
      </w:pPr>
      <w:r>
        <w:t>2. Simple present</w:t>
      </w:r>
    </w:p>
    <w:p>
      <w:r>
        <w:rPr>
          <w:i/>
        </w:rPr>
        <w:t>Make sentences in the simple present. Complete with the verb in parentheses.</w:t>
      </w:r>
    </w:p>
    <w:p>
      <w:pPr>
        <w:keepNext/>
        <w:spacing w:before="120"/>
      </w:pPr>
      <w:r>
        <w:t>1. (she / study / English) → She ______________ English.</w:t>
      </w:r>
    </w:p>
    <w:p>
      <w:pPr>
        <w:keepNext/>
        <w:spacing w:before="120"/>
      </w:pPr>
      <w:r>
        <w:t>2. (they / play / soccer) → They ______________ soccer.</w:t>
      </w:r>
    </w:p>
    <w:p>
      <w:pPr>
        <w:keepNext/>
        <w:spacing w:before="120"/>
      </w:pPr>
      <w:r>
        <w:t>3. (he / watch / TV at night) → He ______________ TV at night.</w:t>
      </w:r>
    </w:p>
    <w:p>
      <w:pPr>
        <w:keepNext/>
        <w:spacing w:before="120"/>
      </w:pPr>
      <w:r>
        <w:t>4. (my dad / work / in a hospital) → My dad ______________ in a hospital.</w:t>
      </w:r>
    </w:p>
    <w:p>
      <w:pPr>
        <w:keepNext/>
        <w:spacing w:before="120"/>
      </w:pPr>
      <w:r>
        <w:t>5. (I / not / like / onions) → I ______________ onions.</w:t>
      </w:r>
    </w:p>
    <w:p>
      <w:pPr>
        <w:pStyle w:val="Heading2"/>
      </w:pPr>
      <w:r>
        <w:t>3. Present continuous</w:t>
      </w:r>
    </w:p>
    <w:p>
      <w:r>
        <w:rPr>
          <w:i/>
        </w:rPr>
        <w:t>Complete with the present continuous of the verb in parentheses.</w:t>
      </w:r>
    </w:p>
    <w:p>
      <w:pPr>
        <w:keepNext/>
        <w:spacing w:before="120"/>
      </w:pPr>
      <w:r>
        <w:t>1. The baby ______________ (cry) right now.</w:t>
      </w:r>
    </w:p>
    <w:p>
      <w:pPr>
        <w:keepNext/>
        <w:spacing w:before="120"/>
      </w:pPr>
      <w:r>
        <w:t>2. We ______________ (have) lunch at the moment.</w:t>
      </w:r>
    </w:p>
    <w:p>
      <w:pPr>
        <w:keepNext/>
        <w:spacing w:before="120"/>
      </w:pPr>
      <w:r>
        <w:t>3. I ______________ (read) a comic book now.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Choose the correct word</w:t>
      </w:r>
    </w:p>
    <w:p>
      <w:pPr>
        <w:spacing w:after="0"/>
      </w:pPr>
      <w:r>
        <w:t>1) a) sleeping</w:t>
      </w:r>
    </w:p>
    <w:p>
      <w:pPr>
        <w:spacing w:after="0"/>
      </w:pPr>
      <w:r>
        <w:t>2) b) plays</w:t>
      </w:r>
    </w:p>
    <w:p>
      <w:pPr>
        <w:spacing w:after="0"/>
      </w:pPr>
      <w:r>
        <w:t>3) c) are running</w:t>
      </w:r>
    </w:p>
    <w:p>
      <w:pPr>
        <w:spacing w:after="0"/>
      </w:pPr>
      <w:r>
        <w:t>4) a) go</w:t>
      </w:r>
    </w:p>
    <w:p>
      <w:pPr>
        <w:spacing w:after="0"/>
      </w:pPr>
      <w:r>
        <w:t>5) b) is singing</w:t>
      </w:r>
    </w:p>
    <w:p>
      <w:r>
        <w:rPr>
          <w:b/>
        </w:rPr>
        <w:t>2. Simple present</w:t>
      </w:r>
    </w:p>
    <w:p>
      <w:pPr>
        <w:spacing w:after="0"/>
      </w:pPr>
      <w:r>
        <w:t>1) studies</w:t>
      </w:r>
    </w:p>
    <w:p>
      <w:pPr>
        <w:spacing w:after="0"/>
      </w:pPr>
      <w:r>
        <w:t>2) play</w:t>
      </w:r>
    </w:p>
    <w:p>
      <w:pPr>
        <w:spacing w:after="0"/>
      </w:pPr>
      <w:r>
        <w:t>3) watches</w:t>
      </w:r>
    </w:p>
    <w:p>
      <w:pPr>
        <w:spacing w:after="0"/>
      </w:pPr>
      <w:r>
        <w:t>4) works</w:t>
      </w:r>
    </w:p>
    <w:p>
      <w:pPr>
        <w:spacing w:after="0"/>
      </w:pPr>
      <w:r>
        <w:t>5) don't like</w:t>
      </w:r>
    </w:p>
    <w:p>
      <w:r>
        <w:rPr>
          <w:b/>
        </w:rPr>
        <w:t>3. Present continuous</w:t>
      </w:r>
    </w:p>
    <w:p>
      <w:pPr>
        <w:spacing w:after="0"/>
      </w:pPr>
      <w:r>
        <w:t>1) is crying</w:t>
      </w:r>
    </w:p>
    <w:p>
      <w:pPr>
        <w:spacing w:after="0"/>
      </w:pPr>
      <w:r>
        <w:t>2) are having</w:t>
      </w:r>
    </w:p>
    <w:p>
      <w:pPr>
        <w:spacing w:after="0"/>
      </w:pPr>
      <w:r>
        <w:t>3) am reading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