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Simple present, present continuous e modais</w:t>
      </w:r>
    </w:p>
    <w:p>
      <w:r>
        <w:rPr>
          <w:color w:val="6B6B6B"/>
          <w:sz w:val="18"/>
        </w:rPr>
        <w:t>6º ano e 7º ano · Simple present · BNCC: EF06LI19, EF06LI20, EF07LI20</w:t>
      </w:r>
    </w:p>
    <w:p>
      <w:pPr>
        <w:pStyle w:val="Heading2"/>
      </w:pPr>
      <w:r>
        <w:t>1. Simple present</w:t>
      </w:r>
    </w:p>
    <w:p>
      <w:r>
        <w:rPr>
          <w:i/>
        </w:rPr>
        <w:t>Complete with the simple present of the verbs in parentheses.</w:t>
      </w:r>
    </w:p>
    <w:p>
      <w:pPr>
        <w:keepNext/>
        <w:spacing w:before="120"/>
      </w:pPr>
      <w:r>
        <w:t>1. She ______________ (go) to school by bus.</w:t>
      </w:r>
    </w:p>
    <w:p>
      <w:pPr>
        <w:keepNext/>
        <w:spacing w:before="120"/>
      </w:pPr>
      <w:r>
        <w:t>2. They ______________ (play) soccer after class.</w:t>
      </w:r>
    </w:p>
    <w:p>
      <w:pPr>
        <w:keepNext/>
        <w:spacing w:before="120"/>
      </w:pPr>
      <w:r>
        <w:t>3. He ______________ (not like) Math.</w:t>
      </w:r>
    </w:p>
    <w:p>
      <w:pPr>
        <w:keepNext/>
        <w:spacing w:before="120"/>
      </w:pPr>
      <w:r>
        <w:t>4. We ______________ (study) English on Mondays.</w:t>
      </w:r>
    </w:p>
    <w:p>
      <w:pPr>
        <w:pStyle w:val="Heading2"/>
      </w:pPr>
      <w:r>
        <w:t>2. Present continuous</w:t>
      </w:r>
    </w:p>
    <w:p>
      <w:r>
        <w:rPr>
          <w:i/>
        </w:rPr>
        <w:t>Complete with the present continuous of the verbs in parentheses.</w:t>
      </w:r>
    </w:p>
    <w:p>
      <w:pPr>
        <w:keepNext/>
        <w:spacing w:before="120"/>
      </w:pPr>
      <w:r>
        <w:t>1. I ______________ (study) now.</w:t>
      </w:r>
    </w:p>
    <w:p>
      <w:pPr>
        <w:keepNext/>
        <w:spacing w:before="120"/>
      </w:pPr>
      <w:r>
        <w:t>2. She ______________ (watch) TV at the moment.</w:t>
      </w:r>
    </w:p>
    <w:p>
      <w:pPr>
        <w:keepNext/>
        <w:spacing w:before="120"/>
      </w:pPr>
      <w:r>
        <w:t>3. They ______________ (play) in the yard.</w:t>
      </w:r>
    </w:p>
    <w:p>
      <w:pPr>
        <w:keepNext/>
        <w:spacing w:before="120"/>
      </w:pPr>
      <w:r>
        <w:t>4. He ______________ (not sleep) now.</w:t>
      </w:r>
    </w:p>
    <w:p>
      <w:pPr>
        <w:pStyle w:val="Heading2"/>
      </w:pPr>
      <w:r>
        <w:t>3. Modal verbs</w:t>
      </w:r>
    </w:p>
    <w:p>
      <w:r>
        <w:rPr>
          <w:i/>
        </w:rPr>
        <w:t>Complete with can, can't, must or must not.</w:t>
      </w:r>
    </w:p>
    <w:p>
      <w:r>
        <w:rPr>
          <w:b/>
        </w:rPr>
        <w:t>Word bank:  can  |  can't  |  must  |  must not</w:t>
      </w:r>
    </w:p>
    <w:p>
      <w:pPr>
        <w:keepNext/>
        <w:spacing w:before="120"/>
      </w:pPr>
      <w:r>
        <w:t>1. You ______________ do your homework. It's an obligation.</w:t>
      </w:r>
    </w:p>
    <w:p>
      <w:pPr>
        <w:keepNext/>
        <w:spacing w:before="120"/>
      </w:pPr>
      <w:r>
        <w:t>2. I ______________ swim very well. I won a medal last year!</w:t>
      </w:r>
    </w:p>
    <w:p>
      <w:pPr>
        <w:keepNext/>
        <w:spacing w:before="120"/>
      </w:pPr>
      <w:r>
        <w:t>3. You ______________ use your phone in class. It's forbidden.</w:t>
      </w:r>
    </w:p>
    <w:p>
      <w:pPr>
        <w:keepNext/>
        <w:spacing w:before="120"/>
      </w:pPr>
      <w:r>
        <w:t>4. She ______________ speak English fluently. She lived in London for five years.</w:t>
      </w:r>
    </w:p>
    <w:p>
      <w:pPr>
        <w:keepNext/>
        <w:spacing w:before="120"/>
      </w:pPr>
      <w:r>
        <w:t>5. My little brother is only two. He ______________ read yet.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Simple present</w:t>
      </w:r>
    </w:p>
    <w:p>
      <w:pPr>
        <w:spacing w:after="0"/>
      </w:pPr>
      <w:r>
        <w:t>1) goes</w:t>
      </w:r>
    </w:p>
    <w:p>
      <w:pPr>
        <w:spacing w:after="0"/>
      </w:pPr>
      <w:r>
        <w:t>2) play</w:t>
      </w:r>
    </w:p>
    <w:p>
      <w:pPr>
        <w:spacing w:after="0"/>
      </w:pPr>
      <w:r>
        <w:t>3) doesn't like</w:t>
      </w:r>
    </w:p>
    <w:p>
      <w:pPr>
        <w:spacing w:after="0"/>
      </w:pPr>
      <w:r>
        <w:t>4) study</w:t>
      </w:r>
    </w:p>
    <w:p>
      <w:r>
        <w:rPr>
          <w:b/>
        </w:rPr>
        <w:t>2. Present continuous</w:t>
      </w:r>
    </w:p>
    <w:p>
      <w:pPr>
        <w:spacing w:after="0"/>
      </w:pPr>
      <w:r>
        <w:t>1) am studying</w:t>
      </w:r>
    </w:p>
    <w:p>
      <w:pPr>
        <w:spacing w:after="0"/>
      </w:pPr>
      <w:r>
        <w:t>2) is watching</w:t>
      </w:r>
    </w:p>
    <w:p>
      <w:pPr>
        <w:spacing w:after="0"/>
      </w:pPr>
      <w:r>
        <w:t>3) are playing</w:t>
      </w:r>
    </w:p>
    <w:p>
      <w:pPr>
        <w:spacing w:after="0"/>
      </w:pPr>
      <w:r>
        <w:t>4) isn't sleeping</w:t>
      </w:r>
    </w:p>
    <w:p>
      <w:r>
        <w:rPr>
          <w:b/>
        </w:rPr>
        <w:t>3. Modal verbs</w:t>
      </w:r>
    </w:p>
    <w:p>
      <w:pPr>
        <w:spacing w:after="0"/>
      </w:pPr>
      <w:r>
        <w:t>1) must</w:t>
      </w:r>
    </w:p>
    <w:p>
      <w:pPr>
        <w:spacing w:after="0"/>
      </w:pPr>
      <w:r>
        <w:t>2) can</w:t>
      </w:r>
    </w:p>
    <w:p>
      <w:pPr>
        <w:spacing w:after="0"/>
      </w:pPr>
      <w:r>
        <w:t>3) must not</w:t>
      </w:r>
    </w:p>
    <w:p>
      <w:pPr>
        <w:spacing w:after="0"/>
      </w:pPr>
      <w:r>
        <w:t>4) can</w:t>
      </w:r>
    </w:p>
    <w:p>
      <w:pPr>
        <w:spacing w:after="0"/>
      </w:pPr>
      <w:r>
        <w:t>5) can't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