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Corrija o erro e identifique o tempo verbal</w:t>
      </w:r>
    </w:p>
    <w:p>
      <w:r>
        <w:rPr>
          <w:color w:val="6B6B6B"/>
          <w:sz w:val="18"/>
        </w:rPr>
        <w:t>6º ano e 7º ano · Simple present · BNCC: EF06LI19</w:t>
      </w:r>
    </w:p>
    <w:p>
      <w:pPr>
        <w:pStyle w:val="Heading2"/>
      </w:pPr>
      <w:r>
        <w:t>1. Correct the sentence</w:t>
      </w:r>
    </w:p>
    <w:p>
      <w:r>
        <w:rPr>
          <w:i/>
        </w:rPr>
        <w:t>Each sentence has a mistake. Choose the correct version.</w:t>
      </w:r>
    </w:p>
    <w:p>
      <w:pPr>
        <w:keepNext/>
        <w:spacing w:before="120"/>
      </w:pPr>
      <w:r>
        <w:t>1. She go to school every day.</w:t>
      </w:r>
    </w:p>
    <w:p>
      <w:pPr>
        <w:spacing w:after="0"/>
        <w:ind w:left="454"/>
      </w:pPr>
      <w:r>
        <w:t>(   ) a) She go to school every day.</w:t>
      </w:r>
    </w:p>
    <w:p>
      <w:pPr>
        <w:spacing w:after="0"/>
        <w:ind w:left="454"/>
      </w:pPr>
      <w:r>
        <w:t>(   ) b) She goes to school every day.</w:t>
      </w:r>
    </w:p>
    <w:p>
      <w:pPr>
        <w:spacing w:after="0"/>
        <w:ind w:left="454"/>
      </w:pPr>
      <w:r>
        <w:t>(   ) c) She going to school every day.</w:t>
      </w:r>
    </w:p>
    <w:p>
      <w:pPr>
        <w:keepNext/>
        <w:spacing w:before="120"/>
      </w:pPr>
      <w:r>
        <w:t>2. The cats is sleeping under the table.</w:t>
      </w:r>
    </w:p>
    <w:p>
      <w:pPr>
        <w:spacing w:after="0"/>
        <w:ind w:left="454"/>
      </w:pPr>
      <w:r>
        <w:t>(   ) a) The cats are sleeping under the table.</w:t>
      </w:r>
    </w:p>
    <w:p>
      <w:pPr>
        <w:spacing w:after="0"/>
        <w:ind w:left="454"/>
      </w:pPr>
      <w:r>
        <w:t>(   ) b) The cats is sleeping under the table.</w:t>
      </w:r>
    </w:p>
    <w:p>
      <w:pPr>
        <w:spacing w:after="0"/>
        <w:ind w:left="454"/>
      </w:pPr>
      <w:r>
        <w:t>(   ) c) The cats be sleeping under the table.</w:t>
      </w:r>
    </w:p>
    <w:p>
      <w:pPr>
        <w:keepNext/>
        <w:spacing w:before="120"/>
      </w:pPr>
      <w:r>
        <w:t>3. My friend have a new bicycle.</w:t>
      </w:r>
    </w:p>
    <w:p>
      <w:pPr>
        <w:spacing w:after="0"/>
        <w:ind w:left="454"/>
      </w:pPr>
      <w:r>
        <w:t>(   ) a) My friend have a new bicycle.</w:t>
      </w:r>
    </w:p>
    <w:p>
      <w:pPr>
        <w:spacing w:after="0"/>
        <w:ind w:left="454"/>
      </w:pPr>
      <w:r>
        <w:t>(   ) b) My friend haves a new bicycle.</w:t>
      </w:r>
    </w:p>
    <w:p>
      <w:pPr>
        <w:spacing w:after="0"/>
        <w:ind w:left="454"/>
      </w:pPr>
      <w:r>
        <w:t>(   ) c) My friend has a new bicycle.</w:t>
      </w:r>
    </w:p>
    <w:p>
      <w:pPr>
        <w:keepNext/>
        <w:spacing w:before="120"/>
      </w:pPr>
      <w:r>
        <w:t>4. We was playing in the park yesterday.</w:t>
      </w:r>
    </w:p>
    <w:p>
      <w:pPr>
        <w:spacing w:after="0"/>
        <w:ind w:left="454"/>
      </w:pPr>
      <w:r>
        <w:t>(   ) a) We was playing in the park yesterday.</w:t>
      </w:r>
    </w:p>
    <w:p>
      <w:pPr>
        <w:spacing w:after="0"/>
        <w:ind w:left="454"/>
      </w:pPr>
      <w:r>
        <w:t>(   ) b) We were playing in the park yesterday.</w:t>
      </w:r>
    </w:p>
    <w:p>
      <w:pPr>
        <w:spacing w:after="0"/>
        <w:ind w:left="454"/>
      </w:pPr>
      <w:r>
        <w:t>(   ) c) We are playing in the park yesterday.</w:t>
      </w:r>
    </w:p>
    <w:p>
      <w:pPr>
        <w:keepNext/>
        <w:spacing w:before="120"/>
      </w:pPr>
      <w:r>
        <w:t>5. He don't like milk.</w:t>
      </w:r>
    </w:p>
    <w:p>
      <w:pPr>
        <w:spacing w:after="0"/>
        <w:ind w:left="454"/>
      </w:pPr>
      <w:r>
        <w:t>(   ) a) He don't like milk.</w:t>
      </w:r>
    </w:p>
    <w:p>
      <w:pPr>
        <w:spacing w:after="0"/>
        <w:ind w:left="454"/>
      </w:pPr>
      <w:r>
        <w:t>(   ) b) He doesn't likes milk.</w:t>
      </w:r>
    </w:p>
    <w:p>
      <w:pPr>
        <w:spacing w:after="0"/>
        <w:ind w:left="454"/>
      </w:pPr>
      <w:r>
        <w:t>(   ) c) He doesn't like milk.</w:t>
      </w:r>
    </w:p>
    <w:p>
      <w:pPr>
        <w:pStyle w:val="Heading2"/>
      </w:pPr>
      <w:r>
        <w:t>2. Past, present or future?</w:t>
      </w:r>
    </w:p>
    <w:p>
      <w:r>
        <w:rPr>
          <w:i/>
        </w:rPr>
        <w:t>Read each sentence and choose the tense of the verb.</w:t>
      </w:r>
    </w:p>
    <w:p>
      <w:pPr>
        <w:keepNext/>
        <w:spacing w:before="120"/>
      </w:pPr>
      <w:r>
        <w:t>1. I ate a delicious cake yesterday.</w:t>
      </w:r>
    </w:p>
    <w:p>
      <w:pPr>
        <w:spacing w:after="0"/>
        <w:ind w:left="454"/>
      </w:pPr>
      <w:r>
        <w:t>(   ) a) Past</w:t>
      </w:r>
    </w:p>
    <w:p>
      <w:pPr>
        <w:spacing w:after="0"/>
        <w:ind w:left="454"/>
      </w:pPr>
      <w:r>
        <w:t>(   ) b) Present</w:t>
      </w:r>
    </w:p>
    <w:p>
      <w:pPr>
        <w:spacing w:after="0"/>
        <w:ind w:left="454"/>
      </w:pPr>
      <w:r>
        <w:t>(   ) c) Future</w:t>
      </w:r>
    </w:p>
    <w:p>
      <w:pPr>
        <w:keepNext/>
        <w:spacing w:before="120"/>
      </w:pPr>
      <w:r>
        <w:t>2. She is studying for her test.</w:t>
      </w:r>
    </w:p>
    <w:p>
      <w:pPr>
        <w:spacing w:after="0"/>
        <w:ind w:left="454"/>
      </w:pPr>
      <w:r>
        <w:t>(   ) a) Past</w:t>
      </w:r>
    </w:p>
    <w:p>
      <w:pPr>
        <w:spacing w:after="0"/>
        <w:ind w:left="454"/>
      </w:pPr>
      <w:r>
        <w:t>(   ) b) Present</w:t>
      </w:r>
    </w:p>
    <w:p>
      <w:pPr>
        <w:spacing w:after="0"/>
        <w:ind w:left="454"/>
      </w:pPr>
      <w:r>
        <w:t>(   ) c) Future</w:t>
      </w:r>
    </w:p>
    <w:p>
      <w:pPr>
        <w:keepNext/>
        <w:spacing w:before="120"/>
      </w:pPr>
      <w:r>
        <w:t>3. We will travel to the beach next summer.</w:t>
      </w:r>
    </w:p>
    <w:p>
      <w:pPr>
        <w:spacing w:after="0"/>
        <w:ind w:left="454"/>
      </w:pPr>
      <w:r>
        <w:t>(   ) a) Past</w:t>
      </w:r>
    </w:p>
    <w:p>
      <w:pPr>
        <w:spacing w:after="0"/>
        <w:ind w:left="454"/>
      </w:pPr>
      <w:r>
        <w:t>(   ) b) Present</w:t>
      </w:r>
    </w:p>
    <w:p>
      <w:pPr>
        <w:spacing w:after="0"/>
        <w:ind w:left="454"/>
      </w:pPr>
      <w:r>
        <w:t>(   ) c) Future</w:t>
      </w:r>
    </w:p>
    <w:p>
      <w:pPr>
        <w:keepNext/>
        <w:spacing w:before="120"/>
      </w:pPr>
      <w:r>
        <w:t>4. He plays soccer on Saturdays.</w:t>
      </w:r>
    </w:p>
    <w:p>
      <w:pPr>
        <w:spacing w:after="0"/>
        <w:ind w:left="454"/>
      </w:pPr>
      <w:r>
        <w:t>(   ) a) Past</w:t>
      </w:r>
    </w:p>
    <w:p>
      <w:pPr>
        <w:spacing w:after="0"/>
        <w:ind w:left="454"/>
      </w:pPr>
      <w:r>
        <w:t>(   ) b) Present</w:t>
      </w:r>
    </w:p>
    <w:p>
      <w:pPr>
        <w:spacing w:after="0"/>
        <w:ind w:left="454"/>
      </w:pPr>
      <w:r>
        <w:t>(   ) c) Future</w:t>
      </w:r>
    </w:p>
    <w:p>
      <w:pPr>
        <w:keepNext/>
        <w:spacing w:before="120"/>
      </w:pPr>
      <w:r>
        <w:t>5. They watched a movie last night.</w:t>
      </w:r>
    </w:p>
    <w:p>
      <w:pPr>
        <w:spacing w:after="0"/>
        <w:ind w:left="454"/>
      </w:pPr>
      <w:r>
        <w:t>(   ) a) Past</w:t>
      </w:r>
    </w:p>
    <w:p>
      <w:pPr>
        <w:spacing w:after="0"/>
        <w:ind w:left="454"/>
      </w:pPr>
      <w:r>
        <w:t>(   ) b) Present</w:t>
      </w:r>
    </w:p>
    <w:p>
      <w:pPr>
        <w:spacing w:after="0"/>
        <w:ind w:left="454"/>
      </w:pPr>
      <w:r>
        <w:t>(   ) c) Future</w:t>
      </w:r>
    </w:p>
    <w:p>
      <w:pPr>
        <w:keepNext/>
        <w:spacing w:before="120"/>
      </w:pPr>
      <w:r>
        <w:t>6. I am going to visit my aunt next week.</w:t>
      </w:r>
    </w:p>
    <w:p>
      <w:pPr>
        <w:spacing w:after="0"/>
        <w:ind w:left="454"/>
      </w:pPr>
      <w:r>
        <w:t>(   ) a) Past</w:t>
      </w:r>
    </w:p>
    <w:p>
      <w:pPr>
        <w:spacing w:after="0"/>
        <w:ind w:left="454"/>
      </w:pPr>
      <w:r>
        <w:t>(   ) b) Present</w:t>
      </w:r>
    </w:p>
    <w:p>
      <w:pPr>
        <w:spacing w:after="0"/>
        <w:ind w:left="454"/>
      </w:pPr>
      <w:r>
        <w:t>(   ) c) Future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Correct the sentence</w:t>
      </w:r>
    </w:p>
    <w:p>
      <w:pPr>
        <w:spacing w:after="0"/>
      </w:pPr>
      <w:r>
        <w:t>1) b) She goes to school every day.</w:t>
      </w:r>
    </w:p>
    <w:p>
      <w:pPr>
        <w:spacing w:after="0"/>
      </w:pPr>
      <w:r>
        <w:t>2) a) The cats are sleeping under the table.</w:t>
      </w:r>
    </w:p>
    <w:p>
      <w:pPr>
        <w:spacing w:after="0"/>
      </w:pPr>
      <w:r>
        <w:t>3) c) My friend has a new bicycle.</w:t>
      </w:r>
    </w:p>
    <w:p>
      <w:pPr>
        <w:spacing w:after="0"/>
      </w:pPr>
      <w:r>
        <w:t>4) b) We were playing in the park yesterday.</w:t>
      </w:r>
    </w:p>
    <w:p>
      <w:pPr>
        <w:spacing w:after="0"/>
      </w:pPr>
      <w:r>
        <w:t>5) c) He doesn't like milk.</w:t>
      </w:r>
    </w:p>
    <w:p>
      <w:r>
        <w:rPr>
          <w:b/>
        </w:rPr>
        <w:t>2. Past, present or future?</w:t>
      </w:r>
    </w:p>
    <w:p>
      <w:pPr>
        <w:spacing w:after="0"/>
      </w:pPr>
      <w:r>
        <w:t>1) a) Past</w:t>
      </w:r>
    </w:p>
    <w:p>
      <w:pPr>
        <w:spacing w:after="0"/>
      </w:pPr>
      <w:r>
        <w:t>2) b) Present</w:t>
      </w:r>
    </w:p>
    <w:p>
      <w:pPr>
        <w:spacing w:after="0"/>
      </w:pPr>
      <w:r>
        <w:t>3) c) Future</w:t>
      </w:r>
    </w:p>
    <w:p>
      <w:pPr>
        <w:spacing w:after="0"/>
      </w:pPr>
      <w:r>
        <w:t>4) b) Present</w:t>
      </w:r>
    </w:p>
    <w:p>
      <w:pPr>
        <w:spacing w:after="0"/>
      </w:pPr>
      <w:r>
        <w:t>5) a) Past</w:t>
      </w:r>
    </w:p>
    <w:p>
      <w:pPr>
        <w:spacing w:after="0"/>
      </w:pPr>
      <w:r>
        <w:t>6) c) Future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2025-02-05T00:00:00Z</dcterms:created>
  <dcterms:modified xsi:type="dcterms:W3CDTF">2025-02-05T00:00:00Z</dcterms:modified>
  <cp:category/>
</cp:coreProperties>
</file>