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present, possessivos e rotina</w:t>
      </w:r>
    </w:p>
    <w:p>
      <w:r>
        <w:rPr>
          <w:color w:val="6B6B6B"/>
          <w:sz w:val="18"/>
        </w:rPr>
        <w:t>4º ano e 5º ano · Simple present</w:t>
      </w:r>
    </w:p>
    <w:p>
      <w:pPr>
        <w:pStyle w:val="Heading2"/>
      </w:pPr>
      <w:r>
        <w:t>1. Simple present</w:t>
      </w:r>
    </w:p>
    <w:p>
      <w:r>
        <w:rPr>
          <w:i/>
        </w:rPr>
        <w:t>Complete the sentences with the correct form of the verbs in the box.</w:t>
      </w:r>
    </w:p>
    <w:p>
      <w:r>
        <w:rPr>
          <w:b/>
        </w:rPr>
        <w:t>Word bank:  study  |  watches  |  play  |  go  |  eats</w:t>
      </w:r>
    </w:p>
    <w:p>
      <w:pPr>
        <w:keepNext/>
        <w:spacing w:before="120"/>
      </w:pPr>
      <w:r>
        <w:t>1. 📘  I ______________ English at school.</w:t>
      </w:r>
    </w:p>
    <w:p>
      <w:pPr>
        <w:keepNext/>
        <w:spacing w:before="120"/>
      </w:pPr>
      <w:r>
        <w:t>2. 📺  She ______________ TV at night.</w:t>
      </w:r>
    </w:p>
    <w:p>
      <w:pPr>
        <w:keepNext/>
        <w:spacing w:before="120"/>
      </w:pPr>
      <w:r>
        <w:t>3. ⚽  They ______________ soccer after school.</w:t>
      </w:r>
    </w:p>
    <w:p>
      <w:pPr>
        <w:keepNext/>
        <w:spacing w:before="120"/>
      </w:pPr>
      <w:r>
        <w:t>4. 🌳  We ______________ to the park on Sundays.</w:t>
      </w:r>
    </w:p>
    <w:p>
      <w:pPr>
        <w:keepNext/>
        <w:spacing w:before="120"/>
      </w:pPr>
      <w:r>
        <w:t>5. 🍳  He ______________ breakfast in the morning.</w:t>
      </w:r>
    </w:p>
    <w:p>
      <w:pPr>
        <w:pStyle w:val="Heading2"/>
      </w:pPr>
      <w:r>
        <w:t>2. Possessive adjectives</w:t>
      </w:r>
    </w:p>
    <w:p>
      <w:r>
        <w:rPr>
          <w:i/>
        </w:rPr>
        <w:t>Complete with my, your, his, her or our.</w:t>
      </w:r>
    </w:p>
    <w:p>
      <w:r>
        <w:rPr>
          <w:b/>
        </w:rPr>
        <w:t>Word bank:  my  |  your  |  his  |  her  |  our</w:t>
      </w:r>
    </w:p>
    <w:p>
      <w:pPr>
        <w:keepNext/>
        <w:spacing w:before="120"/>
      </w:pPr>
      <w:r>
        <w:t>1. This is ______________ book. (I)</w:t>
      </w:r>
    </w:p>
    <w:p>
      <w:pPr>
        <w:keepNext/>
        <w:spacing w:before="120"/>
      </w:pPr>
      <w:r>
        <w:t>2. She loves ______________ dog. (she)</w:t>
      </w:r>
    </w:p>
    <w:p>
      <w:pPr>
        <w:keepNext/>
        <w:spacing w:before="120"/>
      </w:pPr>
      <w:r>
        <w:t>3. We like ______________ teacher. (we)</w:t>
      </w:r>
    </w:p>
    <w:p>
      <w:pPr>
        <w:keepNext/>
        <w:spacing w:before="120"/>
      </w:pPr>
      <w:r>
        <w:t>4. Is this ______________ backpack? (you)</w:t>
      </w:r>
    </w:p>
    <w:p>
      <w:pPr>
        <w:keepNext/>
        <w:spacing w:before="120"/>
      </w:pPr>
      <w:r>
        <w:t>5. Tom is with ______________ brother. (Tom)</w:t>
      </w:r>
    </w:p>
    <w:p>
      <w:pPr>
        <w:pStyle w:val="Heading2"/>
      </w:pPr>
      <w:r>
        <w:t>3.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Anna's pets</w:t>
      </w:r>
    </w:p>
    <w:p>
      <w:pPr>
        <w:ind w:left="340"/>
      </w:pPr>
      <w:r>
        <w:t>Anna loves animals. She has a cat and a bird at home. Every day she feeds them and plays with them after school. Her favorite animal is the cat because it is very friendly.</w:t>
      </w:r>
    </w:p>
    <w:p>
      <w:pPr>
        <w:keepNext/>
        <w:spacing w:before="120"/>
      </w:pPr>
      <w:r>
        <w:t>1. What animals does Anna have?</w:t>
      </w:r>
    </w:p>
    <w:p>
      <w:pPr>
        <w:spacing w:after="0"/>
        <w:ind w:left="454"/>
      </w:pPr>
      <w:r>
        <w:t>(   ) a) A dog and a cat</w:t>
      </w:r>
    </w:p>
    <w:p>
      <w:pPr>
        <w:spacing w:after="0"/>
        <w:ind w:left="454"/>
      </w:pPr>
      <w:r>
        <w:t>(   ) b) A cat and a bird</w:t>
      </w:r>
    </w:p>
    <w:p>
      <w:pPr>
        <w:spacing w:after="0"/>
        <w:ind w:left="454"/>
      </w:pPr>
      <w:r>
        <w:t>(   ) c) A bird and a fish</w:t>
      </w:r>
    </w:p>
    <w:p>
      <w:pPr>
        <w:keepNext/>
        <w:spacing w:before="120"/>
      </w:pPr>
      <w:r>
        <w:t>2. When does she play with them?</w:t>
      </w:r>
    </w:p>
    <w:p>
      <w:pPr>
        <w:spacing w:after="0"/>
        <w:ind w:left="454"/>
      </w:pPr>
      <w:r>
        <w:t>(   ) a) After school</w:t>
      </w:r>
    </w:p>
    <w:p>
      <w:pPr>
        <w:spacing w:after="0"/>
        <w:ind w:left="454"/>
      </w:pPr>
      <w:r>
        <w:t>(   ) b) Before school</w:t>
      </w:r>
    </w:p>
    <w:p>
      <w:pPr>
        <w:spacing w:after="0"/>
        <w:ind w:left="454"/>
      </w:pPr>
      <w:r>
        <w:t>(   ) c) On Sundays only</w:t>
      </w:r>
    </w:p>
    <w:p>
      <w:pPr>
        <w:keepNext/>
        <w:spacing w:before="120"/>
      </w:pPr>
      <w:r>
        <w:t>3. What is her favorite animal?</w:t>
      </w:r>
    </w:p>
    <w:p>
      <w:pPr>
        <w:spacing w:after="0"/>
        <w:ind w:left="454"/>
      </w:pPr>
      <w:r>
        <w:t>(   ) a) The bird</w:t>
      </w:r>
    </w:p>
    <w:p>
      <w:pPr>
        <w:spacing w:after="0"/>
        <w:ind w:left="454"/>
      </w:pPr>
      <w:r>
        <w:t>(   ) b) The dog</w:t>
      </w:r>
    </w:p>
    <w:p>
      <w:pPr>
        <w:spacing w:after="0"/>
        <w:ind w:left="454"/>
      </w:pPr>
      <w:r>
        <w:t>(   ) c) The cat</w:t>
      </w:r>
    </w:p>
    <w:p>
      <w:pPr>
        <w:keepNext/>
        <w:spacing w:before="120"/>
      </w:pPr>
      <w:r>
        <w:t>4. Why does she like this animal?</w:t>
      </w:r>
    </w:p>
    <w:p>
      <w:pPr>
        <w:spacing w:after="0"/>
        <w:ind w:left="454"/>
      </w:pPr>
      <w:r>
        <w:t>(   ) a) Because it is very small.</w:t>
      </w:r>
    </w:p>
    <w:p>
      <w:pPr>
        <w:spacing w:after="0"/>
        <w:ind w:left="454"/>
      </w:pPr>
      <w:r>
        <w:t>(   ) b) Because it can sing.</w:t>
      </w:r>
    </w:p>
    <w:p>
      <w:pPr>
        <w:spacing w:after="0"/>
        <w:ind w:left="454"/>
      </w:pPr>
      <w:r>
        <w:t>(   ) c) Because it is very friendly.</w:t>
      </w:r>
    </w:p>
    <w:p>
      <w:pPr>
        <w:pStyle w:val="Heading2"/>
      </w:pPr>
      <w:r>
        <w:t>4. Daily routine</w:t>
      </w:r>
    </w:p>
    <w:p>
      <w:r>
        <w:rPr>
          <w:i/>
        </w:rPr>
        <w:t>Complete the sentences with the words in the box.</w:t>
      </w:r>
    </w:p>
    <w:p>
      <w:r>
        <w:rPr>
          <w:b/>
        </w:rPr>
        <w:t>Word bank:  wake up  |  brush  |  go  |  do</w:t>
      </w:r>
    </w:p>
    <w:p>
      <w:pPr>
        <w:keepNext/>
        <w:spacing w:before="120"/>
      </w:pPr>
      <w:r>
        <w:t>1. 🪥  I ______________ my teeth in the morning.</w:t>
      </w:r>
    </w:p>
    <w:p>
      <w:pPr>
        <w:keepNext/>
        <w:spacing w:before="120"/>
      </w:pPr>
      <w:r>
        <w:t>2. ⏰  I ______________ at 7 a.m.</w:t>
      </w:r>
    </w:p>
    <w:p>
      <w:pPr>
        <w:keepNext/>
        <w:spacing w:before="120"/>
      </w:pPr>
      <w:r>
        <w:t>3. 📝  I ______________ my homework after school.</w:t>
      </w:r>
    </w:p>
    <w:p>
      <w:pPr>
        <w:keepNext/>
        <w:spacing w:before="120"/>
      </w:pPr>
      <w:r>
        <w:t>4. 🚌  I ______________ to school by bus.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Simple present</w:t>
      </w:r>
    </w:p>
    <w:p>
      <w:pPr>
        <w:spacing w:after="0"/>
      </w:pPr>
      <w:r>
        <w:t>1) study</w:t>
      </w:r>
    </w:p>
    <w:p>
      <w:pPr>
        <w:spacing w:after="0"/>
      </w:pPr>
      <w:r>
        <w:t>2) watches</w:t>
      </w:r>
    </w:p>
    <w:p>
      <w:pPr>
        <w:spacing w:after="0"/>
      </w:pPr>
      <w:r>
        <w:t>3) play</w:t>
      </w:r>
    </w:p>
    <w:p>
      <w:pPr>
        <w:spacing w:after="0"/>
      </w:pPr>
      <w:r>
        <w:t>4) go</w:t>
      </w:r>
    </w:p>
    <w:p>
      <w:pPr>
        <w:spacing w:after="0"/>
      </w:pPr>
      <w:r>
        <w:t>5) eats</w:t>
      </w:r>
    </w:p>
    <w:p>
      <w:r>
        <w:rPr>
          <w:b/>
        </w:rPr>
        <w:t>2. Possessive adjectives</w:t>
      </w:r>
    </w:p>
    <w:p>
      <w:pPr>
        <w:spacing w:after="0"/>
      </w:pPr>
      <w:r>
        <w:t>1) my</w:t>
      </w:r>
    </w:p>
    <w:p>
      <w:pPr>
        <w:spacing w:after="0"/>
      </w:pPr>
      <w:r>
        <w:t>2) her</w:t>
      </w:r>
    </w:p>
    <w:p>
      <w:pPr>
        <w:spacing w:after="0"/>
      </w:pPr>
      <w:r>
        <w:t>3) our</w:t>
      </w:r>
    </w:p>
    <w:p>
      <w:pPr>
        <w:spacing w:after="0"/>
      </w:pPr>
      <w:r>
        <w:t>4) your</w:t>
      </w:r>
    </w:p>
    <w:p>
      <w:pPr>
        <w:spacing w:after="0"/>
      </w:pPr>
      <w:r>
        <w:t>5) his</w:t>
      </w:r>
    </w:p>
    <w:p>
      <w:r>
        <w:rPr>
          <w:b/>
        </w:rPr>
        <w:t>3. Reading</w:t>
      </w:r>
    </w:p>
    <w:p>
      <w:pPr>
        <w:spacing w:after="0"/>
      </w:pPr>
      <w:r>
        <w:t>1) b) A cat and a bird</w:t>
      </w:r>
    </w:p>
    <w:p>
      <w:pPr>
        <w:spacing w:after="0"/>
      </w:pPr>
      <w:r>
        <w:t>2) a) After school</w:t>
      </w:r>
    </w:p>
    <w:p>
      <w:pPr>
        <w:spacing w:after="0"/>
      </w:pPr>
      <w:r>
        <w:t>3) c) The cat</w:t>
      </w:r>
    </w:p>
    <w:p>
      <w:pPr>
        <w:spacing w:after="0"/>
      </w:pPr>
      <w:r>
        <w:t>4) c) Because it is very friendly.</w:t>
      </w:r>
    </w:p>
    <w:p>
      <w:r>
        <w:rPr>
          <w:b/>
        </w:rPr>
        <w:t>4. Daily routine</w:t>
      </w:r>
    </w:p>
    <w:p>
      <w:pPr>
        <w:spacing w:after="0"/>
      </w:pPr>
      <w:r>
        <w:t>1) brush</w:t>
      </w:r>
    </w:p>
    <w:p>
      <w:pPr>
        <w:spacing w:after="0"/>
      </w:pPr>
      <w:r>
        <w:t>2) wake up</w:t>
      </w:r>
    </w:p>
    <w:p>
      <w:pPr>
        <w:spacing w:after="0"/>
      </w:pPr>
      <w:r>
        <w:t>3) do</w:t>
      </w:r>
    </w:p>
    <w:p>
      <w:pPr>
        <w:spacing w:after="0"/>
      </w:pPr>
      <w:r>
        <w:t>4) go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2026-03-11T00:00:00Z</dcterms:created>
  <dcterms:modified xsi:type="dcterms:W3CDTF">2026-03-11T00:00:00Z</dcterms:modified>
  <cp:category/>
</cp:coreProperties>
</file>