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Simple present: sujeitos e verbos</w:t>
      </w:r>
    </w:p>
    <w:p>
      <w:r>
        <w:rPr>
          <w:color w:val="6B6B6B"/>
          <w:sz w:val="18"/>
        </w:rPr>
        <w:t>4º ano e 5º ano · Simple present</w:t>
      </w:r>
    </w:p>
    <w:p>
      <w:pPr>
        <w:pStyle w:val="Heading2"/>
      </w:pPr>
      <w:r>
        <w:t>1. Complete the sentences</w:t>
      </w:r>
    </w:p>
    <w:p>
      <w:r>
        <w:rPr>
          <w:i/>
        </w:rPr>
        <w:t>Complete with the simple present of the verb in parentheses.</w:t>
      </w:r>
    </w:p>
    <w:p>
      <w:pPr>
        <w:keepNext/>
        <w:spacing w:before="120"/>
      </w:pPr>
      <w:r>
        <w:t>1. 📚  She ______________ (read) a book every night.</w:t>
      </w:r>
    </w:p>
    <w:p>
      <w:pPr>
        <w:keepNext/>
        <w:spacing w:before="120"/>
      </w:pPr>
      <w:r>
        <w:t>2. 😊  We ______________ (be) happy to see you.</w:t>
      </w:r>
    </w:p>
    <w:p>
      <w:pPr>
        <w:keepNext/>
        <w:spacing w:before="120"/>
      </w:pPr>
      <w:r>
        <w:t>3. 🐈  The cat ______________ (jump) over the fence every morning.</w:t>
      </w:r>
    </w:p>
    <w:p>
      <w:pPr>
        <w:keepNext/>
        <w:spacing w:before="120"/>
      </w:pPr>
      <w:r>
        <w:t>4. 🏥  My father ______________ (work) in a hospital.</w:t>
      </w:r>
    </w:p>
    <w:p>
      <w:pPr>
        <w:keepNext/>
        <w:spacing w:before="120"/>
      </w:pPr>
      <w:r>
        <w:t>5. 🎂  I ______________ (be) ten years old.</w:t>
      </w:r>
    </w:p>
    <w:p>
      <w:pPr>
        <w:keepNext/>
        <w:spacing w:before="120"/>
      </w:pPr>
      <w:r>
        <w:t>6. 📺  He ______________ (watch) TV after school.</w:t>
      </w:r>
    </w:p>
    <w:p>
      <w:pPr>
        <w:keepNext/>
        <w:spacing w:before="120"/>
      </w:pPr>
      <w:r>
        <w:t>7. 👶  The baby ______________ (cry) at night.</w:t>
      </w:r>
    </w:p>
    <w:p>
      <w:pPr>
        <w:pStyle w:val="Heading2"/>
      </w:pPr>
      <w:r>
        <w:t>2. Match the subject with the verb</w:t>
      </w:r>
    </w:p>
    <w:p>
      <w:r>
        <w:rPr>
          <w:i/>
        </w:rPr>
        <w:t>Choose the verb that goes with the subject.</w:t>
      </w:r>
    </w:p>
    <w:p>
      <w:pPr>
        <w:keepNext/>
        <w:spacing w:before="120"/>
      </w:pPr>
      <w:r>
        <w:t>1. 🐕  The dog ___</w:t>
      </w:r>
    </w:p>
    <w:p>
      <w:pPr>
        <w:spacing w:after="0"/>
        <w:ind w:left="454"/>
      </w:pPr>
      <w:r>
        <w:t>(   ) a) run</w:t>
      </w:r>
    </w:p>
    <w:p>
      <w:pPr>
        <w:spacing w:after="0"/>
        <w:ind w:left="454"/>
      </w:pPr>
      <w:r>
        <w:t>(   ) b) runs</w:t>
      </w:r>
    </w:p>
    <w:p>
      <w:pPr>
        <w:keepNext/>
        <w:spacing w:before="120"/>
      </w:pPr>
      <w:r>
        <w:t>2. 🍽️  They ___</w:t>
      </w:r>
    </w:p>
    <w:p>
      <w:pPr>
        <w:spacing w:after="0"/>
        <w:ind w:left="454"/>
      </w:pPr>
      <w:r>
        <w:t>(   ) a) eat</w:t>
      </w:r>
    </w:p>
    <w:p>
      <w:pPr>
        <w:spacing w:after="0"/>
        <w:ind w:left="454"/>
      </w:pPr>
      <w:r>
        <w:t>(   ) b) eats</w:t>
      </w:r>
    </w:p>
    <w:p>
      <w:pPr>
        <w:keepNext/>
        <w:spacing w:before="120"/>
      </w:pPr>
      <w:r>
        <w:t>3. 🙋  I ___</w:t>
      </w:r>
    </w:p>
    <w:p>
      <w:pPr>
        <w:spacing w:after="0"/>
        <w:ind w:left="454"/>
      </w:pPr>
      <w:r>
        <w:t>(   ) a) am</w:t>
      </w:r>
    </w:p>
    <w:p>
      <w:pPr>
        <w:spacing w:after="0"/>
        <w:ind w:left="454"/>
      </w:pPr>
      <w:r>
        <w:t>(   ) b) is</w:t>
      </w:r>
    </w:p>
    <w:p>
      <w:pPr>
        <w:spacing w:after="0"/>
        <w:ind w:left="454"/>
      </w:pPr>
      <w:r>
        <w:t>(   ) c) are</w:t>
      </w:r>
    </w:p>
    <w:p>
      <w:pPr>
        <w:keepNext/>
        <w:spacing w:before="120"/>
      </w:pPr>
      <w:r>
        <w:t>4. 🏃  We ___</w:t>
      </w:r>
    </w:p>
    <w:p>
      <w:pPr>
        <w:spacing w:after="0"/>
        <w:ind w:left="454"/>
      </w:pPr>
      <w:r>
        <w:t>(   ) a) runs</w:t>
      </w:r>
    </w:p>
    <w:p>
      <w:pPr>
        <w:spacing w:after="0"/>
        <w:ind w:left="454"/>
      </w:pPr>
      <w:r>
        <w:t>(   ) b) run</w:t>
      </w:r>
    </w:p>
    <w:p>
      <w:pPr>
        <w:keepNext/>
        <w:spacing w:before="120"/>
      </w:pPr>
      <w:r>
        <w:t>5. 👧  My sister ___</w:t>
      </w:r>
    </w:p>
    <w:p>
      <w:pPr>
        <w:spacing w:after="0"/>
        <w:ind w:left="454"/>
      </w:pPr>
      <w:r>
        <w:t>(   ) a) has</w:t>
      </w:r>
    </w:p>
    <w:p>
      <w:pPr>
        <w:spacing w:after="0"/>
        <w:ind w:left="454"/>
      </w:pPr>
      <w:r>
        <w:t>(   ) b) have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Complete the sentences</w:t>
      </w:r>
    </w:p>
    <w:p>
      <w:pPr>
        <w:spacing w:after="0"/>
      </w:pPr>
      <w:r>
        <w:t>1) reads</w:t>
      </w:r>
    </w:p>
    <w:p>
      <w:pPr>
        <w:spacing w:after="0"/>
      </w:pPr>
      <w:r>
        <w:t>2) are</w:t>
      </w:r>
    </w:p>
    <w:p>
      <w:pPr>
        <w:spacing w:after="0"/>
      </w:pPr>
      <w:r>
        <w:t>3) jumps</w:t>
      </w:r>
    </w:p>
    <w:p>
      <w:pPr>
        <w:spacing w:after="0"/>
      </w:pPr>
      <w:r>
        <w:t>4) works</w:t>
      </w:r>
    </w:p>
    <w:p>
      <w:pPr>
        <w:spacing w:after="0"/>
      </w:pPr>
      <w:r>
        <w:t>5) am</w:t>
      </w:r>
    </w:p>
    <w:p>
      <w:pPr>
        <w:spacing w:after="0"/>
      </w:pPr>
      <w:r>
        <w:t>6) watches</w:t>
      </w:r>
    </w:p>
    <w:p>
      <w:pPr>
        <w:spacing w:after="0"/>
      </w:pPr>
      <w:r>
        <w:t>7) cries</w:t>
      </w:r>
    </w:p>
    <w:p>
      <w:r>
        <w:rPr>
          <w:b/>
        </w:rPr>
        <w:t>2. Match the subject with the verb</w:t>
      </w:r>
    </w:p>
    <w:p>
      <w:pPr>
        <w:spacing w:after="0"/>
      </w:pPr>
      <w:r>
        <w:t>1) b) runs</w:t>
      </w:r>
    </w:p>
    <w:p>
      <w:pPr>
        <w:spacing w:after="0"/>
      </w:pPr>
      <w:r>
        <w:t>2) a) eat</w:t>
      </w:r>
    </w:p>
    <w:p>
      <w:pPr>
        <w:spacing w:after="0"/>
      </w:pPr>
      <w:r>
        <w:t>3) a) am</w:t>
      </w:r>
    </w:p>
    <w:p>
      <w:pPr>
        <w:spacing w:after="0"/>
      </w:pPr>
      <w:r>
        <w:t>4) b) run</w:t>
      </w:r>
    </w:p>
    <w:p>
      <w:pPr>
        <w:spacing w:after="0"/>
      </w:pPr>
      <w:r>
        <w:t>5) a) has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2025-01-13T00:00:00Z</dcterms:created>
  <dcterms:modified xsi:type="dcterms:W3CDTF">2025-01-13T00:00:00Z</dcterms:modified>
  <cp:category/>
</cp:coreProperties>
</file>