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rPr>
          <w:b/>
          <w:color w:val="D92D37"/>
          <w:sz w:val="20"/>
        </w:rPr>
        <w:t>SchoolWork · Atividades de Inglês</w:t>
      </w:r>
    </w:p>
    <w:p>
      <w:r>
        <w:t>Name: ____________________________________   Class: _______   Date: ___/___/______</w:t>
      </w:r>
    </w:p>
    <w:p>
      <w:pPr>
        <w:pStyle w:val="Heading1"/>
      </w:pPr>
      <w:r>
        <w:rPr>
          <w:color w:val="252525"/>
        </w:rPr>
        <w:t>Verb forms e meu lugar favorito</w:t>
      </w:r>
    </w:p>
    <w:p>
      <w:r>
        <w:rPr>
          <w:color w:val="6B6B6B"/>
          <w:sz w:val="18"/>
        </w:rPr>
        <w:t>4º ano e 5º ano · Simple present</w:t>
      </w:r>
    </w:p>
    <w:p>
      <w:pPr>
        <w:pStyle w:val="Heading2"/>
      </w:pPr>
      <w:r>
        <w:t>1. Choose the verb</w:t>
      </w:r>
    </w:p>
    <w:p>
      <w:r>
        <w:rPr>
          <w:i/>
        </w:rPr>
        <w:t>Choose the correct form of the verb to complete each sentence.</w:t>
      </w:r>
    </w:p>
    <w:p>
      <w:pPr>
        <w:keepNext/>
        <w:spacing w:before="120"/>
      </w:pPr>
      <w:r>
        <w:t>1. She ___ every morning.</w:t>
      </w:r>
    </w:p>
    <w:p>
      <w:pPr>
        <w:spacing w:after="0"/>
        <w:ind w:left="454"/>
      </w:pPr>
      <w:r>
        <w:t>(   ) a) run</w:t>
      </w:r>
    </w:p>
    <w:p>
      <w:pPr>
        <w:spacing w:after="0"/>
        <w:ind w:left="454"/>
      </w:pPr>
      <w:r>
        <w:t>(   ) b) runs</w:t>
      </w:r>
    </w:p>
    <w:p>
      <w:pPr>
        <w:keepNext/>
        <w:spacing w:before="120"/>
      </w:pPr>
      <w:r>
        <w:t>2. They ___ going to the park today.</w:t>
      </w:r>
    </w:p>
    <w:p>
      <w:pPr>
        <w:spacing w:after="0"/>
        <w:ind w:left="454"/>
      </w:pPr>
      <w:r>
        <w:t>(   ) a) are</w:t>
      </w:r>
    </w:p>
    <w:p>
      <w:pPr>
        <w:spacing w:after="0"/>
        <w:ind w:left="454"/>
      </w:pPr>
      <w:r>
        <w:t>(   ) b) is</w:t>
      </w:r>
    </w:p>
    <w:p>
      <w:pPr>
        <w:keepNext/>
        <w:spacing w:before="120"/>
      </w:pPr>
      <w:r>
        <w:t>3. My father ___ in a hospital.</w:t>
      </w:r>
    </w:p>
    <w:p>
      <w:pPr>
        <w:spacing w:after="0"/>
        <w:ind w:left="454"/>
      </w:pPr>
      <w:r>
        <w:t>(   ) a) work</w:t>
      </w:r>
    </w:p>
    <w:p>
      <w:pPr>
        <w:spacing w:after="0"/>
        <w:ind w:left="454"/>
      </w:pPr>
      <w:r>
        <w:t>(   ) b) works</w:t>
      </w:r>
    </w:p>
    <w:p>
      <w:pPr>
        <w:keepNext/>
        <w:spacing w:before="120"/>
      </w:pPr>
      <w:r>
        <w:t>4. The birds ___ in the morning.</w:t>
      </w:r>
    </w:p>
    <w:p>
      <w:pPr>
        <w:spacing w:after="0"/>
        <w:ind w:left="454"/>
      </w:pPr>
      <w:r>
        <w:t>(   ) a) sing</w:t>
      </w:r>
    </w:p>
    <w:p>
      <w:pPr>
        <w:spacing w:after="0"/>
        <w:ind w:left="454"/>
      </w:pPr>
      <w:r>
        <w:t>(   ) b) sings</w:t>
      </w:r>
    </w:p>
    <w:p>
      <w:pPr>
        <w:keepNext/>
        <w:spacing w:before="120"/>
      </w:pPr>
      <w:r>
        <w:t>5. It ___ very hot today.</w:t>
      </w:r>
    </w:p>
    <w:p>
      <w:pPr>
        <w:spacing w:after="0"/>
        <w:ind w:left="454"/>
      </w:pPr>
      <w:r>
        <w:t>(   ) a) are</w:t>
      </w:r>
    </w:p>
    <w:p>
      <w:pPr>
        <w:spacing w:after="0"/>
        <w:ind w:left="454"/>
      </w:pPr>
      <w:r>
        <w:t>(   ) b) am</w:t>
      </w:r>
    </w:p>
    <w:p>
      <w:pPr>
        <w:spacing w:after="0"/>
        <w:ind w:left="454"/>
      </w:pPr>
      <w:r>
        <w:t>(   ) c) is</w:t>
      </w:r>
    </w:p>
    <w:p>
      <w:pPr>
        <w:keepNext/>
        <w:spacing w:before="120"/>
      </w:pPr>
      <w:r>
        <w:t>6. We ___ English on Tuesdays.</w:t>
      </w:r>
    </w:p>
    <w:p>
      <w:pPr>
        <w:spacing w:after="0"/>
        <w:ind w:left="454"/>
      </w:pPr>
      <w:r>
        <w:t>(   ) a) studies</w:t>
      </w:r>
    </w:p>
    <w:p>
      <w:pPr>
        <w:spacing w:after="0"/>
        <w:ind w:left="454"/>
      </w:pPr>
      <w:r>
        <w:t>(   ) b) study</w:t>
      </w:r>
    </w:p>
    <w:p>
      <w:pPr>
        <w:pStyle w:val="Heading2"/>
      </w:pPr>
      <w:r>
        <w:t>2. My favorite place</w:t>
      </w:r>
    </w:p>
    <w:p>
      <w:r>
        <w:rPr>
          <w:i/>
        </w:rPr>
        <w:t>Read the text. Are the sentences true or false?</w:t>
      </w:r>
    </w:p>
    <w:p>
      <w:r>
        <w:rPr>
          <w:b/>
        </w:rPr>
        <w:t>The beach</w:t>
      </w:r>
    </w:p>
    <w:p>
      <w:pPr>
        <w:ind w:left="340"/>
      </w:pPr>
      <w:r>
        <w:t>My favorite place to relax is the beach. I love the sound of the waves and the smell of the salty air. I usually go there with my family on Sundays. We play volleyball and eat corn on the cob.</w:t>
      </w:r>
    </w:p>
    <w:p>
      <w:pPr>
        <w:keepNext/>
        <w:spacing w:before="120"/>
      </w:pPr>
      <w:r>
        <w:t>1. The writer's favorite place is the park.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2. The writer loves the sound of the waves.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3. The writer goes to the beach with friends on Saturdays.</w:t>
      </w:r>
    </w:p>
    <w:p>
      <w:pPr>
        <w:ind w:left="454"/>
      </w:pPr>
      <w:r>
        <w:t>(   ) True        (   ) False</w:t>
      </w:r>
    </w:p>
    <w:p>
      <w:pPr>
        <w:keepNext/>
        <w:spacing w:before="120"/>
      </w:pPr>
      <w:r>
        <w:t>4. They play volleyball at the beach.</w:t>
      </w:r>
    </w:p>
    <w:p>
      <w:pPr>
        <w:ind w:left="454"/>
      </w:pPr>
      <w:r>
        <w:t>(   ) True        (   ) False</w:t>
      </w:r>
    </w:p>
    <w:p>
      <w:pPr>
        <w:pStyle w:val="Heading2"/>
      </w:pPr>
      <w:r>
        <w:t>3. Your turn</w:t>
      </w:r>
    </w:p>
    <w:p>
      <w:r>
        <w:rPr>
          <w:i/>
        </w:rPr>
        <w:t>Write 2–3 sentences about your favorite place. What does it look like? What can you hear or smell there?</w:t>
      </w:r>
    </w:p>
    <w:p>
      <w:pPr>
        <w:keepNext/>
        <w:spacing w:before="120"/>
      </w:pPr>
      <w:r>
        <w:t>1. Describe your favorite place to relax.</w:t>
      </w:r>
    </w:p>
    <w:p>
      <w:r>
        <w:t>______________________________________________________________________________</w:t>
      </w:r>
    </w:p>
    <w:p>
      <w:r>
        <w:t>______________________________________________________________________________</w:t>
      </w:r>
    </w:p>
    <w:p>
      <w:r>
        <w:br w:type="page"/>
      </w:r>
    </w:p>
    <w:p>
      <w:pPr>
        <w:pStyle w:val="Heading2"/>
      </w:pPr>
      <w:r>
        <w:t>Gabarito (Answer key)</w:t>
      </w:r>
    </w:p>
    <w:p>
      <w:r>
        <w:rPr>
          <w:b/>
        </w:rPr>
        <w:t>1. Choose the verb</w:t>
      </w:r>
    </w:p>
    <w:p>
      <w:pPr>
        <w:spacing w:after="0"/>
      </w:pPr>
      <w:r>
        <w:t>1) b) runs</w:t>
      </w:r>
    </w:p>
    <w:p>
      <w:pPr>
        <w:spacing w:after="0"/>
      </w:pPr>
      <w:r>
        <w:t>2) a) are</w:t>
      </w:r>
    </w:p>
    <w:p>
      <w:pPr>
        <w:spacing w:after="0"/>
      </w:pPr>
      <w:r>
        <w:t>3) b) works</w:t>
      </w:r>
    </w:p>
    <w:p>
      <w:pPr>
        <w:spacing w:after="0"/>
      </w:pPr>
      <w:r>
        <w:t>4) a) sing</w:t>
      </w:r>
    </w:p>
    <w:p>
      <w:pPr>
        <w:spacing w:after="0"/>
      </w:pPr>
      <w:r>
        <w:t>5) c) is</w:t>
      </w:r>
    </w:p>
    <w:p>
      <w:pPr>
        <w:spacing w:after="0"/>
      </w:pPr>
      <w:r>
        <w:t>6) b) study</w:t>
      </w:r>
    </w:p>
    <w:p>
      <w:r>
        <w:rPr>
          <w:b/>
        </w:rPr>
        <w:t>2. My favorite place</w:t>
      </w:r>
    </w:p>
    <w:p>
      <w:pPr>
        <w:spacing w:after="0"/>
      </w:pPr>
      <w:r>
        <w:t>1) False</w:t>
      </w:r>
    </w:p>
    <w:p>
      <w:pPr>
        <w:spacing w:after="0"/>
      </w:pPr>
      <w:r>
        <w:t>2) True</w:t>
      </w:r>
    </w:p>
    <w:p>
      <w:pPr>
        <w:spacing w:after="0"/>
      </w:pPr>
      <w:r>
        <w:t>3) False</w:t>
      </w:r>
    </w:p>
    <w:p>
      <w:pPr>
        <w:spacing w:after="0"/>
      </w:pPr>
      <w:r>
        <w:t>4) True</w:t>
      </w:r>
    </w:p>
    <w:p>
      <w:r>
        <w:rPr>
          <w:b/>
        </w:rPr>
        <w:t>3. Your turn</w:t>
      </w:r>
    </w:p>
    <w:p>
      <w:pPr>
        <w:spacing w:after="0"/>
      </w:pPr>
      <w:r>
        <w:t>1) My favorite place to relax is the beach. I love the sound of the waves and the smell of the salty air.</w:t>
      </w:r>
    </w:p>
    <w:sectPr w:rsidR="00FC693F" w:rsidRPr="0006063C" w:rsidSect="00034616">
      <w:footerReference w:type="default" r:id="rId9"/>
      <w:pgSz w:w="12240" w:h="15840"/>
      <w:pgMar w:top="1020" w:right="1134" w:bottom="1020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6B6B6B"/>
        <w:sz w:val="17"/>
      </w:rPr>
      <w:t>Atividade gratuita · atividades.schoolwork.com.br · Mais materiais em schoolwork.com.br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3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2024-11-04T00:00:00Z</dcterms:created>
  <dcterms:modified xsi:type="dcterms:W3CDTF">2024-11-04T00:00:00Z</dcterms:modified>
  <cp:category/>
</cp:coreProperties>
</file>