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present: monte a frase</w:t>
      </w:r>
    </w:p>
    <w:p>
      <w:r>
        <w:rPr>
          <w:color w:val="6B6B6B"/>
          <w:sz w:val="18"/>
        </w:rPr>
        <w:t>4º ano e 5º ano · Simple present</w:t>
      </w:r>
    </w:p>
    <w:p>
      <w:pPr>
        <w:pStyle w:val="Heading2"/>
      </w:pPr>
      <w:r>
        <w:t>1. Sentence construction</w:t>
      </w:r>
    </w:p>
    <w:p>
      <w:r>
        <w:rPr>
          <w:i/>
        </w:rPr>
        <w:t>Put the words in order. Choose the correct sentence.</w:t>
      </w:r>
    </w:p>
    <w:p>
      <w:pPr>
        <w:keepNext/>
        <w:spacing w:before="120"/>
      </w:pPr>
      <w:r>
        <w:t>1. (she / tall / is)</w:t>
      </w:r>
    </w:p>
    <w:p>
      <w:pPr>
        <w:spacing w:after="0"/>
        <w:ind w:left="454"/>
      </w:pPr>
      <w:r>
        <w:t>(   ) a) Is she tall.</w:t>
      </w:r>
    </w:p>
    <w:p>
      <w:pPr>
        <w:spacing w:after="0"/>
        <w:ind w:left="454"/>
      </w:pPr>
      <w:r>
        <w:t>(   ) b) She is tall.</w:t>
      </w:r>
    </w:p>
    <w:p>
      <w:pPr>
        <w:spacing w:after="0"/>
        <w:ind w:left="454"/>
      </w:pPr>
      <w:r>
        <w:t>(   ) c) She tall is.</w:t>
      </w:r>
    </w:p>
    <w:p>
      <w:pPr>
        <w:keepNext/>
        <w:spacing w:before="120"/>
      </w:pPr>
      <w:r>
        <w:t>2. (have / we / a / pet)</w:t>
      </w:r>
    </w:p>
    <w:p>
      <w:pPr>
        <w:spacing w:after="0"/>
        <w:ind w:left="454"/>
      </w:pPr>
      <w:r>
        <w:t>(   ) a) We have a pet.</w:t>
      </w:r>
    </w:p>
    <w:p>
      <w:pPr>
        <w:spacing w:after="0"/>
        <w:ind w:left="454"/>
      </w:pPr>
      <w:r>
        <w:t>(   ) b) We a pet have.</w:t>
      </w:r>
    </w:p>
    <w:p>
      <w:pPr>
        <w:spacing w:after="0"/>
        <w:ind w:left="454"/>
      </w:pPr>
      <w:r>
        <w:t>(   ) c) Have we pet a.</w:t>
      </w:r>
    </w:p>
    <w:p>
      <w:pPr>
        <w:keepNext/>
        <w:spacing w:before="120"/>
      </w:pPr>
      <w:r>
        <w:t>3. (my / is / brother / happy)</w:t>
      </w:r>
    </w:p>
    <w:p>
      <w:pPr>
        <w:spacing w:after="0"/>
        <w:ind w:left="454"/>
      </w:pPr>
      <w:r>
        <w:t>(   ) a) Happy my brother is.</w:t>
      </w:r>
    </w:p>
    <w:p>
      <w:pPr>
        <w:spacing w:after="0"/>
        <w:ind w:left="454"/>
      </w:pPr>
      <w:r>
        <w:t>(   ) b) My is brother happy.</w:t>
      </w:r>
    </w:p>
    <w:p>
      <w:pPr>
        <w:spacing w:after="0"/>
        <w:ind w:left="454"/>
      </w:pPr>
      <w:r>
        <w:t>(   ) c) My brother is happy.</w:t>
      </w:r>
    </w:p>
    <w:p>
      <w:pPr>
        <w:keepNext/>
        <w:spacing w:before="120"/>
      </w:pPr>
      <w:r>
        <w:t>4. (like / I / pizza)</w:t>
      </w:r>
    </w:p>
    <w:p>
      <w:pPr>
        <w:spacing w:after="0"/>
        <w:ind w:left="454"/>
      </w:pPr>
      <w:r>
        <w:t>(   ) a) I like pizza.</w:t>
      </w:r>
    </w:p>
    <w:p>
      <w:pPr>
        <w:spacing w:after="0"/>
        <w:ind w:left="454"/>
      </w:pPr>
      <w:r>
        <w:t>(   ) b) Pizza I like.</w:t>
      </w:r>
    </w:p>
    <w:p>
      <w:pPr>
        <w:spacing w:after="0"/>
        <w:ind w:left="454"/>
      </w:pPr>
      <w:r>
        <w:t>(   ) c) Like I pizza.</w:t>
      </w:r>
    </w:p>
    <w:p>
      <w:pPr>
        <w:pStyle w:val="Heading2"/>
      </w:pPr>
      <w:r>
        <w:t>2. Simple present</w:t>
      </w:r>
    </w:p>
    <w:p>
      <w:r>
        <w:rPr>
          <w:i/>
        </w:rPr>
        <w:t>Complete with the simple present of the verb in parentheses.</w:t>
      </w:r>
    </w:p>
    <w:p>
      <w:pPr>
        <w:keepNext/>
        <w:spacing w:before="120"/>
      </w:pPr>
      <w:r>
        <w:t>1. He ______________ (play) football.</w:t>
      </w:r>
    </w:p>
    <w:p>
      <w:pPr>
        <w:keepNext/>
        <w:spacing w:before="120"/>
      </w:pPr>
      <w:r>
        <w:t>2. They ______________ (read) books.</w:t>
      </w:r>
    </w:p>
    <w:p>
      <w:pPr>
        <w:keepNext/>
        <w:spacing w:before="120"/>
      </w:pPr>
      <w:r>
        <w:t>3. My mother ______________ (work) in a hospital.</w:t>
      </w:r>
    </w:p>
    <w:p>
      <w:pPr>
        <w:keepNext/>
        <w:spacing w:before="120"/>
      </w:pPr>
      <w:r>
        <w:t>4. Lucas ______________ (study) English on Mondays.</w:t>
      </w:r>
    </w:p>
    <w:p>
      <w:pPr>
        <w:keepNext/>
        <w:spacing w:before="120"/>
      </w:pPr>
      <w:r>
        <w:t>5. We ______________ (live) in São Paulo.</w:t>
      </w:r>
    </w:p>
    <w:p>
      <w:pPr>
        <w:keepNext/>
        <w:spacing w:before="120"/>
      </w:pPr>
      <w:r>
        <w:t>6. She ______________ (watch) TV after school.</w:t>
      </w:r>
    </w:p>
    <w:p>
      <w:pPr>
        <w:pStyle w:val="Heading2"/>
      </w:pPr>
      <w:r>
        <w:t>3. Choose the correct verb</w:t>
      </w:r>
    </w:p>
    <w:p>
      <w:r>
        <w:rPr>
          <w:i/>
        </w:rPr>
        <w:t>Choose the correct option.</w:t>
      </w:r>
    </w:p>
    <w:p>
      <w:pPr>
        <w:keepNext/>
        <w:spacing w:before="120"/>
      </w:pPr>
      <w:r>
        <w:t>1. Bia ___ milk every morning.</w:t>
      </w:r>
    </w:p>
    <w:p>
      <w:pPr>
        <w:spacing w:after="0"/>
        <w:ind w:left="454"/>
      </w:pPr>
      <w:r>
        <w:t>(   ) a) drink</w:t>
      </w:r>
    </w:p>
    <w:p>
      <w:pPr>
        <w:spacing w:after="0"/>
        <w:ind w:left="454"/>
      </w:pPr>
      <w:r>
        <w:t>(   ) b) drinks</w:t>
      </w:r>
    </w:p>
    <w:p>
      <w:pPr>
        <w:keepNext/>
        <w:spacing w:before="120"/>
      </w:pPr>
      <w:r>
        <w:t>2. I ___ my teeth before bed.</w:t>
      </w:r>
    </w:p>
    <w:p>
      <w:pPr>
        <w:spacing w:after="0"/>
        <w:ind w:left="454"/>
      </w:pPr>
      <w:r>
        <w:t>(   ) a) brush</w:t>
      </w:r>
    </w:p>
    <w:p>
      <w:pPr>
        <w:spacing w:after="0"/>
        <w:ind w:left="454"/>
      </w:pPr>
      <w:r>
        <w:t>(   ) b) brushes</w:t>
      </w:r>
    </w:p>
    <w:p>
      <w:pPr>
        <w:keepNext/>
        <w:spacing w:before="120"/>
      </w:pPr>
      <w:r>
        <w:t>3. The dog ___ in the garden.</w:t>
      </w:r>
    </w:p>
    <w:p>
      <w:pPr>
        <w:spacing w:after="0"/>
        <w:ind w:left="454"/>
      </w:pPr>
      <w:r>
        <w:t>(   ) a) sleep</w:t>
      </w:r>
    </w:p>
    <w:p>
      <w:pPr>
        <w:spacing w:after="0"/>
        <w:ind w:left="454"/>
      </w:pPr>
      <w:r>
        <w:t>(   ) b) sleeps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Sentence construction</w:t>
      </w:r>
    </w:p>
    <w:p>
      <w:pPr>
        <w:spacing w:after="0"/>
      </w:pPr>
      <w:r>
        <w:t>1) b) She is tall.</w:t>
      </w:r>
    </w:p>
    <w:p>
      <w:pPr>
        <w:spacing w:after="0"/>
      </w:pPr>
      <w:r>
        <w:t>2) a) We have a pet.</w:t>
      </w:r>
    </w:p>
    <w:p>
      <w:pPr>
        <w:spacing w:after="0"/>
      </w:pPr>
      <w:r>
        <w:t>3) c) My brother is happy.</w:t>
      </w:r>
    </w:p>
    <w:p>
      <w:pPr>
        <w:spacing w:after="0"/>
      </w:pPr>
      <w:r>
        <w:t>4) a) I like pizza.</w:t>
      </w:r>
    </w:p>
    <w:p>
      <w:r>
        <w:rPr>
          <w:b/>
        </w:rPr>
        <w:t>2. Simple present</w:t>
      </w:r>
    </w:p>
    <w:p>
      <w:pPr>
        <w:spacing w:after="0"/>
      </w:pPr>
      <w:r>
        <w:t>1) plays</w:t>
      </w:r>
    </w:p>
    <w:p>
      <w:pPr>
        <w:spacing w:after="0"/>
      </w:pPr>
      <w:r>
        <w:t>2) read</w:t>
      </w:r>
    </w:p>
    <w:p>
      <w:pPr>
        <w:spacing w:after="0"/>
      </w:pPr>
      <w:r>
        <w:t>3) works</w:t>
      </w:r>
    </w:p>
    <w:p>
      <w:pPr>
        <w:spacing w:after="0"/>
      </w:pPr>
      <w:r>
        <w:t>4) studies</w:t>
      </w:r>
    </w:p>
    <w:p>
      <w:pPr>
        <w:spacing w:after="0"/>
      </w:pPr>
      <w:r>
        <w:t>5) live</w:t>
      </w:r>
    </w:p>
    <w:p>
      <w:pPr>
        <w:spacing w:after="0"/>
      </w:pPr>
      <w:r>
        <w:t>6) watches</w:t>
      </w:r>
    </w:p>
    <w:p>
      <w:r>
        <w:rPr>
          <w:b/>
        </w:rPr>
        <w:t>3. Choose the correct verb</w:t>
      </w:r>
    </w:p>
    <w:p>
      <w:pPr>
        <w:spacing w:after="0"/>
      </w:pPr>
      <w:r>
        <w:t>1) b) drinks</w:t>
      </w:r>
    </w:p>
    <w:p>
      <w:pPr>
        <w:spacing w:after="0"/>
      </w:pPr>
      <w:r>
        <w:t>2) a) brush</w:t>
      </w:r>
    </w:p>
    <w:p>
      <w:pPr>
        <w:spacing w:after="0"/>
      </w:pPr>
      <w:r>
        <w:t>3) b) sleeps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2024-02-01T00:00:00Z</dcterms:created>
  <dcterms:modified xsi:type="dcterms:W3CDTF">2024-02-01T00:00:00Z</dcterms:modified>
  <cp:category/>
</cp:coreProperties>
</file>