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Present, have/has e plural</w:t>
      </w:r>
    </w:p>
    <w:p>
      <w:r>
        <w:rPr>
          <w:color w:val="6B6B6B"/>
          <w:sz w:val="18"/>
        </w:rPr>
        <w:t>3º ano e 4º ano · Simple present</w:t>
      </w:r>
    </w:p>
    <w:p>
      <w:pPr>
        <w:pStyle w:val="Heading2"/>
      </w:pPr>
      <w:r>
        <w:t>1. Simple present</w:t>
      </w:r>
    </w:p>
    <w:p>
      <w:r>
        <w:rPr>
          <w:i/>
        </w:rPr>
        <w:t>Complete com a forma certa do verbo. (Complete with the correct form of the verb.)</w:t>
      </w:r>
    </w:p>
    <w:p>
      <w:pPr>
        <w:keepNext/>
        <w:spacing w:before="120"/>
      </w:pPr>
      <w:r>
        <w:t>1. ⚽  She ______________ (play) soccer every Saturday.</w:t>
      </w:r>
    </w:p>
    <w:p>
      <w:pPr>
        <w:keepNext/>
        <w:spacing w:before="120"/>
      </w:pPr>
      <w:r>
        <w:t>2. 📚  They ______________ (study) English at school.</w:t>
      </w:r>
    </w:p>
    <w:p>
      <w:pPr>
        <w:keepNext/>
        <w:spacing w:before="120"/>
      </w:pPr>
      <w:r>
        <w:t>3. 🍦  He ______________ (like) ice cream.</w:t>
      </w:r>
    </w:p>
    <w:p>
      <w:pPr>
        <w:keepNext/>
        <w:spacing w:before="120"/>
      </w:pPr>
      <w:r>
        <w:t>4. 📺  We ______________ (watch) TV at night.</w:t>
      </w:r>
    </w:p>
    <w:p>
      <w:pPr>
        <w:pStyle w:val="Heading2"/>
      </w:pPr>
      <w:r>
        <w:t>2. Have or has?</w:t>
      </w:r>
    </w:p>
    <w:p>
      <w:r>
        <w:rPr>
          <w:i/>
        </w:rPr>
        <w:t>Complete com have ou has. (Complete with have or has.)</w:t>
      </w:r>
    </w:p>
    <w:p>
      <w:r>
        <w:rPr>
          <w:b/>
        </w:rPr>
        <w:t>Word bank:  have  |  has</w:t>
      </w:r>
    </w:p>
    <w:p>
      <w:pPr>
        <w:keepNext/>
        <w:spacing w:before="120"/>
      </w:pPr>
      <w:r>
        <w:t>1. 🎒  I ______________ a new backpack.</w:t>
      </w:r>
    </w:p>
    <w:p>
      <w:pPr>
        <w:keepNext/>
        <w:spacing w:before="120"/>
      </w:pPr>
      <w:r>
        <w:t>2. 👦  She ______________ two brothers.</w:t>
      </w:r>
    </w:p>
    <w:p>
      <w:pPr>
        <w:keepNext/>
        <w:spacing w:before="120"/>
      </w:pPr>
      <w:r>
        <w:t>3. 📚  They ______________ many books.</w:t>
      </w:r>
    </w:p>
    <w:p>
      <w:pPr>
        <w:keepNext/>
        <w:spacing w:before="120"/>
      </w:pPr>
      <w:r>
        <w:t>4. 🚲  He ______________ a bicycle.</w:t>
      </w:r>
    </w:p>
    <w:p>
      <w:pPr>
        <w:pStyle w:val="Heading2"/>
      </w:pPr>
      <w:r>
        <w:t>3. Plurals</w:t>
      </w:r>
    </w:p>
    <w:p>
      <w:r>
        <w:rPr>
          <w:i/>
        </w:rPr>
        <w:t>Escolha o plural certo. (Choose the correct plural.)</w:t>
      </w:r>
    </w:p>
    <w:p>
      <w:pPr>
        <w:keepNext/>
        <w:spacing w:before="120"/>
      </w:pPr>
      <w:r>
        <w:t>1. 📕  book</w:t>
      </w:r>
    </w:p>
    <w:p>
      <w:pPr>
        <w:spacing w:after="0"/>
        <w:ind w:left="454"/>
      </w:pPr>
      <w:r>
        <w:t>(   ) a) books</w:t>
      </w:r>
    </w:p>
    <w:p>
      <w:pPr>
        <w:spacing w:after="0"/>
        <w:ind w:left="454"/>
      </w:pPr>
      <w:r>
        <w:t>(   ) b) bookes</w:t>
      </w:r>
    </w:p>
    <w:p>
      <w:pPr>
        <w:spacing w:after="0"/>
        <w:ind w:left="454"/>
      </w:pPr>
      <w:r>
        <w:t>(   ) c) bookies</w:t>
      </w:r>
    </w:p>
    <w:p>
      <w:pPr>
        <w:keepNext/>
        <w:spacing w:before="120"/>
      </w:pPr>
      <w:r>
        <w:t>2. 🧒  child</w:t>
      </w:r>
    </w:p>
    <w:p>
      <w:pPr>
        <w:spacing w:after="0"/>
        <w:ind w:left="454"/>
      </w:pPr>
      <w:r>
        <w:t>(   ) a) childs</w:t>
      </w:r>
    </w:p>
    <w:p>
      <w:pPr>
        <w:spacing w:after="0"/>
        <w:ind w:left="454"/>
      </w:pPr>
      <w:r>
        <w:t>(   ) b) childrens</w:t>
      </w:r>
    </w:p>
    <w:p>
      <w:pPr>
        <w:spacing w:after="0"/>
        <w:ind w:left="454"/>
      </w:pPr>
      <w:r>
        <w:t>(   ) c) children</w:t>
      </w:r>
    </w:p>
    <w:p>
      <w:pPr>
        <w:keepNext/>
        <w:spacing w:before="120"/>
      </w:pPr>
      <w:r>
        <w:t>3. ✏️  pencil</w:t>
      </w:r>
    </w:p>
    <w:p>
      <w:pPr>
        <w:spacing w:after="0"/>
        <w:ind w:left="454"/>
      </w:pPr>
      <w:r>
        <w:t>(   ) a) pencils</w:t>
      </w:r>
    </w:p>
    <w:p>
      <w:pPr>
        <w:spacing w:after="0"/>
        <w:ind w:left="454"/>
      </w:pPr>
      <w:r>
        <w:t>(   ) b) penciles</w:t>
      </w:r>
    </w:p>
    <w:p>
      <w:pPr>
        <w:spacing w:after="0"/>
        <w:ind w:left="454"/>
      </w:pPr>
      <w:r>
        <w:t>(   ) c) pencil</w:t>
      </w:r>
    </w:p>
    <w:p>
      <w:pPr>
        <w:keepNext/>
        <w:spacing w:before="120"/>
      </w:pPr>
      <w:r>
        <w:t>4. 📦  box</w:t>
      </w:r>
    </w:p>
    <w:p>
      <w:pPr>
        <w:spacing w:after="0"/>
        <w:ind w:left="454"/>
      </w:pPr>
      <w:r>
        <w:t>(   ) a) boxs</w:t>
      </w:r>
    </w:p>
    <w:p>
      <w:pPr>
        <w:spacing w:after="0"/>
        <w:ind w:left="454"/>
      </w:pPr>
      <w:r>
        <w:t>(   ) b) boxes</w:t>
      </w:r>
    </w:p>
    <w:p>
      <w:pPr>
        <w:spacing w:after="0"/>
        <w:ind w:left="454"/>
      </w:pPr>
      <w:r>
        <w:t>(   ) c) boxies</w:t>
      </w:r>
    </w:p>
    <w:p>
      <w:pPr>
        <w:pStyle w:val="Heading2"/>
      </w:pPr>
      <w:r>
        <w:t>4. Reading</w:t>
      </w:r>
    </w:p>
    <w:p>
      <w:r>
        <w:rPr>
          <w:i/>
        </w:rPr>
        <w:t>Leia o texto e escolha a resposta certa. (Read and choose the correct answer.)</w:t>
      </w:r>
    </w:p>
    <w:p>
      <w:r>
        <w:rPr>
          <w:b/>
        </w:rPr>
        <w:t>My Favorite Animal</w:t>
      </w:r>
    </w:p>
    <w:p>
      <w:pPr>
        <w:ind w:left="340"/>
      </w:pPr>
      <w:r>
        <w:t>My favorite animal is the dolphin. Dolphins are intelligent and friendly animals. They live in the ocean and love to swim.</w:t>
      </w:r>
    </w:p>
    <w:p>
      <w:pPr>
        <w:keepNext/>
        <w:spacing w:before="120"/>
      </w:pPr>
      <w:r>
        <w:t>1. 🐬  What is the favorite animal?</w:t>
      </w:r>
    </w:p>
    <w:p>
      <w:pPr>
        <w:spacing w:after="0"/>
        <w:ind w:left="454"/>
      </w:pPr>
      <w:r>
        <w:t>(   ) a) The shark</w:t>
      </w:r>
    </w:p>
    <w:p>
      <w:pPr>
        <w:spacing w:after="0"/>
        <w:ind w:left="454"/>
      </w:pPr>
      <w:r>
        <w:t>(   ) b) The dolphin</w:t>
      </w:r>
    </w:p>
    <w:p>
      <w:pPr>
        <w:spacing w:after="0"/>
        <w:ind w:left="454"/>
      </w:pPr>
      <w:r>
        <w:t>(   ) c) The cat</w:t>
      </w:r>
    </w:p>
    <w:p>
      <w:pPr>
        <w:keepNext/>
        <w:spacing w:before="120"/>
      </w:pPr>
      <w:r>
        <w:t>2. 🌊  Where do dolphins live?</w:t>
      </w:r>
    </w:p>
    <w:p>
      <w:pPr>
        <w:spacing w:after="0"/>
        <w:ind w:left="454"/>
      </w:pPr>
      <w:r>
        <w:t>(   ) a) In the forest</w:t>
      </w:r>
    </w:p>
    <w:p>
      <w:pPr>
        <w:spacing w:after="0"/>
        <w:ind w:left="454"/>
      </w:pPr>
      <w:r>
        <w:t>(   ) b) In a river</w:t>
      </w:r>
    </w:p>
    <w:p>
      <w:pPr>
        <w:spacing w:after="0"/>
        <w:ind w:left="454"/>
      </w:pPr>
      <w:r>
        <w:t>(   ) c) In the ocean</w:t>
      </w:r>
    </w:p>
    <w:p>
      <w:pPr>
        <w:keepNext/>
        <w:spacing w:before="120"/>
      </w:pPr>
      <w:r>
        <w:t>3. 💙  How are dolphins described in the text?</w:t>
      </w:r>
    </w:p>
    <w:p>
      <w:pPr>
        <w:spacing w:after="0"/>
        <w:ind w:left="454"/>
      </w:pPr>
      <w:r>
        <w:t>(   ) a) Intelligent and friendly</w:t>
      </w:r>
    </w:p>
    <w:p>
      <w:pPr>
        <w:spacing w:after="0"/>
        <w:ind w:left="454"/>
      </w:pPr>
      <w:r>
        <w:t>(   ) b) Big and angry</w:t>
      </w:r>
    </w:p>
    <w:p>
      <w:pPr>
        <w:spacing w:after="0"/>
        <w:ind w:left="454"/>
      </w:pPr>
      <w:r>
        <w:t>(   ) c) Small and lazy</w:t>
      </w:r>
    </w:p>
    <w:p>
      <w:pPr>
        <w:pStyle w:val="Heading2"/>
      </w:pPr>
      <w:r>
        <w:t>5. Words in order</w:t>
      </w:r>
    </w:p>
    <w:p>
      <w:r>
        <w:rPr>
          <w:i/>
        </w:rPr>
        <w:t>Qual frase está na ordem certa? (Which sentence is in the correct order?)</w:t>
      </w:r>
    </w:p>
    <w:p>
      <w:pPr>
        <w:keepNext/>
        <w:spacing w:before="120"/>
      </w:pPr>
      <w:r>
        <w:t>1. 🥣  breakfast / I / at / eat / 7 a.m.</w:t>
      </w:r>
    </w:p>
    <w:p>
      <w:pPr>
        <w:spacing w:after="0"/>
        <w:ind w:left="454"/>
      </w:pPr>
      <w:r>
        <w:t>(   ) a) I eat breakfast at 7 a.m.</w:t>
      </w:r>
    </w:p>
    <w:p>
      <w:pPr>
        <w:spacing w:after="0"/>
        <w:ind w:left="454"/>
      </w:pPr>
      <w:r>
        <w:t>(   ) b) Breakfast I at eat 7 a.m.</w:t>
      </w:r>
    </w:p>
    <w:p>
      <w:pPr>
        <w:spacing w:after="0"/>
        <w:ind w:left="454"/>
      </w:pPr>
      <w:r>
        <w:t>(   ) c) I at 7 a.m. breakfast eat.</w:t>
      </w:r>
    </w:p>
    <w:p>
      <w:pPr>
        <w:keepNext/>
        <w:spacing w:before="120"/>
      </w:pPr>
      <w:r>
        <w:t>2. 🇬🇧  English / likes / She</w:t>
      </w:r>
    </w:p>
    <w:p>
      <w:pPr>
        <w:spacing w:after="0"/>
        <w:ind w:left="454"/>
      </w:pPr>
      <w:r>
        <w:t>(   ) a) Likes she English.</w:t>
      </w:r>
    </w:p>
    <w:p>
      <w:pPr>
        <w:spacing w:after="0"/>
        <w:ind w:left="454"/>
      </w:pPr>
      <w:r>
        <w:t>(   ) b) She likes English.</w:t>
      </w:r>
    </w:p>
    <w:p>
      <w:pPr>
        <w:spacing w:after="0"/>
        <w:ind w:left="454"/>
      </w:pPr>
      <w:r>
        <w:t>(   ) c) English she likes.</w:t>
      </w:r>
    </w:p>
    <w:p>
      <w:pPr>
        <w:keepNext/>
        <w:spacing w:before="120"/>
      </w:pPr>
      <w:r>
        <w:t>3. 😄  are / happy / They</w:t>
      </w:r>
    </w:p>
    <w:p>
      <w:pPr>
        <w:spacing w:after="0"/>
        <w:ind w:left="454"/>
      </w:pPr>
      <w:r>
        <w:t>(   ) a) Happy they are.</w:t>
      </w:r>
    </w:p>
    <w:p>
      <w:pPr>
        <w:spacing w:after="0"/>
        <w:ind w:left="454"/>
      </w:pPr>
      <w:r>
        <w:t>(   ) b) Are happy they.</w:t>
      </w:r>
    </w:p>
    <w:p>
      <w:pPr>
        <w:spacing w:after="0"/>
        <w:ind w:left="454"/>
      </w:pPr>
      <w:r>
        <w:t>(   ) c) They are happy.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Simple present</w:t>
      </w:r>
    </w:p>
    <w:p>
      <w:pPr>
        <w:spacing w:after="0"/>
      </w:pPr>
      <w:r>
        <w:t>1) plays</w:t>
      </w:r>
    </w:p>
    <w:p>
      <w:pPr>
        <w:spacing w:after="0"/>
      </w:pPr>
      <w:r>
        <w:t>2) study</w:t>
      </w:r>
    </w:p>
    <w:p>
      <w:pPr>
        <w:spacing w:after="0"/>
      </w:pPr>
      <w:r>
        <w:t>3) likes</w:t>
      </w:r>
    </w:p>
    <w:p>
      <w:pPr>
        <w:spacing w:after="0"/>
      </w:pPr>
      <w:r>
        <w:t>4) watch</w:t>
      </w:r>
    </w:p>
    <w:p>
      <w:r>
        <w:rPr>
          <w:b/>
        </w:rPr>
        <w:t>2. Have or has?</w:t>
      </w:r>
    </w:p>
    <w:p>
      <w:pPr>
        <w:spacing w:after="0"/>
      </w:pPr>
      <w:r>
        <w:t>1) have</w:t>
      </w:r>
    </w:p>
    <w:p>
      <w:pPr>
        <w:spacing w:after="0"/>
      </w:pPr>
      <w:r>
        <w:t>2) has</w:t>
      </w:r>
    </w:p>
    <w:p>
      <w:pPr>
        <w:spacing w:after="0"/>
      </w:pPr>
      <w:r>
        <w:t>3) have</w:t>
      </w:r>
    </w:p>
    <w:p>
      <w:pPr>
        <w:spacing w:after="0"/>
      </w:pPr>
      <w:r>
        <w:t>4) has</w:t>
      </w:r>
    </w:p>
    <w:p>
      <w:r>
        <w:rPr>
          <w:b/>
        </w:rPr>
        <w:t>3. Plurals</w:t>
      </w:r>
    </w:p>
    <w:p>
      <w:pPr>
        <w:spacing w:after="0"/>
      </w:pPr>
      <w:r>
        <w:t>1) a) books</w:t>
      </w:r>
    </w:p>
    <w:p>
      <w:pPr>
        <w:spacing w:after="0"/>
      </w:pPr>
      <w:r>
        <w:t>2) c) children</w:t>
      </w:r>
    </w:p>
    <w:p>
      <w:pPr>
        <w:spacing w:after="0"/>
      </w:pPr>
      <w:r>
        <w:t>3) a) pencils</w:t>
      </w:r>
    </w:p>
    <w:p>
      <w:pPr>
        <w:spacing w:after="0"/>
      </w:pPr>
      <w:r>
        <w:t>4) b) boxes</w:t>
      </w:r>
    </w:p>
    <w:p>
      <w:r>
        <w:rPr>
          <w:b/>
        </w:rPr>
        <w:t>4. Reading</w:t>
      </w:r>
    </w:p>
    <w:p>
      <w:pPr>
        <w:spacing w:after="0"/>
      </w:pPr>
      <w:r>
        <w:t>1) b) The dolphin</w:t>
      </w:r>
    </w:p>
    <w:p>
      <w:pPr>
        <w:spacing w:after="0"/>
      </w:pPr>
      <w:r>
        <w:t>2) c) In the ocean</w:t>
      </w:r>
    </w:p>
    <w:p>
      <w:pPr>
        <w:spacing w:after="0"/>
      </w:pPr>
      <w:r>
        <w:t>3) a) Intelligent and friendly</w:t>
      </w:r>
    </w:p>
    <w:p>
      <w:r>
        <w:rPr>
          <w:b/>
        </w:rPr>
        <w:t>5. Words in order</w:t>
      </w:r>
    </w:p>
    <w:p>
      <w:pPr>
        <w:spacing w:after="0"/>
      </w:pPr>
      <w:r>
        <w:t>1) a) I eat breakfast at 7 a.m.</w:t>
      </w:r>
    </w:p>
    <w:p>
      <w:pPr>
        <w:spacing w:after="0"/>
      </w:pPr>
      <w:r>
        <w:t>2) b) She likes English.</w:t>
      </w:r>
    </w:p>
    <w:p>
      <w:pPr>
        <w:spacing w:after="0"/>
      </w:pPr>
      <w:r>
        <w:t>3) c) They are happy.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2026-05-18T00:00:00Z</dcterms:created>
  <dcterms:modified xsi:type="dcterms:W3CDTF">2026-05-18T00:00:00Z</dcterms:modified>
  <cp:category/>
</cp:coreProperties>
</file>