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Simple Past: revisão com texto</w:t>
      </w:r>
    </w:p>
    <w:p>
      <w:r>
        <w:rPr>
          <w:color w:val="6B6B6B"/>
          <w:sz w:val="18"/>
        </w:rPr>
        <w:t>1ª série · Simple past · BNCC: EM13LGG403</w:t>
      </w:r>
    </w:p>
    <w:p>
      <w:pPr>
        <w:pStyle w:val="Heading2"/>
      </w:pPr>
      <w:r>
        <w:t>1. Reading</w:t>
      </w:r>
    </w:p>
    <w:p>
      <w:r>
        <w:rPr>
          <w:i/>
        </w:rPr>
        <w:t>Read the text and choose the correct answer.</w:t>
      </w:r>
    </w:p>
    <w:p>
      <w:r>
        <w:rPr>
          <w:b/>
        </w:rPr>
        <w:t>Bricks from bottles</w:t>
      </w:r>
    </w:p>
    <w:p>
      <w:pPr>
        <w:ind w:left="340"/>
      </w:pPr>
      <w:r>
        <w:t>In 2023, Rafael Souza, then 16, noticed that his neighborhood in Manaus produced tons of plastic waste every week. He started to collect bottles with his friends after school. At first, people laughed at the idea, but Rafael didn't give up.</w:t>
      </w:r>
    </w:p>
    <w:p>
      <w:pPr>
        <w:ind w:left="340"/>
      </w:pPr>
      <w:r>
        <w:t>He read articles online, watched videos and talked to his chemistry teacher, who helped him design a simple machine. Six months later, the group made their first bricks from recycled plastic. With them, they built a small library for a community school.</w:t>
      </w:r>
    </w:p>
    <w:p>
      <w:pPr>
        <w:ind w:left="340"/>
      </w:pPr>
      <w:r>
        <w:t>The project won a national science prize in 2025, and Rafael spent the prize money on new equipment for the group.</w:t>
      </w:r>
    </w:p>
    <w:p>
      <w:pPr>
        <w:keepNext/>
        <w:spacing w:before="120"/>
      </w:pPr>
      <w:r>
        <w:t>1. Why did Rafael start the project?</w:t>
      </w:r>
    </w:p>
    <w:p>
      <w:pPr>
        <w:spacing w:after="0"/>
        <w:ind w:left="454"/>
      </w:pPr>
      <w:r>
        <w:t>(   ) a) Because his teacher asked him to.</w:t>
      </w:r>
    </w:p>
    <w:p>
      <w:pPr>
        <w:spacing w:after="0"/>
        <w:ind w:left="454"/>
      </w:pPr>
      <w:r>
        <w:t>(   ) b) Because he noticed a lot of plastic waste in his neighborhood.</w:t>
      </w:r>
    </w:p>
    <w:p>
      <w:pPr>
        <w:spacing w:after="0"/>
        <w:ind w:left="454"/>
      </w:pPr>
      <w:r>
        <w:t>(   ) c) Because he wanted to win a prize.</w:t>
      </w:r>
    </w:p>
    <w:p>
      <w:pPr>
        <w:spacing w:after="0"/>
        <w:ind w:left="454"/>
      </w:pPr>
      <w:r>
        <w:t>(   ) d) Because his friends laughed at him.</w:t>
      </w:r>
    </w:p>
    <w:p>
      <w:pPr>
        <w:keepNext/>
        <w:spacing w:before="120"/>
      </w:pPr>
      <w:r>
        <w:t>2. What did people do at first?</w:t>
      </w:r>
    </w:p>
    <w:p>
      <w:pPr>
        <w:spacing w:after="0"/>
        <w:ind w:left="454"/>
      </w:pPr>
      <w:r>
        <w:t>(   ) a) They helped him immediately.</w:t>
      </w:r>
    </w:p>
    <w:p>
      <w:pPr>
        <w:spacing w:after="0"/>
        <w:ind w:left="454"/>
      </w:pPr>
      <w:r>
        <w:t>(   ) b) They gave him money.</w:t>
      </w:r>
    </w:p>
    <w:p>
      <w:pPr>
        <w:spacing w:after="0"/>
        <w:ind w:left="454"/>
      </w:pPr>
      <w:r>
        <w:t>(   ) c) They laughed at the idea.</w:t>
      </w:r>
    </w:p>
    <w:p>
      <w:pPr>
        <w:spacing w:after="0"/>
        <w:ind w:left="454"/>
      </w:pPr>
      <w:r>
        <w:t>(   ) d) They built a machine.</w:t>
      </w:r>
    </w:p>
    <w:p>
      <w:pPr>
        <w:keepNext/>
        <w:spacing w:before="120"/>
      </w:pPr>
      <w:r>
        <w:t>3. Who helped Rafael design the machine?</w:t>
      </w:r>
    </w:p>
    <w:p>
      <w:pPr>
        <w:spacing w:after="0"/>
        <w:ind w:left="454"/>
      </w:pPr>
      <w:r>
        <w:t>(   ) a) His chemistry teacher</w:t>
      </w:r>
    </w:p>
    <w:p>
      <w:pPr>
        <w:spacing w:after="0"/>
        <w:ind w:left="454"/>
      </w:pPr>
      <w:r>
        <w:t>(   ) b) His parents</w:t>
      </w:r>
    </w:p>
    <w:p>
      <w:pPr>
        <w:spacing w:after="0"/>
        <w:ind w:left="454"/>
      </w:pPr>
      <w:r>
        <w:t>(   ) c) A journalist</w:t>
      </w:r>
    </w:p>
    <w:p>
      <w:pPr>
        <w:spacing w:after="0"/>
        <w:ind w:left="454"/>
      </w:pPr>
      <w:r>
        <w:t>(   ) d) The school principal</w:t>
      </w:r>
    </w:p>
    <w:p>
      <w:pPr>
        <w:keepNext/>
        <w:spacing w:before="120"/>
      </w:pPr>
      <w:r>
        <w:t>4. What did the group build with the bricks?</w:t>
      </w:r>
    </w:p>
    <w:p>
      <w:pPr>
        <w:spacing w:after="0"/>
        <w:ind w:left="454"/>
      </w:pPr>
      <w:r>
        <w:t>(   ) a) A house</w:t>
      </w:r>
    </w:p>
    <w:p>
      <w:pPr>
        <w:spacing w:after="0"/>
        <w:ind w:left="454"/>
      </w:pPr>
      <w:r>
        <w:t>(   ) b) A bridge</w:t>
      </w:r>
    </w:p>
    <w:p>
      <w:pPr>
        <w:spacing w:after="0"/>
        <w:ind w:left="454"/>
      </w:pPr>
      <w:r>
        <w:t>(   ) c) A science lab</w:t>
      </w:r>
    </w:p>
    <w:p>
      <w:pPr>
        <w:spacing w:after="0"/>
        <w:ind w:left="454"/>
      </w:pPr>
      <w:r>
        <w:t>(   ) d) A small library</w:t>
      </w:r>
    </w:p>
    <w:p>
      <w:pPr>
        <w:pStyle w:val="Heading2"/>
      </w:pPr>
      <w:r>
        <w:t>2. Grammar</w:t>
      </w:r>
    </w:p>
    <w:p>
      <w:r>
        <w:rPr>
          <w:i/>
        </w:rPr>
        <w:t>Complete with the simple past of the verbs in parentheses.</w:t>
      </w:r>
    </w:p>
    <w:p>
      <w:pPr>
        <w:keepNext/>
        <w:spacing w:before="120"/>
      </w:pPr>
      <w:r>
        <w:t>1. Rafael ______________ (notice) the problem in 2023.</w:t>
      </w:r>
    </w:p>
    <w:p>
      <w:pPr>
        <w:keepNext/>
        <w:spacing w:before="120"/>
      </w:pPr>
      <w:r>
        <w:t>2. At first, people ______________ (not / believe) in the project.</w:t>
      </w:r>
    </w:p>
    <w:p>
      <w:pPr>
        <w:keepNext/>
        <w:spacing w:before="120"/>
      </w:pPr>
      <w:r>
        <w:t>3. The teacher ______________ (teach) them some basic chemistry.</w:t>
      </w:r>
    </w:p>
    <w:p>
      <w:pPr>
        <w:keepNext/>
        <w:spacing w:before="120"/>
      </w:pPr>
      <w:r>
        <w:t>4. They ______________ (make) their first bricks six months later.</w:t>
      </w:r>
    </w:p>
    <w:p>
      <w:pPr>
        <w:keepNext/>
        <w:spacing w:before="120"/>
      </w:pPr>
      <w:r>
        <w:t>5. ______________ the project win a prize? (do)</w:t>
      </w:r>
    </w:p>
    <w:p>
      <w:pPr>
        <w:keepNext/>
        <w:spacing w:before="120"/>
      </w:pPr>
      <w:r>
        <w:t>6. Rafael ______________ (spend) the money on new equipment.</w:t>
      </w:r>
    </w:p>
    <w:p>
      <w:pPr>
        <w:keepNext/>
        <w:spacing w:before="120"/>
      </w:pPr>
      <w:r>
        <w:t>7. Last year, my class ______________ (go) to a recycling plant.</w:t>
      </w:r>
    </w:p>
    <w:p>
      <w:pPr>
        <w:pStyle w:val="Heading2"/>
      </w:pPr>
      <w:r>
        <w:t>3. True or false?</w:t>
      </w:r>
    </w:p>
    <w:p>
      <w:r>
        <w:rPr>
          <w:i/>
        </w:rPr>
        <w:t>Mark T (true) or F (false) about the grammar.</w:t>
      </w:r>
    </w:p>
    <w:p>
      <w:pPr>
        <w:keepNext/>
        <w:spacing w:before="120"/>
      </w:pPr>
      <w:r>
        <w:t>1. "Built" is the past form of "build".</w:t>
      </w:r>
    </w:p>
    <w:p>
      <w:pPr>
        <w:ind w:left="454"/>
      </w:pPr>
      <w:r>
        <w:t>(   ) True        (   ) False</w:t>
      </w:r>
    </w:p>
    <w:p>
      <w:pPr>
        <w:keepNext/>
        <w:spacing w:before="120"/>
      </w:pPr>
      <w:r>
        <w:t>2. The sentence "He didn't gave up" is correct.</w:t>
      </w:r>
    </w:p>
    <w:p>
      <w:pPr>
        <w:ind w:left="454"/>
      </w:pPr>
      <w:r>
        <w:t>(   ) True        (   ) False</w:t>
      </w:r>
    </w:p>
    <w:p>
      <w:pPr>
        <w:keepNext/>
        <w:spacing w:before="120"/>
      </w:pPr>
      <w:r>
        <w:t>3. In "stopped", we double the final consonant before adding -ed.</w:t>
      </w:r>
    </w:p>
    <w:p>
      <w:pPr>
        <w:ind w:left="454"/>
      </w:pPr>
      <w:r>
        <w:t>(   ) True        (   ) False</w:t>
      </w:r>
    </w:p>
    <w:p>
      <w:pPr>
        <w:keepNext/>
        <w:spacing w:before="120"/>
      </w:pPr>
      <w:r>
        <w:t>4. The past form of "read" is "readed".</w:t>
      </w:r>
    </w:p>
    <w:p>
      <w:pPr>
        <w:ind w:left="454"/>
      </w:pPr>
      <w:r>
        <w:t>(   ) True        (   ) False</w:t>
      </w:r>
    </w:p>
    <w:p>
      <w:r>
        <w:br w:type="page"/>
      </w:r>
    </w:p>
    <w:p>
      <w:pPr>
        <w:pStyle w:val="Heading2"/>
      </w:pPr>
      <w:r>
        <w:t>Gabarito (Answer key)</w:t>
      </w:r>
    </w:p>
    <w:p>
      <w:r>
        <w:rPr>
          <w:b/>
        </w:rPr>
        <w:t>1. Reading</w:t>
      </w:r>
    </w:p>
    <w:p>
      <w:pPr>
        <w:spacing w:after="0"/>
      </w:pPr>
      <w:r>
        <w:t>1) b) Because he noticed a lot of plastic waste in his neighborhood.</w:t>
      </w:r>
    </w:p>
    <w:p>
      <w:pPr>
        <w:spacing w:after="0"/>
      </w:pPr>
      <w:r>
        <w:t>2) c) They laughed at the idea.</w:t>
      </w:r>
    </w:p>
    <w:p>
      <w:pPr>
        <w:spacing w:after="0"/>
      </w:pPr>
      <w:r>
        <w:t>3) a) His chemistry teacher</w:t>
      </w:r>
    </w:p>
    <w:p>
      <w:pPr>
        <w:spacing w:after="0"/>
      </w:pPr>
      <w:r>
        <w:t>4) d) A small library</w:t>
      </w:r>
    </w:p>
    <w:p>
      <w:r>
        <w:rPr>
          <w:b/>
        </w:rPr>
        <w:t>2. Grammar</w:t>
      </w:r>
    </w:p>
    <w:p>
      <w:pPr>
        <w:spacing w:after="0"/>
      </w:pPr>
      <w:r>
        <w:t>1) noticed</w:t>
      </w:r>
    </w:p>
    <w:p>
      <w:pPr>
        <w:spacing w:after="0"/>
      </w:pPr>
      <w:r>
        <w:t>2) didn't believe</w:t>
      </w:r>
    </w:p>
    <w:p>
      <w:pPr>
        <w:spacing w:after="0"/>
      </w:pPr>
      <w:r>
        <w:t>3) taught</w:t>
      </w:r>
    </w:p>
    <w:p>
      <w:pPr>
        <w:spacing w:after="0"/>
      </w:pPr>
      <w:r>
        <w:t>4) made</w:t>
      </w:r>
    </w:p>
    <w:p>
      <w:pPr>
        <w:spacing w:after="0"/>
      </w:pPr>
      <w:r>
        <w:t>5) Did</w:t>
      </w:r>
    </w:p>
    <w:p>
      <w:pPr>
        <w:spacing w:after="0"/>
      </w:pPr>
      <w:r>
        <w:t>6) spent</w:t>
      </w:r>
    </w:p>
    <w:p>
      <w:pPr>
        <w:spacing w:after="0"/>
      </w:pPr>
      <w:r>
        <w:t>7) went</w:t>
      </w:r>
    </w:p>
    <w:p>
      <w:r>
        <w:rPr>
          <w:b/>
        </w:rPr>
        <w:t>3. True or false?</w:t>
      </w:r>
    </w:p>
    <w:p>
      <w:pPr>
        <w:spacing w:after="0"/>
      </w:pPr>
      <w:r>
        <w:t>1) True</w:t>
      </w:r>
    </w:p>
    <w:p>
      <w:pPr>
        <w:spacing w:after="0"/>
      </w:pPr>
      <w:r>
        <w:t>2) False</w:t>
      </w:r>
    </w:p>
    <w:p>
      <w:pPr>
        <w:spacing w:after="0"/>
      </w:pPr>
      <w:r>
        <w:t>3) True</w:t>
      </w:r>
    </w:p>
    <w:p>
      <w:pPr>
        <w:spacing w:after="0"/>
      </w:pPr>
      <w:r>
        <w:t>4) False</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