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Passado e plural: regulares e irregulares</w:t>
      </w:r>
    </w:p>
    <w:p>
      <w:r>
        <w:rPr>
          <w:color w:val="6B6B6B"/>
          <w:sz w:val="18"/>
        </w:rPr>
        <w:t>4º ano e 5º ano · Simple past</w:t>
      </w:r>
    </w:p>
    <w:p>
      <w:pPr>
        <w:pStyle w:val="Heading2"/>
      </w:pPr>
      <w:r>
        <w:t>1. Past tense verbs</w:t>
      </w:r>
    </w:p>
    <w:p>
      <w:r>
        <w:rPr>
          <w:i/>
        </w:rPr>
        <w:t>Write the simple past of the verb in parentheses.</w:t>
      </w:r>
    </w:p>
    <w:p>
      <w:pPr>
        <w:keepNext/>
        <w:spacing w:before="120"/>
      </w:pPr>
      <w:r>
        <w:t>1. The frog ______________ (jump) into the lake.</w:t>
      </w:r>
    </w:p>
    <w:p>
      <w:pPr>
        <w:keepNext/>
        <w:spacing w:before="120"/>
      </w:pPr>
      <w:r>
        <w:t>2. I ______________ (eat) a sandwich at lunch yesterday.</w:t>
      </w:r>
    </w:p>
    <w:p>
      <w:pPr>
        <w:keepNext/>
        <w:spacing w:before="120"/>
      </w:pPr>
      <w:r>
        <w:t>3. We ______________ (go) to the park last Sunday.</w:t>
      </w:r>
    </w:p>
    <w:p>
      <w:pPr>
        <w:keepNext/>
        <w:spacing w:before="120"/>
      </w:pPr>
      <w:r>
        <w:t>4. She ______________ (drink) orange juice this morning.</w:t>
      </w:r>
    </w:p>
    <w:p>
      <w:pPr>
        <w:keepNext/>
        <w:spacing w:before="120"/>
      </w:pPr>
      <w:r>
        <w:t>5. They ______________ (dance) at the party.</w:t>
      </w:r>
    </w:p>
    <w:p>
      <w:pPr>
        <w:keepNext/>
        <w:spacing w:before="120"/>
      </w:pPr>
      <w:r>
        <w:t>6. Tom ______________ (see) a rainbow yesterday.</w:t>
      </w:r>
    </w:p>
    <w:p>
      <w:pPr>
        <w:pStyle w:val="Heading2"/>
      </w:pPr>
      <w:r>
        <w:t>2. Singular and plural</w:t>
      </w:r>
    </w:p>
    <w:p>
      <w:r>
        <w:rPr>
          <w:i/>
        </w:rPr>
        <w:t>Choose the correct plural form.</w:t>
      </w:r>
    </w:p>
    <w:p>
      <w:pPr>
        <w:keepNext/>
        <w:spacing w:before="120"/>
      </w:pPr>
      <w:r>
        <w:t>1. 👧  one child → two ___</w:t>
      </w:r>
    </w:p>
    <w:p>
      <w:pPr>
        <w:spacing w:after="0"/>
        <w:ind w:left="454"/>
      </w:pPr>
      <w:r>
        <w:t>(   ) a) childs</w:t>
      </w:r>
    </w:p>
    <w:p>
      <w:pPr>
        <w:spacing w:after="0"/>
        <w:ind w:left="454"/>
      </w:pPr>
      <w:r>
        <w:t>(   ) b) children</w:t>
      </w:r>
    </w:p>
    <w:p>
      <w:pPr>
        <w:spacing w:after="0"/>
        <w:ind w:left="454"/>
      </w:pPr>
      <w:r>
        <w:t>(   ) c) childrens</w:t>
      </w:r>
    </w:p>
    <w:p>
      <w:pPr>
        <w:keepNext/>
        <w:spacing w:before="120"/>
      </w:pPr>
      <w:r>
        <w:t>2. 🐭  one mouse → three ___</w:t>
      </w:r>
    </w:p>
    <w:p>
      <w:pPr>
        <w:spacing w:after="0"/>
        <w:ind w:left="454"/>
      </w:pPr>
      <w:r>
        <w:t>(   ) a) mice</w:t>
      </w:r>
    </w:p>
    <w:p>
      <w:pPr>
        <w:spacing w:after="0"/>
        <w:ind w:left="454"/>
      </w:pPr>
      <w:r>
        <w:t>(   ) b) mouses</w:t>
      </w:r>
    </w:p>
    <w:p>
      <w:pPr>
        <w:spacing w:after="0"/>
        <w:ind w:left="454"/>
      </w:pPr>
      <w:r>
        <w:t>(   ) c) mices</w:t>
      </w:r>
    </w:p>
    <w:p>
      <w:pPr>
        <w:keepNext/>
        <w:spacing w:before="120"/>
      </w:pPr>
      <w:r>
        <w:t>3. 🦶  one foot → two ___</w:t>
      </w:r>
    </w:p>
    <w:p>
      <w:pPr>
        <w:spacing w:after="0"/>
        <w:ind w:left="454"/>
      </w:pPr>
      <w:r>
        <w:t>(   ) a) foots</w:t>
      </w:r>
    </w:p>
    <w:p>
      <w:pPr>
        <w:spacing w:after="0"/>
        <w:ind w:left="454"/>
      </w:pPr>
      <w:r>
        <w:t>(   ) b) feets</w:t>
      </w:r>
    </w:p>
    <w:p>
      <w:pPr>
        <w:spacing w:after="0"/>
        <w:ind w:left="454"/>
      </w:pPr>
      <w:r>
        <w:t>(   ) c) feet</w:t>
      </w:r>
    </w:p>
    <w:p>
      <w:pPr>
        <w:keepNext/>
        <w:spacing w:before="120"/>
      </w:pPr>
      <w:r>
        <w:t>4. 🦷  one tooth → many ___</w:t>
      </w:r>
    </w:p>
    <w:p>
      <w:pPr>
        <w:spacing w:after="0"/>
        <w:ind w:left="454"/>
      </w:pPr>
      <w:r>
        <w:t>(   ) a) teeth</w:t>
      </w:r>
    </w:p>
    <w:p>
      <w:pPr>
        <w:spacing w:after="0"/>
        <w:ind w:left="454"/>
      </w:pPr>
      <w:r>
        <w:t>(   ) b) tooths</w:t>
      </w:r>
    </w:p>
    <w:p>
      <w:pPr>
        <w:spacing w:after="0"/>
        <w:ind w:left="454"/>
      </w:pPr>
      <w:r>
        <w:t>(   ) c) teeths</w:t>
      </w:r>
    </w:p>
    <w:p>
      <w:pPr>
        <w:keepNext/>
        <w:spacing w:before="120"/>
      </w:pPr>
      <w:r>
        <w:t>5. 📦  one box → four ___</w:t>
      </w:r>
    </w:p>
    <w:p>
      <w:pPr>
        <w:spacing w:after="0"/>
        <w:ind w:left="454"/>
      </w:pPr>
      <w:r>
        <w:t>(   ) a) boxs</w:t>
      </w:r>
    </w:p>
    <w:p>
      <w:pPr>
        <w:spacing w:after="0"/>
        <w:ind w:left="454"/>
      </w:pPr>
      <w:r>
        <w:t>(   ) b) boxes</w:t>
      </w:r>
    </w:p>
    <w:p>
      <w:pPr>
        <w:spacing w:after="0"/>
        <w:ind w:left="454"/>
      </w:pPr>
      <w:r>
        <w:t>(   ) c) boxies</w:t>
      </w:r>
    </w:p>
    <w:p>
      <w:pPr>
        <w:keepNext/>
        <w:spacing w:before="120"/>
      </w:pPr>
      <w:r>
        <w:t>6. 🍒  one cherry → five ___</w:t>
      </w:r>
    </w:p>
    <w:p>
      <w:pPr>
        <w:spacing w:after="0"/>
        <w:ind w:left="454"/>
      </w:pPr>
      <w:r>
        <w:t>(   ) a) cherrys</w:t>
      </w:r>
    </w:p>
    <w:p>
      <w:pPr>
        <w:spacing w:after="0"/>
        <w:ind w:left="454"/>
      </w:pPr>
      <w:r>
        <w:t>(   ) b) cherryes</w:t>
      </w:r>
    </w:p>
    <w:p>
      <w:pPr>
        <w:spacing w:after="0"/>
        <w:ind w:left="454"/>
      </w:pPr>
      <w:r>
        <w:t>(   ) c) cherries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Past tense verbs</w:t>
      </w:r>
    </w:p>
    <w:p>
      <w:pPr>
        <w:spacing w:after="0"/>
      </w:pPr>
      <w:r>
        <w:t>1) jumped</w:t>
      </w:r>
    </w:p>
    <w:p>
      <w:pPr>
        <w:spacing w:after="0"/>
      </w:pPr>
      <w:r>
        <w:t>2) ate</w:t>
      </w:r>
    </w:p>
    <w:p>
      <w:pPr>
        <w:spacing w:after="0"/>
      </w:pPr>
      <w:r>
        <w:t>3) went</w:t>
      </w:r>
    </w:p>
    <w:p>
      <w:pPr>
        <w:spacing w:after="0"/>
      </w:pPr>
      <w:r>
        <w:t>4) drank</w:t>
      </w:r>
    </w:p>
    <w:p>
      <w:pPr>
        <w:spacing w:after="0"/>
      </w:pPr>
      <w:r>
        <w:t>5) danced</w:t>
      </w:r>
    </w:p>
    <w:p>
      <w:pPr>
        <w:spacing w:after="0"/>
      </w:pPr>
      <w:r>
        <w:t>6) saw</w:t>
      </w:r>
    </w:p>
    <w:p>
      <w:r>
        <w:rPr>
          <w:b/>
        </w:rPr>
        <w:t>2. Singular and plural</w:t>
      </w:r>
    </w:p>
    <w:p>
      <w:pPr>
        <w:spacing w:after="0"/>
      </w:pPr>
      <w:r>
        <w:t>1) b) children</w:t>
      </w:r>
    </w:p>
    <w:p>
      <w:pPr>
        <w:spacing w:after="0"/>
      </w:pPr>
      <w:r>
        <w:t>2) a) mice</w:t>
      </w:r>
    </w:p>
    <w:p>
      <w:pPr>
        <w:spacing w:after="0"/>
      </w:pPr>
      <w:r>
        <w:t>3) c) feet</w:t>
      </w:r>
    </w:p>
    <w:p>
      <w:pPr>
        <w:spacing w:after="0"/>
      </w:pPr>
      <w:r>
        <w:t>4) a) teeth</w:t>
      </w:r>
    </w:p>
    <w:p>
      <w:pPr>
        <w:spacing w:after="0"/>
      </w:pPr>
      <w:r>
        <w:t>5) b) boxes</w:t>
      </w:r>
    </w:p>
    <w:p>
      <w:pPr>
        <w:spacing w:after="0"/>
      </w:pPr>
      <w:r>
        <w:t>6) c) cherries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2024-03-05T00:00:00Z</dcterms:created>
  <dcterms:modified xsi:type="dcterms:W3CDTF">2024-03-05T00:00:00Z</dcterms:modified>
  <cp:category/>
</cp:coreProperties>
</file>