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Past: verbos regulares e irregulares</w:t>
      </w:r>
    </w:p>
    <w:p>
      <w:r>
        <w:rPr>
          <w:color w:val="6B6B6B"/>
          <w:sz w:val="18"/>
        </w:rPr>
        <w:t>7º ano · Simple past · BNCC: EF07LI15, EF07LI18, EF07LI09</w:t>
      </w:r>
    </w:p>
    <w:p>
      <w:pPr>
        <w:pStyle w:val="Heading2"/>
      </w:pPr>
      <w:r>
        <w:t>1. Reading</w:t>
      </w:r>
    </w:p>
    <w:p>
      <w:r>
        <w:rPr>
          <w:i/>
        </w:rPr>
        <w:t>Read Gabi's blog post and choose the correct answer.</w:t>
      </w:r>
    </w:p>
    <w:p>
      <w:r>
        <w:rPr>
          <w:b/>
        </w:rPr>
        <w:t>My trip to Bonito</w:t>
      </w:r>
    </w:p>
    <w:p>
      <w:pPr>
        <w:ind w:left="340"/>
      </w:pPr>
      <w:r>
        <w:t>Last July, I traveled to Bonito, in Mato Grosso do Sul, with my family. We stayed in a small hotel near the river.</w:t>
      </w:r>
    </w:p>
    <w:p>
      <w:pPr>
        <w:ind w:left="340"/>
      </w:pPr>
      <w:r>
        <w:t>On the first day, we visited a cave with a blue lake. It was amazing! On the second day, we went snorkeling in a river. The water was very clear and I saw a lot of fish. My little sister didn't swim because she was scared, but she watched us from the boat.</w:t>
      </w:r>
    </w:p>
    <w:p>
      <w:pPr>
        <w:ind w:left="340"/>
      </w:pPr>
      <w:r>
        <w:t>In the evening, we ate at a nice restaurant and I tried fried fish for the first time. I loved it!</w:t>
      </w:r>
    </w:p>
    <w:p>
      <w:pPr>
        <w:ind w:left="340"/>
      </w:pPr>
      <w:r>
        <w:t>Posted by Gabi, 13</w:t>
      </w:r>
    </w:p>
    <w:p>
      <w:pPr>
        <w:keepNext/>
        <w:spacing w:before="120"/>
      </w:pPr>
      <w:r>
        <w:t>1. When did Gabi travel to Bonito?</w:t>
      </w:r>
    </w:p>
    <w:p>
      <w:pPr>
        <w:spacing w:after="0"/>
        <w:ind w:left="454"/>
      </w:pPr>
      <w:r>
        <w:t>(   ) a) Last December</w:t>
      </w:r>
    </w:p>
    <w:p>
      <w:pPr>
        <w:spacing w:after="0"/>
        <w:ind w:left="454"/>
      </w:pPr>
      <w:r>
        <w:t>(   ) b) Last July</w:t>
      </w:r>
    </w:p>
    <w:p>
      <w:pPr>
        <w:spacing w:after="0"/>
        <w:ind w:left="454"/>
      </w:pPr>
      <w:r>
        <w:t>(   ) c) Last week</w:t>
      </w:r>
    </w:p>
    <w:p>
      <w:pPr>
        <w:keepNext/>
        <w:spacing w:before="120"/>
      </w:pPr>
      <w:r>
        <w:t>2. Where did the family stay?</w:t>
      </w:r>
    </w:p>
    <w:p>
      <w:pPr>
        <w:spacing w:after="0"/>
        <w:ind w:left="454"/>
      </w:pPr>
      <w:r>
        <w:t>(   ) a) In a small hotel near the river</w:t>
      </w:r>
    </w:p>
    <w:p>
      <w:pPr>
        <w:spacing w:after="0"/>
        <w:ind w:left="454"/>
      </w:pPr>
      <w:r>
        <w:t>(   ) b) In a big house</w:t>
      </w:r>
    </w:p>
    <w:p>
      <w:pPr>
        <w:spacing w:after="0"/>
        <w:ind w:left="454"/>
      </w:pPr>
      <w:r>
        <w:t>(   ) c) At a campsite</w:t>
      </w:r>
    </w:p>
    <w:p>
      <w:pPr>
        <w:keepNext/>
        <w:spacing w:before="120"/>
      </w:pPr>
      <w:r>
        <w:t>3. Why didn't Gabi's sister swim?</w:t>
      </w:r>
    </w:p>
    <w:p>
      <w:pPr>
        <w:spacing w:after="0"/>
        <w:ind w:left="454"/>
      </w:pPr>
      <w:r>
        <w:t>(   ) a) She was sick.</w:t>
      </w:r>
    </w:p>
    <w:p>
      <w:pPr>
        <w:spacing w:after="0"/>
        <w:ind w:left="454"/>
      </w:pPr>
      <w:r>
        <w:t>(   ) b) She was tired.</w:t>
      </w:r>
    </w:p>
    <w:p>
      <w:pPr>
        <w:spacing w:after="0"/>
        <w:ind w:left="454"/>
      </w:pPr>
      <w:r>
        <w:t>(   ) c) She was scared.</w:t>
      </w:r>
    </w:p>
    <w:p>
      <w:pPr>
        <w:spacing w:after="0"/>
        <w:ind w:left="454"/>
      </w:pPr>
      <w:r>
        <w:t>(   ) d) She didn't have a swimsuit.</w:t>
      </w:r>
    </w:p>
    <w:p>
      <w:pPr>
        <w:keepNext/>
        <w:spacing w:before="120"/>
      </w:pPr>
      <w:r>
        <w:t>4. What did Gabi try for the first time?</w:t>
      </w:r>
    </w:p>
    <w:p>
      <w:pPr>
        <w:spacing w:after="0"/>
        <w:ind w:left="454"/>
      </w:pPr>
      <w:r>
        <w:t>(   ) a) Snorkeling in the sea</w:t>
      </w:r>
    </w:p>
    <w:p>
      <w:pPr>
        <w:spacing w:after="0"/>
        <w:ind w:left="454"/>
      </w:pPr>
      <w:r>
        <w:t>(   ) b) Fried fish</w:t>
      </w:r>
    </w:p>
    <w:p>
      <w:pPr>
        <w:spacing w:after="0"/>
        <w:ind w:left="454"/>
      </w:pPr>
      <w:r>
        <w:t>(   ) c) A visit to a museum</w:t>
      </w:r>
    </w:p>
    <w:p>
      <w:pPr>
        <w:pStyle w:val="Heading2"/>
      </w:pPr>
      <w:r>
        <w:t>2. Regular verbs</w:t>
      </w:r>
    </w:p>
    <w:p>
      <w:r>
        <w:rPr>
          <w:i/>
        </w:rPr>
        <w:t>Complete with the simple past of the verbs in parentheses.</w:t>
      </w:r>
    </w:p>
    <w:p>
      <w:pPr>
        <w:keepNext/>
        <w:spacing w:before="120"/>
      </w:pPr>
      <w:r>
        <w:t>1. Yesterday, I ______________ (watch) a great movie.</w:t>
      </w:r>
    </w:p>
    <w:p>
      <w:pPr>
        <w:keepNext/>
        <w:spacing w:before="120"/>
      </w:pPr>
      <w:r>
        <w:t>2. We ______________ (study) for the Math test last night.</w:t>
      </w:r>
    </w:p>
    <w:p>
      <w:pPr>
        <w:keepNext/>
        <w:spacing w:before="120"/>
      </w:pPr>
      <w:r>
        <w:t>3. The bus ______________ (stop) in front of the school.</w:t>
      </w:r>
    </w:p>
    <w:p>
      <w:pPr>
        <w:keepNext/>
        <w:spacing w:before="120"/>
      </w:pPr>
      <w:r>
        <w:t>4. My grandma ______________ (cook) feijoada last Sunday.</w:t>
      </w:r>
    </w:p>
    <w:p>
      <w:pPr>
        <w:pStyle w:val="Heading2"/>
      </w:pPr>
      <w:r>
        <w:t>3. Irregular verbs</w:t>
      </w:r>
    </w:p>
    <w:p>
      <w:r>
        <w:rPr>
          <w:i/>
        </w:rPr>
        <w:t>Complete with the simple past of the verbs in parentheses.</w:t>
      </w:r>
    </w:p>
    <w:p>
      <w:pPr>
        <w:keepNext/>
        <w:spacing w:before="120"/>
      </w:pPr>
      <w:r>
        <w:t>1. Bruno ______________ (go) to the beach last weekend.</w:t>
      </w:r>
    </w:p>
    <w:p>
      <w:pPr>
        <w:keepNext/>
        <w:spacing w:before="120"/>
      </w:pPr>
      <w:r>
        <w:t>2. I ______________ (buy) a new backpack yesterday.</w:t>
      </w:r>
    </w:p>
    <w:p>
      <w:pPr>
        <w:keepNext/>
        <w:spacing w:before="120"/>
      </w:pPr>
      <w:r>
        <w:t>3. They ______________ (have) a party last Saturday.</w:t>
      </w:r>
    </w:p>
    <w:p>
      <w:pPr>
        <w:keepNext/>
        <w:spacing w:before="120"/>
      </w:pPr>
      <w:r>
        <w:t>4. She ______________ (write) an e-mail to her teacher.</w:t>
      </w:r>
    </w:p>
    <w:p>
      <w:pPr>
        <w:keepNext/>
        <w:spacing w:before="120"/>
      </w:pPr>
      <w:r>
        <w:t>5. We ______________ (not / see) the game last night.</w:t>
      </w:r>
    </w:p>
    <w:p>
      <w:pPr>
        <w:pStyle w:val="Heading2"/>
      </w:pPr>
      <w:r>
        <w:t>4. Choose the correct option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___ you finish your homework yesterday?</w:t>
      </w:r>
    </w:p>
    <w:p>
      <w:pPr>
        <w:spacing w:after="0"/>
        <w:ind w:left="454"/>
      </w:pPr>
      <w:r>
        <w:t>(   ) a) Do</w:t>
      </w:r>
    </w:p>
    <w:p>
      <w:pPr>
        <w:spacing w:after="0"/>
        <w:ind w:left="454"/>
      </w:pPr>
      <w:r>
        <w:t>(   ) b) Did</w:t>
      </w:r>
    </w:p>
    <w:p>
      <w:pPr>
        <w:spacing w:after="0"/>
        <w:ind w:left="454"/>
      </w:pPr>
      <w:r>
        <w:t>(   ) c) Does</w:t>
      </w:r>
    </w:p>
    <w:p>
      <w:pPr>
        <w:keepNext/>
        <w:spacing w:before="120"/>
      </w:pPr>
      <w:r>
        <w:t>2. Choose the correct sentence.</w:t>
      </w:r>
    </w:p>
    <w:p>
      <w:pPr>
        <w:spacing w:after="0"/>
        <w:ind w:left="454"/>
      </w:pPr>
      <w:r>
        <w:t>(   ) a) He didn't went to school.</w:t>
      </w:r>
    </w:p>
    <w:p>
      <w:pPr>
        <w:spacing w:after="0"/>
        <w:ind w:left="454"/>
      </w:pPr>
      <w:r>
        <w:t>(   ) b) He not went to school.</w:t>
      </w:r>
    </w:p>
    <w:p>
      <w:pPr>
        <w:spacing w:after="0"/>
        <w:ind w:left="454"/>
      </w:pPr>
      <w:r>
        <w:t>(   ) c) He didn't go to school.</w:t>
      </w:r>
    </w:p>
    <w:p>
      <w:pPr>
        <w:keepNext/>
        <w:spacing w:before="120"/>
      </w:pPr>
      <w:r>
        <w:t>3. What is the simple past of "make"?</w:t>
      </w:r>
    </w:p>
    <w:p>
      <w:pPr>
        <w:spacing w:after="0"/>
        <w:ind w:left="454"/>
      </w:pPr>
      <w:r>
        <w:t>(   ) a) made</w:t>
      </w:r>
    </w:p>
    <w:p>
      <w:pPr>
        <w:spacing w:after="0"/>
        <w:ind w:left="454"/>
      </w:pPr>
      <w:r>
        <w:t>(   ) b) maked</w:t>
      </w:r>
    </w:p>
    <w:p>
      <w:pPr>
        <w:spacing w:after="0"/>
        <w:ind w:left="454"/>
      </w:pPr>
      <w:r>
        <w:t>(   ) c) makes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Last July</w:t>
      </w:r>
    </w:p>
    <w:p>
      <w:pPr>
        <w:spacing w:after="0"/>
      </w:pPr>
      <w:r>
        <w:t>2) a) In a small hotel near the river</w:t>
      </w:r>
    </w:p>
    <w:p>
      <w:pPr>
        <w:spacing w:after="0"/>
      </w:pPr>
      <w:r>
        <w:t>3) c) She was scared.</w:t>
      </w:r>
    </w:p>
    <w:p>
      <w:pPr>
        <w:spacing w:after="0"/>
      </w:pPr>
      <w:r>
        <w:t>4) b) Fried fish</w:t>
      </w:r>
    </w:p>
    <w:p>
      <w:r>
        <w:rPr>
          <w:b/>
        </w:rPr>
        <w:t>2. Regular verbs</w:t>
      </w:r>
    </w:p>
    <w:p>
      <w:pPr>
        <w:spacing w:after="0"/>
      </w:pPr>
      <w:r>
        <w:t>1) watched</w:t>
      </w:r>
    </w:p>
    <w:p>
      <w:pPr>
        <w:spacing w:after="0"/>
      </w:pPr>
      <w:r>
        <w:t>2) studied</w:t>
      </w:r>
    </w:p>
    <w:p>
      <w:pPr>
        <w:spacing w:after="0"/>
      </w:pPr>
      <w:r>
        <w:t>3) stopped</w:t>
      </w:r>
    </w:p>
    <w:p>
      <w:pPr>
        <w:spacing w:after="0"/>
      </w:pPr>
      <w:r>
        <w:t>4) cooked</w:t>
      </w:r>
    </w:p>
    <w:p>
      <w:r>
        <w:rPr>
          <w:b/>
        </w:rPr>
        <w:t>3. Irregular verbs</w:t>
      </w:r>
    </w:p>
    <w:p>
      <w:pPr>
        <w:spacing w:after="0"/>
      </w:pPr>
      <w:r>
        <w:t>1) went</w:t>
      </w:r>
    </w:p>
    <w:p>
      <w:pPr>
        <w:spacing w:after="0"/>
      </w:pPr>
      <w:r>
        <w:t>2) bought</w:t>
      </w:r>
    </w:p>
    <w:p>
      <w:pPr>
        <w:spacing w:after="0"/>
      </w:pPr>
      <w:r>
        <w:t>3) had</w:t>
      </w:r>
    </w:p>
    <w:p>
      <w:pPr>
        <w:spacing w:after="0"/>
      </w:pPr>
      <w:r>
        <w:t>4) wrote</w:t>
      </w:r>
    </w:p>
    <w:p>
      <w:pPr>
        <w:spacing w:after="0"/>
      </w:pPr>
      <w:r>
        <w:t>5) didn't see</w:t>
      </w:r>
    </w:p>
    <w:p>
      <w:r>
        <w:rPr>
          <w:b/>
        </w:rPr>
        <w:t>4. Choose the correct option</w:t>
      </w:r>
    </w:p>
    <w:p>
      <w:pPr>
        <w:spacing w:after="0"/>
      </w:pPr>
      <w:r>
        <w:t>1) b) Did</w:t>
      </w:r>
    </w:p>
    <w:p>
      <w:pPr>
        <w:spacing w:after="0"/>
      </w:pPr>
      <w:r>
        <w:t>2) c) He didn't go to school.</w:t>
      </w:r>
    </w:p>
    <w:p>
      <w:pPr>
        <w:spacing w:after="0"/>
      </w:pPr>
      <w:r>
        <w:t>3) a) made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