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Present x Past: no parquinho</w:t>
      </w:r>
    </w:p>
    <w:p>
      <w:r>
        <w:rPr>
          <w:color w:val="6B6B6B"/>
          <w:sz w:val="18"/>
        </w:rPr>
        <w:t>7º ano e 8º ano · Simple past · BNCC: EF07LI15, EF07LI18</w:t>
      </w:r>
    </w:p>
    <w:p>
      <w:pPr>
        <w:pStyle w:val="Heading2"/>
      </w:pPr>
      <w:r>
        <w:t>1. Regular verbs</w:t>
      </w:r>
    </w:p>
    <w:p>
      <w:r>
        <w:rPr>
          <w:i/>
        </w:rPr>
        <w:t>Rewrite the scene in the past. Complete with the simple past of the verbs in parentheses.</w:t>
      </w:r>
    </w:p>
    <w:p>
      <w:pPr>
        <w:keepNext/>
        <w:spacing w:before="120"/>
      </w:pPr>
      <w:r>
        <w:t>1. Yesterday, the girls ______________ (play) on the seesaw.</w:t>
      </w:r>
    </w:p>
    <w:p>
      <w:pPr>
        <w:keepNext/>
        <w:spacing w:before="120"/>
      </w:pPr>
      <w:r>
        <w:t>2. The teacher ______________ (watch) the children.</w:t>
      </w:r>
    </w:p>
    <w:p>
      <w:pPr>
        <w:keepNext/>
        <w:spacing w:before="120"/>
      </w:pPr>
      <w:r>
        <w:t>3. A boy ______________ (jump) over the hopscotch squares.</w:t>
      </w:r>
    </w:p>
    <w:p>
      <w:pPr>
        <w:keepNext/>
        <w:spacing w:before="120"/>
      </w:pPr>
      <w:r>
        <w:t>4. They ______________ (practice) swimming yesterday.</w:t>
      </w:r>
    </w:p>
    <w:p>
      <w:pPr>
        <w:keepNext/>
        <w:spacing w:before="120"/>
      </w:pPr>
      <w:r>
        <w:t>5. One boy ______________ (kick) the ball.</w:t>
      </w:r>
    </w:p>
    <w:p>
      <w:pPr>
        <w:pStyle w:val="Heading2"/>
      </w:pPr>
      <w:r>
        <w:t>2. Irregular verbs</w:t>
      </w:r>
    </w:p>
    <w:p>
      <w:r>
        <w:rPr>
          <w:i/>
        </w:rPr>
        <w:t>Complete with the simple past of the verbs in parentheses.</w:t>
      </w:r>
    </w:p>
    <w:p>
      <w:pPr>
        <w:keepNext/>
        <w:spacing w:before="120"/>
      </w:pPr>
      <w:r>
        <w:t>1. The boy ______________ (ride) the seesaw.</w:t>
      </w:r>
    </w:p>
    <w:p>
      <w:pPr>
        <w:keepNext/>
        <w:spacing w:before="120"/>
      </w:pPr>
      <w:r>
        <w:t>2. A girl ______________ (swing) on the tire swing.</w:t>
      </w:r>
    </w:p>
    <w:p>
      <w:pPr>
        <w:keepNext/>
        <w:spacing w:before="120"/>
      </w:pPr>
      <w:r>
        <w:t>3. The boys ______________ (swim) fast.</w:t>
      </w:r>
    </w:p>
    <w:p>
      <w:pPr>
        <w:keepNext/>
        <w:spacing w:before="120"/>
      </w:pPr>
      <w:r>
        <w:t>4. The girls ______________ (wear) goggles.</w:t>
      </w:r>
    </w:p>
    <w:p>
      <w:pPr>
        <w:keepNext/>
        <w:spacing w:before="120"/>
      </w:pPr>
      <w:r>
        <w:t>5. The kids ______________ (run) to catch the ball.</w:t>
      </w:r>
    </w:p>
    <w:p>
      <w:pPr>
        <w:pStyle w:val="Heading2"/>
      </w:pPr>
      <w:r>
        <w:t>3. Do or did?</w:t>
      </w:r>
    </w:p>
    <w:p>
      <w:r>
        <w:rPr>
          <w:i/>
        </w:rPr>
        <w:t>Choose the correct auxiliary. Look at the time expressions.</w:t>
      </w:r>
    </w:p>
    <w:p>
      <w:pPr>
        <w:keepNext/>
        <w:spacing w:before="120"/>
      </w:pPr>
      <w:r>
        <w:t>1. ___ the children play on the seesaw every day?</w:t>
      </w:r>
    </w:p>
    <w:p>
      <w:pPr>
        <w:spacing w:after="0"/>
        <w:ind w:left="454"/>
      </w:pPr>
      <w:r>
        <w:t>(   ) a) Do</w:t>
      </w:r>
    </w:p>
    <w:p>
      <w:pPr>
        <w:spacing w:after="0"/>
        <w:ind w:left="454"/>
      </w:pPr>
      <w:r>
        <w:t>(   ) b) Did</w:t>
      </w:r>
    </w:p>
    <w:p>
      <w:pPr>
        <w:spacing w:after="0"/>
        <w:ind w:left="454"/>
      </w:pPr>
      <w:r>
        <w:t>(   ) c) Does</w:t>
      </w:r>
    </w:p>
    <w:p>
      <w:pPr>
        <w:keepNext/>
        <w:spacing w:before="120"/>
      </w:pPr>
      <w:r>
        <w:t>2. ___ they swing on the tire swing yesterday?</w:t>
      </w:r>
    </w:p>
    <w:p>
      <w:pPr>
        <w:spacing w:after="0"/>
        <w:ind w:left="454"/>
      </w:pPr>
      <w:r>
        <w:t>(   ) a) Does</w:t>
      </w:r>
    </w:p>
    <w:p>
      <w:pPr>
        <w:spacing w:after="0"/>
        <w:ind w:left="454"/>
      </w:pPr>
      <w:r>
        <w:t>(   ) b) Do</w:t>
      </w:r>
    </w:p>
    <w:p>
      <w:pPr>
        <w:spacing w:after="0"/>
        <w:ind w:left="454"/>
      </w:pPr>
      <w:r>
        <w:t>(   ) c) Did</w:t>
      </w:r>
    </w:p>
    <w:p>
      <w:pPr>
        <w:keepNext/>
        <w:spacing w:before="120"/>
      </w:pPr>
      <w:r>
        <w:t>3. ___ the boy play in the sandbox yesterday?</w:t>
      </w:r>
    </w:p>
    <w:p>
      <w:pPr>
        <w:spacing w:after="0"/>
        <w:ind w:left="454"/>
      </w:pPr>
      <w:r>
        <w:t>(   ) a) Did</w:t>
      </w:r>
    </w:p>
    <w:p>
      <w:pPr>
        <w:spacing w:after="0"/>
        <w:ind w:left="454"/>
      </w:pPr>
      <w:r>
        <w:t>(   ) b) Does</w:t>
      </w:r>
    </w:p>
    <w:p>
      <w:pPr>
        <w:spacing w:after="0"/>
        <w:ind w:left="454"/>
      </w:pPr>
      <w:r>
        <w:t>(   ) c) Do</w:t>
      </w:r>
    </w:p>
    <w:p>
      <w:pPr>
        <w:keepNext/>
        <w:spacing w:before="120"/>
      </w:pPr>
      <w:r>
        <w:t>4. ___ the kids play hopscotch every afternoon?</w:t>
      </w:r>
    </w:p>
    <w:p>
      <w:pPr>
        <w:spacing w:after="0"/>
        <w:ind w:left="454"/>
      </w:pPr>
      <w:r>
        <w:t>(   ) a) Did</w:t>
      </w:r>
    </w:p>
    <w:p>
      <w:pPr>
        <w:spacing w:after="0"/>
        <w:ind w:left="454"/>
      </w:pPr>
      <w:r>
        <w:t>(   ) b) Do</w:t>
      </w:r>
    </w:p>
    <w:p>
      <w:pPr>
        <w:spacing w:after="0"/>
        <w:ind w:left="454"/>
      </w:pPr>
      <w:r>
        <w:t>(   ) c) Does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Regular verbs</w:t>
      </w:r>
    </w:p>
    <w:p>
      <w:pPr>
        <w:spacing w:after="0"/>
      </w:pPr>
      <w:r>
        <w:t>1) played</w:t>
      </w:r>
    </w:p>
    <w:p>
      <w:pPr>
        <w:spacing w:after="0"/>
      </w:pPr>
      <w:r>
        <w:t>2) watched</w:t>
      </w:r>
    </w:p>
    <w:p>
      <w:pPr>
        <w:spacing w:after="0"/>
      </w:pPr>
      <w:r>
        <w:t>3) jumped</w:t>
      </w:r>
    </w:p>
    <w:p>
      <w:pPr>
        <w:spacing w:after="0"/>
      </w:pPr>
      <w:r>
        <w:t>4) practiced</w:t>
      </w:r>
    </w:p>
    <w:p>
      <w:pPr>
        <w:spacing w:after="0"/>
      </w:pPr>
      <w:r>
        <w:t>5) kicked</w:t>
      </w:r>
    </w:p>
    <w:p>
      <w:r>
        <w:rPr>
          <w:b/>
        </w:rPr>
        <w:t>2. Irregular verbs</w:t>
      </w:r>
    </w:p>
    <w:p>
      <w:pPr>
        <w:spacing w:after="0"/>
      </w:pPr>
      <w:r>
        <w:t>1) rode</w:t>
      </w:r>
    </w:p>
    <w:p>
      <w:pPr>
        <w:spacing w:after="0"/>
      </w:pPr>
      <w:r>
        <w:t>2) swung</w:t>
      </w:r>
    </w:p>
    <w:p>
      <w:pPr>
        <w:spacing w:after="0"/>
      </w:pPr>
      <w:r>
        <w:t>3) swam</w:t>
      </w:r>
    </w:p>
    <w:p>
      <w:pPr>
        <w:spacing w:after="0"/>
      </w:pPr>
      <w:r>
        <w:t>4) wore</w:t>
      </w:r>
    </w:p>
    <w:p>
      <w:pPr>
        <w:spacing w:after="0"/>
      </w:pPr>
      <w:r>
        <w:t>5) ran</w:t>
      </w:r>
    </w:p>
    <w:p>
      <w:r>
        <w:rPr>
          <w:b/>
        </w:rPr>
        <w:t>3. Do or did?</w:t>
      </w:r>
    </w:p>
    <w:p>
      <w:pPr>
        <w:spacing w:after="0"/>
      </w:pPr>
      <w:r>
        <w:t>1) a) Do</w:t>
      </w:r>
    </w:p>
    <w:p>
      <w:pPr>
        <w:spacing w:after="0"/>
      </w:pPr>
      <w:r>
        <w:t>2) c) Did</w:t>
      </w:r>
    </w:p>
    <w:p>
      <w:pPr>
        <w:spacing w:after="0"/>
      </w:pPr>
      <w:r>
        <w:t>3) a) Did</w:t>
      </w:r>
    </w:p>
    <w:p>
      <w:pPr>
        <w:spacing w:after="0"/>
      </w:pPr>
      <w:r>
        <w:t>4) b) Do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