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past e first conditional</w:t>
      </w:r>
    </w:p>
    <w:p>
      <w:r>
        <w:rPr>
          <w:color w:val="6B6B6B"/>
          <w:sz w:val="18"/>
        </w:rPr>
        <w:t>7º ano ao 9º ano · Simple past · BNCC: EF07LI18, EF09LI15</w:t>
      </w:r>
    </w:p>
    <w:p>
      <w:pPr>
        <w:pStyle w:val="Heading2"/>
      </w:pPr>
      <w:r>
        <w:t>1. Simple past</w:t>
      </w:r>
    </w:p>
    <w:p>
      <w:r>
        <w:rPr>
          <w:i/>
        </w:rPr>
        <w:t>Complete the sentences with the simple past of the verb in parentheses.</w:t>
      </w:r>
    </w:p>
    <w:p>
      <w:pPr>
        <w:keepNext/>
        <w:spacing w:before="120"/>
      </w:pPr>
      <w:r>
        <w:t>1. Yesterday, I ______________ (go) to the park.</w:t>
      </w:r>
    </w:p>
    <w:p>
      <w:pPr>
        <w:keepNext/>
        <w:spacing w:before="120"/>
      </w:pPr>
      <w:r>
        <w:t>2. They ______________ (play) soccer after school.</w:t>
      </w:r>
    </w:p>
    <w:p>
      <w:pPr>
        <w:keepNext/>
        <w:spacing w:before="120"/>
      </w:pPr>
      <w:r>
        <w:t>3. She ______________ (not / study) for the test.</w:t>
      </w:r>
    </w:p>
    <w:p>
      <w:pPr>
        <w:keepNext/>
        <w:spacing w:before="120"/>
      </w:pPr>
      <w:r>
        <w:t>4. We ______________ (watch) a movie last night.</w:t>
      </w:r>
    </w:p>
    <w:p>
      <w:pPr>
        <w:keepNext/>
        <w:spacing w:before="120"/>
      </w:pPr>
      <w:r>
        <w:t>5. My mom ______________ (buy) a new phone last week.</w:t>
      </w:r>
    </w:p>
    <w:p>
      <w:pPr>
        <w:keepNext/>
        <w:spacing w:before="120"/>
      </w:pPr>
      <w:r>
        <w:t>6. We ______________ (have) pizza for dinner on Friday.</w:t>
      </w:r>
    </w:p>
    <w:p>
      <w:pPr>
        <w:pStyle w:val="Heading2"/>
      </w:pPr>
      <w:r>
        <w:t>2. First conditional</w:t>
      </w:r>
    </w:p>
    <w:p>
      <w:r>
        <w:rPr>
          <w:i/>
        </w:rPr>
        <w:t>Complete the sentences with the correct form of the verb in parentheses.</w:t>
      </w:r>
    </w:p>
    <w:p>
      <w:pPr>
        <w:keepNext/>
        <w:spacing w:before="120"/>
      </w:pPr>
      <w:r>
        <w:t>1. If it ______________ (rain), we will stay home.</w:t>
      </w:r>
    </w:p>
    <w:p>
      <w:pPr>
        <w:keepNext/>
        <w:spacing w:before="120"/>
      </w:pPr>
      <w:r>
        <w:t>2. She will pass the exam if she ______________ (study).</w:t>
      </w:r>
    </w:p>
    <w:p>
      <w:pPr>
        <w:keepNext/>
        <w:spacing w:before="120"/>
      </w:pPr>
      <w:r>
        <w:t>3. If they ______________ (be) late, the teacher will be angry.</w:t>
      </w:r>
    </w:p>
    <w:p>
      <w:pPr>
        <w:keepNext/>
        <w:spacing w:before="120"/>
      </w:pPr>
      <w:r>
        <w:t>4. You will feel better if you ______________ (drink) some water.</w:t>
      </w:r>
    </w:p>
    <w:p>
      <w:pPr>
        <w:keepNext/>
        <w:spacing w:before="120"/>
      </w:pPr>
      <w:r>
        <w:t>5. If you ______________ (not / hurry), you will miss the bus.</w:t>
      </w:r>
    </w:p>
    <w:p>
      <w:pPr>
        <w:keepNext/>
        <w:spacing w:before="120"/>
      </w:pPr>
      <w:r>
        <w:t>6. If I finish my homework, I ______________ (play) video games.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Simple past</w:t>
      </w:r>
    </w:p>
    <w:p>
      <w:pPr>
        <w:spacing w:after="0"/>
      </w:pPr>
      <w:r>
        <w:t>1) went</w:t>
      </w:r>
    </w:p>
    <w:p>
      <w:pPr>
        <w:spacing w:after="0"/>
      </w:pPr>
      <w:r>
        <w:t>2) played</w:t>
      </w:r>
    </w:p>
    <w:p>
      <w:pPr>
        <w:spacing w:after="0"/>
      </w:pPr>
      <w:r>
        <w:t>3) didn't study</w:t>
      </w:r>
    </w:p>
    <w:p>
      <w:pPr>
        <w:spacing w:after="0"/>
      </w:pPr>
      <w:r>
        <w:t>4) watched</w:t>
      </w:r>
    </w:p>
    <w:p>
      <w:pPr>
        <w:spacing w:after="0"/>
      </w:pPr>
      <w:r>
        <w:t>5) bought</w:t>
      </w:r>
    </w:p>
    <w:p>
      <w:pPr>
        <w:spacing w:after="0"/>
      </w:pPr>
      <w:r>
        <w:t>6) had</w:t>
      </w:r>
    </w:p>
    <w:p>
      <w:r>
        <w:rPr>
          <w:b/>
        </w:rPr>
        <w:t>2. First conditional</w:t>
      </w:r>
    </w:p>
    <w:p>
      <w:pPr>
        <w:spacing w:after="0"/>
      </w:pPr>
      <w:r>
        <w:t>1) rains</w:t>
      </w:r>
    </w:p>
    <w:p>
      <w:pPr>
        <w:spacing w:after="0"/>
      </w:pPr>
      <w:r>
        <w:t>2) studies</w:t>
      </w:r>
    </w:p>
    <w:p>
      <w:pPr>
        <w:spacing w:after="0"/>
      </w:pPr>
      <w:r>
        <w:t>3) are</w:t>
      </w:r>
    </w:p>
    <w:p>
      <w:pPr>
        <w:spacing w:after="0"/>
      </w:pPr>
      <w:r>
        <w:t>4) drink</w:t>
      </w:r>
    </w:p>
    <w:p>
      <w:pPr>
        <w:spacing w:after="0"/>
      </w:pPr>
      <w:r>
        <w:t>5) don't hurry</w:t>
      </w:r>
    </w:p>
    <w:p>
      <w:pPr>
        <w:spacing w:after="0"/>
      </w:pPr>
      <w:r>
        <w:t>6) will play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2025-10-01T00:00:00Z</dcterms:created>
  <dcterms:modified xsi:type="dcterms:W3CDTF">2025-10-01T00:00:00Z</dcterms:modified>
  <cp:category/>
</cp:coreProperties>
</file>