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Simple Past: do presente para o passado</w:t>
      </w:r>
    </w:p>
    <w:p>
      <w:r>
        <w:rPr>
          <w:color w:val="6B6B6B"/>
          <w:sz w:val="18"/>
        </w:rPr>
        <w:t>6º ano e 7º ano · Simple past · BNCC: EF07LI15, EF07LI18, EF07LI09</w:t>
      </w:r>
    </w:p>
    <w:p>
      <w:pPr>
        <w:pStyle w:val="Heading2"/>
      </w:pPr>
      <w:r>
        <w:t>1. Present to past</w:t>
      </w:r>
    </w:p>
    <w:p>
      <w:r>
        <w:rPr>
          <w:i/>
        </w:rPr>
        <w:t>Rewrite the sentences in the simple past by completing the blank.</w:t>
      </w:r>
    </w:p>
    <w:p>
      <w:pPr>
        <w:keepNext/>
        <w:spacing w:before="120"/>
      </w:pPr>
      <w:r>
        <w:t>1. She walks to school. → She ______________ to school.</w:t>
      </w:r>
    </w:p>
    <w:p>
      <w:pPr>
        <w:keepNext/>
        <w:spacing w:before="120"/>
      </w:pPr>
      <w:r>
        <w:t>2. They play soccer after school. → They ______________ soccer after school.</w:t>
      </w:r>
    </w:p>
    <w:p>
      <w:pPr>
        <w:keepNext/>
        <w:spacing w:before="120"/>
      </w:pPr>
      <w:r>
        <w:t>3. I watch TV at night. → I ______________ TV last night.</w:t>
      </w:r>
    </w:p>
    <w:p>
      <w:pPr>
        <w:keepNext/>
        <w:spacing w:before="120"/>
      </w:pPr>
      <w:r>
        <w:t>4. He goes to the market. → He ______________ to the market yesterday.</w:t>
      </w:r>
    </w:p>
    <w:p>
      <w:pPr>
        <w:keepNext/>
        <w:spacing w:before="120"/>
      </w:pPr>
      <w:r>
        <w:t>5. We have lunch at home. → We ______________ lunch at home yesterday.</w:t>
      </w:r>
    </w:p>
    <w:p>
      <w:pPr>
        <w:keepNext/>
        <w:spacing w:before="120"/>
      </w:pPr>
      <w:r>
        <w:t>6. Tom buys apples. → Tom ______________ apples last week.</w:t>
      </w:r>
    </w:p>
    <w:p>
      <w:pPr>
        <w:keepNext/>
        <w:spacing w:before="120"/>
      </w:pPr>
      <w:r>
        <w:t>7. My mom doesn't work on Saturdays. → My mom ______________ last Saturday.</w:t>
      </w:r>
    </w:p>
    <w:p>
      <w:pPr>
        <w:pStyle w:val="Heading2"/>
      </w:pPr>
      <w:r>
        <w:t>2. Reading</w:t>
      </w:r>
    </w:p>
    <w:p>
      <w:r>
        <w:rPr>
          <w:i/>
        </w:rPr>
        <w:t>Read the story and choose the correct answer.</w:t>
      </w:r>
    </w:p>
    <w:p>
      <w:r>
        <w:rPr>
          <w:b/>
        </w:rPr>
        <w:t>Tom's apple pie</w:t>
      </w:r>
    </w:p>
    <w:p>
      <w:pPr>
        <w:ind w:left="340"/>
      </w:pPr>
      <w:r>
        <w:t>Tom went to the grocery store to buy apples. He needed them to make an apple pie for his grandmother's birthday. When he got there, he found that the apples were all gone! So he bought some bananas and made a banana cake instead. His grandmother loved it.</w:t>
      </w:r>
    </w:p>
    <w:p>
      <w:pPr>
        <w:keepNext/>
        <w:spacing w:before="120"/>
      </w:pPr>
      <w:r>
        <w:t>1. What did Tom want to buy at the store?</w:t>
      </w:r>
    </w:p>
    <w:p>
      <w:pPr>
        <w:spacing w:after="0"/>
        <w:ind w:left="454"/>
      </w:pPr>
      <w:r>
        <w:t>(   ) a) Bananas</w:t>
      </w:r>
    </w:p>
    <w:p>
      <w:pPr>
        <w:spacing w:after="0"/>
        <w:ind w:left="454"/>
      </w:pPr>
      <w:r>
        <w:t>(   ) b) Apples</w:t>
      </w:r>
    </w:p>
    <w:p>
      <w:pPr>
        <w:spacing w:after="0"/>
        <w:ind w:left="454"/>
      </w:pPr>
      <w:r>
        <w:t>(   ) c) Oranges</w:t>
      </w:r>
    </w:p>
    <w:p>
      <w:pPr>
        <w:keepNext/>
        <w:spacing w:before="120"/>
      </w:pPr>
      <w:r>
        <w:t>2. What was Tom planning to make?</w:t>
      </w:r>
    </w:p>
    <w:p>
      <w:pPr>
        <w:spacing w:after="0"/>
        <w:ind w:left="454"/>
      </w:pPr>
      <w:r>
        <w:t>(   ) a) An apple pie</w:t>
      </w:r>
    </w:p>
    <w:p>
      <w:pPr>
        <w:spacing w:after="0"/>
        <w:ind w:left="454"/>
      </w:pPr>
      <w:r>
        <w:t>(   ) b) A banana cake</w:t>
      </w:r>
    </w:p>
    <w:p>
      <w:pPr>
        <w:spacing w:after="0"/>
        <w:ind w:left="454"/>
      </w:pPr>
      <w:r>
        <w:t>(   ) c) A fruit salad</w:t>
      </w:r>
    </w:p>
    <w:p>
      <w:pPr>
        <w:keepNext/>
        <w:spacing w:before="120"/>
      </w:pPr>
      <w:r>
        <w:t>3. What problem did Tom find at the store?</w:t>
      </w:r>
    </w:p>
    <w:p>
      <w:pPr>
        <w:spacing w:after="0"/>
        <w:ind w:left="454"/>
      </w:pPr>
      <w:r>
        <w:t>(   ) a) The store was closed.</w:t>
      </w:r>
    </w:p>
    <w:p>
      <w:pPr>
        <w:spacing w:after="0"/>
        <w:ind w:left="454"/>
      </w:pPr>
      <w:r>
        <w:t>(   ) b) He forgot his money.</w:t>
      </w:r>
    </w:p>
    <w:p>
      <w:pPr>
        <w:spacing w:after="0"/>
        <w:ind w:left="454"/>
      </w:pPr>
      <w:r>
        <w:t>(   ) c) There were no apples left.</w:t>
      </w:r>
    </w:p>
    <w:p>
      <w:pPr>
        <w:keepNext/>
        <w:spacing w:before="120"/>
      </w:pPr>
      <w:r>
        <w:t>4. What did Tom make in the end?</w:t>
      </w:r>
    </w:p>
    <w:p>
      <w:pPr>
        <w:spacing w:after="0"/>
        <w:ind w:left="454"/>
      </w:pPr>
      <w:r>
        <w:t>(   ) a) A banana cake</w:t>
      </w:r>
    </w:p>
    <w:p>
      <w:pPr>
        <w:spacing w:after="0"/>
        <w:ind w:left="454"/>
      </w:pPr>
      <w:r>
        <w:t>(   ) b) An apple pie</w:t>
      </w:r>
    </w:p>
    <w:p>
      <w:pPr>
        <w:spacing w:after="0"/>
        <w:ind w:left="454"/>
      </w:pPr>
      <w:r>
        <w:t>(   ) c) Nothing</w:t>
      </w:r>
    </w:p>
    <w:p>
      <w:pPr>
        <w:pStyle w:val="Heading2"/>
      </w:pPr>
      <w:r>
        <w:t>3. Find the past verbs</w:t>
      </w:r>
    </w:p>
    <w:p>
      <w:r>
        <w:rPr>
          <w:i/>
        </w:rPr>
        <w:t>Choose the correct option.</w:t>
      </w:r>
    </w:p>
    <w:p>
      <w:pPr>
        <w:keepNext/>
        <w:spacing w:before="120"/>
      </w:pPr>
      <w:r>
        <w:t>1. Which verb from the story is REGULAR?</w:t>
      </w:r>
    </w:p>
    <w:p>
      <w:pPr>
        <w:spacing w:after="0"/>
        <w:ind w:left="454"/>
      </w:pPr>
      <w:r>
        <w:t>(   ) a) went</w:t>
      </w:r>
    </w:p>
    <w:p>
      <w:pPr>
        <w:spacing w:after="0"/>
        <w:ind w:left="454"/>
      </w:pPr>
      <w:r>
        <w:t>(   ) b) needed</w:t>
      </w:r>
    </w:p>
    <w:p>
      <w:pPr>
        <w:spacing w:after="0"/>
        <w:ind w:left="454"/>
      </w:pPr>
      <w:r>
        <w:t>(   ) c) found</w:t>
      </w:r>
    </w:p>
    <w:p>
      <w:pPr>
        <w:keepNext/>
        <w:spacing w:before="120"/>
      </w:pPr>
      <w:r>
        <w:t>2. What is the simple past of "find"?</w:t>
      </w:r>
    </w:p>
    <w:p>
      <w:pPr>
        <w:spacing w:after="0"/>
        <w:ind w:left="454"/>
      </w:pPr>
      <w:r>
        <w:t>(   ) a) finded</w:t>
      </w:r>
    </w:p>
    <w:p>
      <w:pPr>
        <w:spacing w:after="0"/>
        <w:ind w:left="454"/>
      </w:pPr>
      <w:r>
        <w:t>(   ) b) founded</w:t>
      </w:r>
    </w:p>
    <w:p>
      <w:pPr>
        <w:spacing w:after="0"/>
        <w:ind w:left="454"/>
      </w:pPr>
      <w:r>
        <w:t>(   ) c) found</w:t>
      </w:r>
    </w:p>
    <w:p>
      <w:r>
        <w:br w:type="page"/>
      </w:r>
    </w:p>
    <w:p>
      <w:pPr>
        <w:pStyle w:val="Heading2"/>
      </w:pPr>
      <w:r>
        <w:t>Gabarito (Answer key)</w:t>
      </w:r>
    </w:p>
    <w:p>
      <w:r>
        <w:rPr>
          <w:b/>
        </w:rPr>
        <w:t>1. Present to past</w:t>
      </w:r>
    </w:p>
    <w:p>
      <w:pPr>
        <w:spacing w:after="0"/>
      </w:pPr>
      <w:r>
        <w:t>1) walked</w:t>
      </w:r>
    </w:p>
    <w:p>
      <w:pPr>
        <w:spacing w:after="0"/>
      </w:pPr>
      <w:r>
        <w:t>2) played</w:t>
      </w:r>
    </w:p>
    <w:p>
      <w:pPr>
        <w:spacing w:after="0"/>
      </w:pPr>
      <w:r>
        <w:t>3) watched</w:t>
      </w:r>
    </w:p>
    <w:p>
      <w:pPr>
        <w:spacing w:after="0"/>
      </w:pPr>
      <w:r>
        <w:t>4) went</w:t>
      </w:r>
    </w:p>
    <w:p>
      <w:pPr>
        <w:spacing w:after="0"/>
      </w:pPr>
      <w:r>
        <w:t>5) had</w:t>
      </w:r>
    </w:p>
    <w:p>
      <w:pPr>
        <w:spacing w:after="0"/>
      </w:pPr>
      <w:r>
        <w:t>6) bought</w:t>
      </w:r>
    </w:p>
    <w:p>
      <w:pPr>
        <w:spacing w:after="0"/>
      </w:pPr>
      <w:r>
        <w:t>7) didn't work</w:t>
      </w:r>
    </w:p>
    <w:p>
      <w:r>
        <w:rPr>
          <w:b/>
        </w:rPr>
        <w:t>2. Reading</w:t>
      </w:r>
    </w:p>
    <w:p>
      <w:pPr>
        <w:spacing w:after="0"/>
      </w:pPr>
      <w:r>
        <w:t>1) b) Apples</w:t>
      </w:r>
    </w:p>
    <w:p>
      <w:pPr>
        <w:spacing w:after="0"/>
      </w:pPr>
      <w:r>
        <w:t>2) a) An apple pie</w:t>
      </w:r>
    </w:p>
    <w:p>
      <w:pPr>
        <w:spacing w:after="0"/>
      </w:pPr>
      <w:r>
        <w:t>3) c) There were no apples left.</w:t>
      </w:r>
    </w:p>
    <w:p>
      <w:pPr>
        <w:spacing w:after="0"/>
      </w:pPr>
      <w:r>
        <w:t>4) a) A banana cake</w:t>
      </w:r>
    </w:p>
    <w:p>
      <w:r>
        <w:rPr>
          <w:b/>
        </w:rPr>
        <w:t>3. Find the past verbs</w:t>
      </w:r>
    </w:p>
    <w:p>
      <w:pPr>
        <w:spacing w:after="0"/>
      </w:pPr>
      <w:r>
        <w:t>1) b) needed</w:t>
      </w:r>
    </w:p>
    <w:p>
      <w:pPr>
        <w:spacing w:after="0"/>
      </w:pPr>
      <w:r>
        <w:t>2) c) found</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2024-08-23T00:00:00Z</dcterms:created>
  <dcterms:modified xsi:type="dcterms:W3CDTF">2024-08-23T00:00:00Z</dcterms:modified>
  <cp:category/>
</cp:coreProperties>
</file>