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Adjetivos e simple past</w:t>
      </w:r>
    </w:p>
    <w:p>
      <w:r>
        <w:rPr>
          <w:color w:val="6B6B6B"/>
          <w:sz w:val="18"/>
        </w:rPr>
        <w:t>6º ano e 7º ano · Simple past · BNCC: EF07LI15</w:t>
      </w:r>
    </w:p>
    <w:p>
      <w:pPr>
        <w:pStyle w:val="Heading2"/>
      </w:pPr>
      <w:r>
        <w:t>1. Find the adjectives</w:t>
      </w:r>
    </w:p>
    <w:p>
      <w:r>
        <w:rPr>
          <w:i/>
        </w:rPr>
        <w:t>Choose the adjectives in each sentence.</w:t>
      </w:r>
    </w:p>
    <w:p>
      <w:pPr>
        <w:keepNext/>
        <w:spacing w:before="120"/>
      </w:pPr>
      <w:r>
        <w:t>1. The red car is very fast.</w:t>
      </w:r>
    </w:p>
    <w:p>
      <w:pPr>
        <w:spacing w:after="0"/>
        <w:ind w:left="454"/>
      </w:pPr>
      <w:r>
        <w:t>(   ) a) red, fast</w:t>
      </w:r>
    </w:p>
    <w:p>
      <w:pPr>
        <w:spacing w:after="0"/>
        <w:ind w:left="454"/>
      </w:pPr>
      <w:r>
        <w:t>(   ) b) car, very</w:t>
      </w:r>
    </w:p>
    <w:p>
      <w:pPr>
        <w:spacing w:after="0"/>
        <w:ind w:left="454"/>
      </w:pPr>
      <w:r>
        <w:t>(   ) c) is, the</w:t>
      </w:r>
    </w:p>
    <w:p>
      <w:pPr>
        <w:keepNext/>
        <w:spacing w:before="120"/>
      </w:pPr>
      <w:r>
        <w:t>2. She has a cute little dog.</w:t>
      </w:r>
    </w:p>
    <w:p>
      <w:pPr>
        <w:spacing w:after="0"/>
        <w:ind w:left="454"/>
      </w:pPr>
      <w:r>
        <w:t>(   ) a) has, dog</w:t>
      </w:r>
    </w:p>
    <w:p>
      <w:pPr>
        <w:spacing w:after="0"/>
        <w:ind w:left="454"/>
      </w:pPr>
      <w:r>
        <w:t>(   ) b) cute, little</w:t>
      </w:r>
    </w:p>
    <w:p>
      <w:pPr>
        <w:spacing w:after="0"/>
        <w:ind w:left="454"/>
      </w:pPr>
      <w:r>
        <w:t>(   ) c) She, a</w:t>
      </w:r>
    </w:p>
    <w:p>
      <w:pPr>
        <w:keepNext/>
        <w:spacing w:before="120"/>
      </w:pPr>
      <w:r>
        <w:t>3. The weather is cold and windy today.</w:t>
      </w:r>
    </w:p>
    <w:p>
      <w:pPr>
        <w:spacing w:after="0"/>
        <w:ind w:left="454"/>
      </w:pPr>
      <w:r>
        <w:t>(   ) a) weather, today</w:t>
      </w:r>
    </w:p>
    <w:p>
      <w:pPr>
        <w:spacing w:after="0"/>
        <w:ind w:left="454"/>
      </w:pPr>
      <w:r>
        <w:t>(   ) b) is, and</w:t>
      </w:r>
    </w:p>
    <w:p>
      <w:pPr>
        <w:spacing w:after="0"/>
        <w:ind w:left="454"/>
      </w:pPr>
      <w:r>
        <w:t>(   ) c) cold, windy</w:t>
      </w:r>
    </w:p>
    <w:p>
      <w:pPr>
        <w:keepNext/>
        <w:spacing w:before="120"/>
      </w:pPr>
      <w:r>
        <w:t>4. My sister loves her shiny new shoes.</w:t>
      </w:r>
    </w:p>
    <w:p>
      <w:pPr>
        <w:spacing w:after="0"/>
        <w:ind w:left="454"/>
      </w:pPr>
      <w:r>
        <w:t>(   ) a) shiny, new</w:t>
      </w:r>
    </w:p>
    <w:p>
      <w:pPr>
        <w:spacing w:after="0"/>
        <w:ind w:left="454"/>
      </w:pPr>
      <w:r>
        <w:t>(   ) b) loves, shoes</w:t>
      </w:r>
    </w:p>
    <w:p>
      <w:pPr>
        <w:spacing w:after="0"/>
        <w:ind w:left="454"/>
      </w:pPr>
      <w:r>
        <w:t>(   ) c) sister, her</w:t>
      </w:r>
    </w:p>
    <w:p>
      <w:pPr>
        <w:pStyle w:val="Heading2"/>
      </w:pPr>
      <w:r>
        <w:t>2. Rewrite in the past tense</w:t>
      </w:r>
    </w:p>
    <w:p>
      <w:r>
        <w:rPr>
          <w:i/>
        </w:rPr>
        <w:t>Complete with the simple past of the verb in parentheses.</w:t>
      </w:r>
    </w:p>
    <w:p>
      <w:pPr>
        <w:keepNext/>
        <w:spacing w:before="120"/>
      </w:pPr>
      <w:r>
        <w:t>1. I play soccer with my friends. → I ______________ (play) soccer with my friends yesterday.</w:t>
      </w:r>
    </w:p>
    <w:p>
      <w:pPr>
        <w:keepNext/>
        <w:spacing w:before="120"/>
      </w:pPr>
      <w:r>
        <w:t>2. She eats an apple every morning. → She ______________ (eat) an apple this morning.</w:t>
      </w:r>
    </w:p>
    <w:p>
      <w:pPr>
        <w:keepNext/>
        <w:spacing w:before="120"/>
      </w:pPr>
      <w:r>
        <w:t>3. We go to school by bus. → We ______________ (go) to school by bus yesterday.</w:t>
      </w:r>
    </w:p>
    <w:p>
      <w:pPr>
        <w:keepNext/>
        <w:spacing w:before="120"/>
      </w:pPr>
      <w:r>
        <w:t>4. He writes stories for the school magazine. → He ______________ (write) a story for the school magazine last month.</w:t>
      </w:r>
    </w:p>
    <w:p>
      <w:pPr>
        <w:keepNext/>
        <w:spacing w:before="120"/>
      </w:pPr>
      <w:r>
        <w:t>5. They ______________ (visit) the museum last Saturday.</w:t>
      </w:r>
    </w:p>
    <w:p>
      <w:pPr>
        <w:keepNext/>
        <w:spacing w:before="120"/>
      </w:pPr>
      <w:r>
        <w:t>6. I ______________ (see) a rainbow after the rain.</w:t>
      </w:r>
    </w:p>
    <w:p>
      <w:pPr>
        <w:keepNext/>
        <w:spacing w:before="120"/>
      </w:pPr>
      <w:r>
        <w:t>7. My mom ______________ (make) a chocolate cake for my birthday.</w:t>
      </w:r>
    </w:p>
    <w:p>
      <w:pPr>
        <w:keepNext/>
        <w:spacing w:before="120"/>
      </w:pPr>
      <w:r>
        <w:t>8. We ______________ (not / go) to the beach last weekend.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Find the adjectives</w:t>
      </w:r>
    </w:p>
    <w:p>
      <w:pPr>
        <w:spacing w:after="0"/>
      </w:pPr>
      <w:r>
        <w:t>1) a) red, fast</w:t>
      </w:r>
    </w:p>
    <w:p>
      <w:pPr>
        <w:spacing w:after="0"/>
      </w:pPr>
      <w:r>
        <w:t>2) b) cute, little</w:t>
      </w:r>
    </w:p>
    <w:p>
      <w:pPr>
        <w:spacing w:after="0"/>
      </w:pPr>
      <w:r>
        <w:t>3) c) cold, windy</w:t>
      </w:r>
    </w:p>
    <w:p>
      <w:pPr>
        <w:spacing w:after="0"/>
      </w:pPr>
      <w:r>
        <w:t>4) a) shiny, new</w:t>
      </w:r>
    </w:p>
    <w:p>
      <w:r>
        <w:rPr>
          <w:b/>
        </w:rPr>
        <w:t>2. Rewrite in the past tense</w:t>
      </w:r>
    </w:p>
    <w:p>
      <w:pPr>
        <w:spacing w:after="0"/>
      </w:pPr>
      <w:r>
        <w:t>1) played</w:t>
      </w:r>
    </w:p>
    <w:p>
      <w:pPr>
        <w:spacing w:after="0"/>
      </w:pPr>
      <w:r>
        <w:t>2) ate</w:t>
      </w:r>
    </w:p>
    <w:p>
      <w:pPr>
        <w:spacing w:after="0"/>
      </w:pPr>
      <w:r>
        <w:t>3) went</w:t>
      </w:r>
    </w:p>
    <w:p>
      <w:pPr>
        <w:spacing w:after="0"/>
      </w:pPr>
      <w:r>
        <w:t>4) wrote</w:t>
      </w:r>
    </w:p>
    <w:p>
      <w:pPr>
        <w:spacing w:after="0"/>
      </w:pPr>
      <w:r>
        <w:t>5) visited</w:t>
      </w:r>
    </w:p>
    <w:p>
      <w:pPr>
        <w:spacing w:after="0"/>
      </w:pPr>
      <w:r>
        <w:t>6) saw</w:t>
      </w:r>
    </w:p>
    <w:p>
      <w:pPr>
        <w:spacing w:after="0"/>
      </w:pPr>
      <w:r>
        <w:t>7) made</w:t>
      </w:r>
    </w:p>
    <w:p>
      <w:pPr>
        <w:spacing w:after="0"/>
      </w:pPr>
      <w:r>
        <w:t>8) didn't go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2025-02-03T00:00:00Z</dcterms:created>
  <dcterms:modified xsi:type="dcterms:W3CDTF">2025-02-03T00:00:00Z</dcterms:modified>
  <cp:category/>
</cp:coreProperties>
</file>