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Short Texts: meu cachorro, minha mochila e a maçã</w:t>
      </w:r>
    </w:p>
    <w:p>
      <w:r>
        <w:rPr>
          <w:color w:val="6B6B6B"/>
          <w:sz w:val="18"/>
        </w:rPr>
        <w:t>2º ano e 3º ano · Reading comprehension (interpretação)</w:t>
      </w:r>
    </w:p>
    <w:p>
      <w:pPr>
        <w:pStyle w:val="Heading2"/>
      </w:pPr>
      <w:r>
        <w:t>1. My dog</w:t>
      </w:r>
    </w:p>
    <w:p>
      <w:r>
        <w:rPr>
          <w:i/>
        </w:rPr>
        <w:t>Leia o texto e escolha a resposta certa. (Read and choose.)</w:t>
      </w:r>
    </w:p>
    <w:p>
      <w:r>
        <w:rPr>
          <w:b/>
        </w:rPr>
        <w:t>My Dog</w:t>
      </w:r>
    </w:p>
    <w:p>
      <w:pPr>
        <w:ind w:left="340"/>
      </w:pPr>
      <w:r>
        <w:t>This is my dog. His name is Max. He is big and brown. He likes to run and play.</w:t>
      </w:r>
    </w:p>
    <w:p>
      <w:pPr>
        <w:keepNext/>
        <w:spacing w:before="120"/>
      </w:pPr>
      <w:r>
        <w:t>1. 🐶  What is the dog's name?</w:t>
      </w:r>
    </w:p>
    <w:p>
      <w:pPr>
        <w:spacing w:after="0"/>
        <w:ind w:left="454"/>
      </w:pPr>
      <w:r>
        <w:t>(   ) a) Rex</w:t>
      </w:r>
    </w:p>
    <w:p>
      <w:pPr>
        <w:spacing w:after="0"/>
        <w:ind w:left="454"/>
      </w:pPr>
      <w:r>
        <w:t>(   ) b) Max</w:t>
      </w:r>
    </w:p>
    <w:p>
      <w:pPr>
        <w:spacing w:after="0"/>
        <w:ind w:left="454"/>
      </w:pPr>
      <w:r>
        <w:t>(   ) c) Bob</w:t>
      </w:r>
    </w:p>
    <w:p>
      <w:pPr>
        <w:keepNext/>
        <w:spacing w:before="120"/>
      </w:pPr>
      <w:r>
        <w:t>2. 🎨  What color is Max?</w:t>
      </w:r>
    </w:p>
    <w:p>
      <w:pPr>
        <w:spacing w:after="0"/>
        <w:ind w:left="454"/>
      </w:pPr>
      <w:r>
        <w:t>(   ) a) Brown</w:t>
      </w:r>
    </w:p>
    <w:p>
      <w:pPr>
        <w:spacing w:after="0"/>
        <w:ind w:left="454"/>
      </w:pPr>
      <w:r>
        <w:t>(   ) b) Black</w:t>
      </w:r>
    </w:p>
    <w:p>
      <w:pPr>
        <w:spacing w:after="0"/>
        <w:ind w:left="454"/>
      </w:pPr>
      <w:r>
        <w:t>(   ) c) White</w:t>
      </w:r>
    </w:p>
    <w:p>
      <w:pPr>
        <w:keepNext/>
        <w:spacing w:before="120"/>
      </w:pPr>
      <w:r>
        <w:t>3. 🏃  What does Max like to do?</w:t>
      </w:r>
    </w:p>
    <w:p>
      <w:pPr>
        <w:spacing w:after="0"/>
        <w:ind w:left="454"/>
      </w:pPr>
      <w:r>
        <w:t>(   ) a) Sleep and eat</w:t>
      </w:r>
    </w:p>
    <w:p>
      <w:pPr>
        <w:spacing w:after="0"/>
        <w:ind w:left="454"/>
      </w:pPr>
      <w:r>
        <w:t>(   ) b) Swim</w:t>
      </w:r>
    </w:p>
    <w:p>
      <w:pPr>
        <w:spacing w:after="0"/>
        <w:ind w:left="454"/>
      </w:pPr>
      <w:r>
        <w:t>(   ) c) Run and play</w:t>
      </w:r>
    </w:p>
    <w:p>
      <w:pPr>
        <w:pStyle w:val="Heading2"/>
      </w:pPr>
      <w:r>
        <w:t>2. My school bag</w:t>
      </w:r>
    </w:p>
    <w:p>
      <w:r>
        <w:rPr>
          <w:i/>
        </w:rPr>
        <w:t>Leia o texto e escolha a resposta certa. (Read and choose.)</w:t>
      </w:r>
    </w:p>
    <w:p>
      <w:r>
        <w:rPr>
          <w:b/>
        </w:rPr>
        <w:t>My School Bag</w:t>
      </w:r>
    </w:p>
    <w:p>
      <w:pPr>
        <w:ind w:left="340"/>
      </w:pPr>
      <w:r>
        <w:t>In my bag, I have a pencil, a book, a ruler, and an eraser. My bag is blue.</w:t>
      </w:r>
    </w:p>
    <w:p>
      <w:pPr>
        <w:keepNext/>
        <w:spacing w:before="120"/>
      </w:pPr>
      <w:r>
        <w:t>1. 🎒  What color is the bag?</w:t>
      </w:r>
    </w:p>
    <w:p>
      <w:pPr>
        <w:spacing w:after="0"/>
        <w:ind w:left="454"/>
      </w:pPr>
      <w:r>
        <w:t>(   ) a) Red</w:t>
      </w:r>
    </w:p>
    <w:p>
      <w:pPr>
        <w:spacing w:after="0"/>
        <w:ind w:left="454"/>
      </w:pPr>
      <w:r>
        <w:t>(   ) b) Blue</w:t>
      </w:r>
    </w:p>
    <w:p>
      <w:pPr>
        <w:spacing w:after="0"/>
        <w:ind w:left="454"/>
      </w:pPr>
      <w:r>
        <w:t>(   ) c) Green</w:t>
      </w:r>
    </w:p>
    <w:p>
      <w:pPr>
        <w:keepNext/>
        <w:spacing w:before="120"/>
      </w:pPr>
      <w:r>
        <w:t>2. ✏️  What is in the bag?</w:t>
      </w:r>
    </w:p>
    <w:p>
      <w:pPr>
        <w:spacing w:after="0"/>
        <w:ind w:left="454"/>
      </w:pPr>
      <w:r>
        <w:t>(   ) a) A pencil and a book</w:t>
      </w:r>
    </w:p>
    <w:p>
      <w:pPr>
        <w:spacing w:after="0"/>
        <w:ind w:left="454"/>
      </w:pPr>
      <w:r>
        <w:t>(   ) b) A ball and a doll</w:t>
      </w:r>
    </w:p>
    <w:p>
      <w:pPr>
        <w:spacing w:after="0"/>
        <w:ind w:left="454"/>
      </w:pPr>
      <w:r>
        <w:t>(   ) c) An apple and a sandwich</w:t>
      </w:r>
    </w:p>
    <w:p>
      <w:pPr>
        <w:keepNext/>
        <w:spacing w:before="120"/>
      </w:pPr>
      <w:r>
        <w:t>3. 🖊️  Is there a pen in the bag?</w:t>
      </w:r>
    </w:p>
    <w:p>
      <w:pPr>
        <w:spacing w:after="0"/>
        <w:ind w:left="454"/>
      </w:pPr>
      <w:r>
        <w:t>(   ) a) Yes</w:t>
      </w:r>
    </w:p>
    <w:p>
      <w:pPr>
        <w:spacing w:after="0"/>
        <w:ind w:left="454"/>
      </w:pPr>
      <w:r>
        <w:t>(   ) b) No</w:t>
      </w:r>
    </w:p>
    <w:p>
      <w:pPr>
        <w:pStyle w:val="Heading2"/>
      </w:pPr>
      <w:r>
        <w:t>3. The apple</w:t>
      </w:r>
    </w:p>
    <w:p>
      <w:r>
        <w:rPr>
          <w:i/>
        </w:rPr>
        <w:t>Leia o texto e escolha a resposta certa. (Read and choose.)</w:t>
      </w:r>
    </w:p>
    <w:p>
      <w:r>
        <w:rPr>
          <w:b/>
        </w:rPr>
        <w:t>The Apple</w:t>
      </w:r>
    </w:p>
    <w:p>
      <w:pPr>
        <w:ind w:left="340"/>
      </w:pPr>
      <w:r>
        <w:t>I have an apple. It is red and sweet. I eat it every morning.</w:t>
      </w:r>
    </w:p>
    <w:p>
      <w:pPr>
        <w:keepNext/>
        <w:spacing w:before="120"/>
      </w:pPr>
      <w:r>
        <w:t>1. 🍎  What color is the apple?</w:t>
      </w:r>
    </w:p>
    <w:p>
      <w:pPr>
        <w:spacing w:after="0"/>
        <w:ind w:left="454"/>
      </w:pPr>
      <w:r>
        <w:t>(   ) a) Yellow</w:t>
      </w:r>
    </w:p>
    <w:p>
      <w:pPr>
        <w:spacing w:after="0"/>
        <w:ind w:left="454"/>
      </w:pPr>
      <w:r>
        <w:t>(   ) b) Green</w:t>
      </w:r>
    </w:p>
    <w:p>
      <w:pPr>
        <w:spacing w:after="0"/>
        <w:ind w:left="454"/>
      </w:pPr>
      <w:r>
        <w:t>(   ) c) Red</w:t>
      </w:r>
    </w:p>
    <w:p>
      <w:pPr>
        <w:keepNext/>
        <w:spacing w:before="120"/>
      </w:pPr>
      <w:r>
        <w:t>2. 😋  Is the apple sweet or sour?</w:t>
      </w:r>
    </w:p>
    <w:p>
      <w:pPr>
        <w:spacing w:after="0"/>
        <w:ind w:left="454"/>
      </w:pPr>
      <w:r>
        <w:t>(   ) a) Sweet</w:t>
      </w:r>
    </w:p>
    <w:p>
      <w:pPr>
        <w:spacing w:after="0"/>
        <w:ind w:left="454"/>
      </w:pPr>
      <w:r>
        <w:t>(   ) b) Sour</w:t>
      </w:r>
    </w:p>
    <w:p>
      <w:pPr>
        <w:keepNext/>
        <w:spacing w:before="120"/>
      </w:pPr>
      <w:r>
        <w:t>3. 🌅  When does the person eat the apple?</w:t>
      </w:r>
    </w:p>
    <w:p>
      <w:pPr>
        <w:spacing w:after="0"/>
        <w:ind w:left="454"/>
      </w:pPr>
      <w:r>
        <w:t>(   ) a) Every night</w:t>
      </w:r>
    </w:p>
    <w:p>
      <w:pPr>
        <w:spacing w:after="0"/>
        <w:ind w:left="454"/>
      </w:pPr>
      <w:r>
        <w:t>(   ) b) Every morning</w:t>
      </w:r>
    </w:p>
    <w:p>
      <w:pPr>
        <w:spacing w:after="0"/>
        <w:ind w:left="454"/>
      </w:pPr>
      <w:r>
        <w:t>(   ) c) On Sundays</w:t>
      </w:r>
    </w:p>
    <w:p>
      <w:pPr>
        <w:pStyle w:val="Heading2"/>
      </w:pPr>
      <w:r>
        <w:t>4. Yes or no?</w:t>
      </w:r>
    </w:p>
    <w:p>
      <w:r>
        <w:rPr>
          <w:i/>
        </w:rPr>
        <w:t>Leia a frase. Está de acordo com os textos? (Yes = sim / No = não)</w:t>
      </w:r>
    </w:p>
    <w:p>
      <w:pPr>
        <w:keepNext/>
        <w:spacing w:before="120"/>
      </w:pPr>
      <w:r>
        <w:t>1. 🐕  Max is small.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📏  There is a ruler in the bag.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🍏  The apple is green.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My dog</w:t>
      </w:r>
    </w:p>
    <w:p>
      <w:pPr>
        <w:spacing w:after="0"/>
      </w:pPr>
      <w:r>
        <w:t>1) b) Max</w:t>
      </w:r>
    </w:p>
    <w:p>
      <w:pPr>
        <w:spacing w:after="0"/>
      </w:pPr>
      <w:r>
        <w:t>2) a) Brown</w:t>
      </w:r>
    </w:p>
    <w:p>
      <w:pPr>
        <w:spacing w:after="0"/>
      </w:pPr>
      <w:r>
        <w:t>3) c) Run and play</w:t>
      </w:r>
    </w:p>
    <w:p>
      <w:r>
        <w:rPr>
          <w:b/>
        </w:rPr>
        <w:t>2. My school bag</w:t>
      </w:r>
    </w:p>
    <w:p>
      <w:pPr>
        <w:spacing w:after="0"/>
      </w:pPr>
      <w:r>
        <w:t>1) b) Blue</w:t>
      </w:r>
    </w:p>
    <w:p>
      <w:pPr>
        <w:spacing w:after="0"/>
      </w:pPr>
      <w:r>
        <w:t>2) a) A pencil and a book</w:t>
      </w:r>
    </w:p>
    <w:p>
      <w:pPr>
        <w:spacing w:after="0"/>
      </w:pPr>
      <w:r>
        <w:t>3) b) No</w:t>
      </w:r>
    </w:p>
    <w:p>
      <w:r>
        <w:rPr>
          <w:b/>
        </w:rPr>
        <w:t>3. The apple</w:t>
      </w:r>
    </w:p>
    <w:p>
      <w:pPr>
        <w:spacing w:after="0"/>
      </w:pPr>
      <w:r>
        <w:t>1) c) Red</w:t>
      </w:r>
    </w:p>
    <w:p>
      <w:pPr>
        <w:spacing w:after="0"/>
      </w:pPr>
      <w:r>
        <w:t>2) a) Sweet</w:t>
      </w:r>
    </w:p>
    <w:p>
      <w:pPr>
        <w:spacing w:after="0"/>
      </w:pPr>
      <w:r>
        <w:t>3) b) Every morning</w:t>
      </w:r>
    </w:p>
    <w:p>
      <w:r>
        <w:rPr>
          <w:b/>
        </w:rPr>
        <w:t>4. Yes or no?</w:t>
      </w:r>
    </w:p>
    <w:p>
      <w:pPr>
        <w:spacing w:after="0"/>
      </w:pPr>
      <w:r>
        <w:t>1) No</w:t>
      </w:r>
    </w:p>
    <w:p>
      <w:pPr>
        <w:spacing w:after="0"/>
      </w:pPr>
      <w:r>
        <w:t>2) Yes</w:t>
      </w:r>
    </w:p>
    <w:p>
      <w:pPr>
        <w:spacing w:after="0"/>
      </w:pPr>
      <w:r>
        <w:t>3) No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