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Shapes: as formas em inglês</w:t>
      </w:r>
    </w:p>
    <w:p>
      <w:r>
        <w:rPr>
          <w:color w:val="6B6B6B"/>
          <w:sz w:val="18"/>
        </w:rPr>
        <w:t>4 anos e 5 anos · Shapes (formas)</w:t>
      </w:r>
    </w:p>
    <w:p>
      <w:pPr>
        <w:pStyle w:val="Heading2"/>
      </w:pPr>
      <w:r>
        <w:t>1. What shape is it?</w:t>
      </w:r>
    </w:p>
    <w:p>
      <w:r>
        <w:rPr>
          <w:i/>
        </w:rPr>
        <w:t>Olhe a forma e escolha o nome. (Look and choose.)</w:t>
      </w:r>
    </w:p>
    <w:p>
      <w:pPr>
        <w:keepNext/>
        <w:spacing w:before="120"/>
      </w:pPr>
      <w:r>
        <w:t>1. 🔵  What shape is it?</w:t>
      </w:r>
    </w:p>
    <w:p>
      <w:pPr>
        <w:spacing w:after="0"/>
        <w:ind w:left="454"/>
      </w:pPr>
      <w:r>
        <w:t>(   ) a) circle</w:t>
      </w:r>
    </w:p>
    <w:p>
      <w:pPr>
        <w:spacing w:after="0"/>
        <w:ind w:left="454"/>
      </w:pPr>
      <w:r>
        <w:t>(   ) b) square</w:t>
      </w:r>
    </w:p>
    <w:p>
      <w:pPr>
        <w:spacing w:after="0"/>
        <w:ind w:left="454"/>
      </w:pPr>
      <w:r>
        <w:t>(   ) c) star</w:t>
      </w:r>
    </w:p>
    <w:p>
      <w:pPr>
        <w:keepNext/>
        <w:spacing w:before="120"/>
      </w:pPr>
      <w:r>
        <w:t>2. 🔺  What shape is it?</w:t>
      </w:r>
    </w:p>
    <w:p>
      <w:pPr>
        <w:spacing w:after="0"/>
        <w:ind w:left="454"/>
      </w:pPr>
      <w:r>
        <w:t>(   ) a) heart</w:t>
      </w:r>
    </w:p>
    <w:p>
      <w:pPr>
        <w:spacing w:after="0"/>
        <w:ind w:left="454"/>
      </w:pPr>
      <w:r>
        <w:t>(   ) b) triangle</w:t>
      </w:r>
    </w:p>
    <w:p>
      <w:pPr>
        <w:spacing w:after="0"/>
        <w:ind w:left="454"/>
      </w:pPr>
      <w:r>
        <w:t>(   ) c) circle</w:t>
      </w:r>
    </w:p>
    <w:p>
      <w:pPr>
        <w:keepNext/>
        <w:spacing w:before="120"/>
      </w:pPr>
      <w:r>
        <w:t>3. 🟥  What shape is it?</w:t>
      </w:r>
    </w:p>
    <w:p>
      <w:pPr>
        <w:spacing w:after="0"/>
        <w:ind w:left="454"/>
      </w:pPr>
      <w:r>
        <w:t>(   ) a) star</w:t>
      </w:r>
    </w:p>
    <w:p>
      <w:pPr>
        <w:spacing w:after="0"/>
        <w:ind w:left="454"/>
      </w:pPr>
      <w:r>
        <w:t>(   ) b) triangle</w:t>
      </w:r>
    </w:p>
    <w:p>
      <w:pPr>
        <w:spacing w:after="0"/>
        <w:ind w:left="454"/>
      </w:pPr>
      <w:r>
        <w:t>(   ) c) square</w:t>
      </w:r>
    </w:p>
    <w:p>
      <w:pPr>
        <w:keepNext/>
        <w:spacing w:before="120"/>
      </w:pPr>
      <w:r>
        <w:t>4. ⭐  What shape is it?</w:t>
      </w:r>
    </w:p>
    <w:p>
      <w:pPr>
        <w:spacing w:after="0"/>
        <w:ind w:left="454"/>
      </w:pPr>
      <w:r>
        <w:t>(   ) a) star</w:t>
      </w:r>
    </w:p>
    <w:p>
      <w:pPr>
        <w:spacing w:after="0"/>
        <w:ind w:left="454"/>
      </w:pPr>
      <w:r>
        <w:t>(   ) b) heart</w:t>
      </w:r>
    </w:p>
    <w:p>
      <w:pPr>
        <w:spacing w:after="0"/>
        <w:ind w:left="454"/>
      </w:pPr>
      <w:r>
        <w:t>(   ) c) square</w:t>
      </w:r>
    </w:p>
    <w:p>
      <w:pPr>
        <w:keepNext/>
        <w:spacing w:before="120"/>
      </w:pPr>
      <w:r>
        <w:t>5. ❤️  What shape is it?</w:t>
      </w:r>
    </w:p>
    <w:p>
      <w:pPr>
        <w:spacing w:after="0"/>
        <w:ind w:left="454"/>
      </w:pPr>
      <w:r>
        <w:t>(   ) a) circle</w:t>
      </w:r>
    </w:p>
    <w:p>
      <w:pPr>
        <w:spacing w:after="0"/>
        <w:ind w:left="454"/>
      </w:pPr>
      <w:r>
        <w:t>(   ) b) heart</w:t>
      </w:r>
    </w:p>
    <w:p>
      <w:pPr>
        <w:spacing w:after="0"/>
        <w:ind w:left="454"/>
      </w:pPr>
      <w:r>
        <w:t>(   ) c) triangle</w:t>
      </w:r>
    </w:p>
    <w:p>
      <w:pPr>
        <w:pStyle w:val="Heading2"/>
      </w:pPr>
      <w:r>
        <w:t>2. Shapes around us</w:t>
      </w:r>
    </w:p>
    <w:p>
      <w:r>
        <w:rPr>
          <w:i/>
        </w:rPr>
        <w:t>Olhe a figura e complete com a forma. (Look and complete.)</w:t>
      </w:r>
    </w:p>
    <w:p>
      <w:r>
        <w:rPr>
          <w:b/>
        </w:rPr>
        <w:t>Word bank:  circle  |  square  |  triangle  |  star</w:t>
      </w:r>
    </w:p>
    <w:p>
      <w:pPr>
        <w:keepNext/>
        <w:spacing w:before="120"/>
      </w:pPr>
      <w:r>
        <w:t>1. 🍕  The pizza slice is a ______________.</w:t>
      </w:r>
    </w:p>
    <w:p>
      <w:pPr>
        <w:keepNext/>
        <w:spacing w:before="120"/>
      </w:pPr>
      <w:r>
        <w:t>2. 🌕  The moon is a ______________.</w:t>
      </w:r>
    </w:p>
    <w:p>
      <w:pPr>
        <w:keepNext/>
        <w:spacing w:before="120"/>
      </w:pPr>
      <w:r>
        <w:t>3. 🟨  It is a yellow ______________.</w:t>
      </w:r>
    </w:p>
    <w:p>
      <w:pPr>
        <w:keepNext/>
        <w:spacing w:before="120"/>
      </w:pPr>
      <w:r>
        <w:t>4. 🌟  It is a ______________.</w:t>
      </w:r>
    </w:p>
    <w:p>
      <w:pPr>
        <w:pStyle w:val="Heading2"/>
      </w:pPr>
      <w:r>
        <w:t>3. Yes or no?</w:t>
      </w:r>
    </w:p>
    <w:p>
      <w:r>
        <w:rPr>
          <w:i/>
        </w:rPr>
        <w:t>A professora lê a frase. Está certo? (Yes = sim / No = não)</w:t>
      </w:r>
    </w:p>
    <w:p>
      <w:pPr>
        <w:keepNext/>
        <w:spacing w:before="120"/>
      </w:pPr>
      <w:r>
        <w:t>1. 🔺  It's a circle.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🟦  It's a square.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💛  It's a heart.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What shape is it?</w:t>
      </w:r>
    </w:p>
    <w:p>
      <w:pPr>
        <w:spacing w:after="0"/>
      </w:pPr>
      <w:r>
        <w:t>1) a) circle</w:t>
      </w:r>
    </w:p>
    <w:p>
      <w:pPr>
        <w:spacing w:after="0"/>
      </w:pPr>
      <w:r>
        <w:t>2) b) triangle</w:t>
      </w:r>
    </w:p>
    <w:p>
      <w:pPr>
        <w:spacing w:after="0"/>
      </w:pPr>
      <w:r>
        <w:t>3) c) square</w:t>
      </w:r>
    </w:p>
    <w:p>
      <w:pPr>
        <w:spacing w:after="0"/>
      </w:pPr>
      <w:r>
        <w:t>4) a) star</w:t>
      </w:r>
    </w:p>
    <w:p>
      <w:pPr>
        <w:spacing w:after="0"/>
      </w:pPr>
      <w:r>
        <w:t>5) b) heart</w:t>
      </w:r>
    </w:p>
    <w:p>
      <w:r>
        <w:rPr>
          <w:b/>
        </w:rPr>
        <w:t>2. Shapes around us</w:t>
      </w:r>
    </w:p>
    <w:p>
      <w:pPr>
        <w:spacing w:after="0"/>
      </w:pPr>
      <w:r>
        <w:t>1) triangle</w:t>
      </w:r>
    </w:p>
    <w:p>
      <w:pPr>
        <w:spacing w:after="0"/>
      </w:pPr>
      <w:r>
        <w:t>2) circle</w:t>
      </w:r>
    </w:p>
    <w:p>
      <w:pPr>
        <w:spacing w:after="0"/>
      </w:pPr>
      <w:r>
        <w:t>3) square</w:t>
      </w:r>
    </w:p>
    <w:p>
      <w:pPr>
        <w:spacing w:after="0"/>
      </w:pPr>
      <w:r>
        <w:t>4) star</w:t>
      </w:r>
    </w:p>
    <w:p>
      <w:r>
        <w:rPr>
          <w:b/>
        </w:rPr>
        <w:t>3. Yes or no?</w:t>
      </w:r>
    </w:p>
    <w:p>
      <w:pPr>
        <w:spacing w:after="0"/>
      </w:pPr>
      <w:r>
        <w:t>1) No</w:t>
      </w:r>
    </w:p>
    <w:p>
      <w:pPr>
        <w:spacing w:after="0"/>
      </w:pPr>
      <w:r>
        <w:t>2) Yes</w:t>
      </w:r>
    </w:p>
    <w:p>
      <w:pPr>
        <w:spacing w:after="0"/>
      </w:pPr>
      <w:r>
        <w:t>3) Yes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